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</w:pPr>
      <w:r>
        <w:t>压测详细报告</w:t>
      </w:r>
    </w:p>
    <w:p>
      <w:r>
        <w:t>生成时间：2026-01-07 16:21:38</w:t>
      </w:r>
    </w:p>
    <w:p>
      <w:pPr>
        <w:pStyle w:val="Heading2"/>
      </w:pPr>
      <w:r>
        <w:t>摘要</w:t>
      </w:r>
    </w:p>
    <w:p>
      <w:r>
        <w:t>总请求数：10  成功：10  失败：0  成功率：100.00%</w:t>
      </w:r>
    </w:p>
    <w:p>
      <w:r>
        <w:t>总耗时(秒)：0.09  平均吞吐(req/s)：109.02</w:t>
      </w:r>
    </w:p>
    <w:p>
      <w:pPr>
        <w:pStyle w:val="Heading2"/>
      </w:pPr>
      <w:r>
        <w:t>响应时间统计 (ms)</w:t>
      </w:r>
    </w:p>
    <w:p>
      <w:r>
        <w:t>最小：413.53  最大：504.72  平均：461.57</w:t>
      </w:r>
    </w:p>
    <w:p>
      <w:r>
        <w:t>P50：459.27  P90：501.89  P95：503.30  P99：504.44</w:t>
      </w:r>
    </w:p>
    <w:p>
      <w:pPr>
        <w:pStyle w:val="Heading2"/>
      </w:pPr>
      <w:r>
        <w:t>状态码分布</w:t>
      </w:r>
    </w:p>
    <w:p>
      <w:r>
        <w:t>200: 10</w:t>
      </w:r>
    </w:p>
    <w:p>
      <w:pPr>
        <w:pStyle w:val="Heading2"/>
      </w:pPr>
      <w:r>
        <w:t>错误汇总</w:t>
      </w:r>
    </w:p>
    <w:p>
      <w:r>
        <w:t>无错误记录</w:t>
      </w:r>
    </w:p>
    <w:p>
      <w:pPr>
        <w:pStyle w:val="Heading2"/>
      </w:pPr>
      <w:r>
        <w:t>latency_hist</w:t>
      </w:r>
    </w:p>
    <w:p>
      <w:r>
        <w:drawing>
          <wp:inline xmlns:a="http://schemas.openxmlformats.org/drawingml/2006/main" xmlns:pic="http://schemas.openxmlformats.org/drawingml/2006/picture">
            <wp:extent cx="5486400" cy="41148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新建技术服务费压测任务_20260107_162137_latency_hist.pn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411480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pStyle w:val="Heading2"/>
      </w:pPr>
      <w:r>
        <w:t>rps</w:t>
      </w:r>
    </w:p>
    <w:p>
      <w:r>
        <w:drawing>
          <wp:inline xmlns:a="http://schemas.openxmlformats.org/drawingml/2006/main" xmlns:pic="http://schemas.openxmlformats.org/drawingml/2006/picture">
            <wp:extent cx="5486400" cy="4114800"/>
            <wp:docPr id="2" name="Picture 2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新建技术服务费压测任务_20260107_162137_rps.png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411480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pStyle w:val="Heading2"/>
      </w:pPr>
      <w:r>
        <w:t>请求明细（前100条）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1440"/>
        <w:gridCol w:w="1440"/>
        <w:gridCol w:w="1440"/>
        <w:gridCol w:w="1440"/>
        <w:gridCol w:w="1440"/>
        <w:gridCol w:w="1440"/>
      </w:tblGrid>
      <w:tr>
        <w:tc>
          <w:tcPr>
            <w:tcW w:type="dxa" w:w="1440"/>
          </w:tcPr>
          <w:p>
            <w:r>
              <w:t>#</w:t>
            </w:r>
          </w:p>
        </w:tc>
        <w:tc>
          <w:tcPr>
            <w:tcW w:type="dxa" w:w="1440"/>
          </w:tcPr>
          <w:p>
            <w:r>
              <w:t>时间</w:t>
            </w:r>
          </w:p>
        </w:tc>
        <w:tc>
          <w:tcPr>
            <w:tcW w:type="dxa" w:w="1440"/>
          </w:tcPr>
          <w:p>
            <w:r>
              <w:t>状态码</w:t>
            </w:r>
          </w:p>
        </w:tc>
        <w:tc>
          <w:tcPr>
            <w:tcW w:type="dxa" w:w="1440"/>
          </w:tcPr>
          <w:p>
            <w:r>
              <w:t>延迟(ms)</w:t>
            </w:r>
          </w:p>
        </w:tc>
        <w:tc>
          <w:tcPr>
            <w:tcW w:type="dxa" w:w="1440"/>
          </w:tcPr>
          <w:p>
            <w:r>
              <w:t>响应大小</w:t>
            </w:r>
          </w:p>
        </w:tc>
        <w:tc>
          <w:tcPr>
            <w:tcW w:type="dxa" w:w="1440"/>
          </w:tcPr>
          <w:p>
            <w:r>
              <w:t>错误</w:t>
            </w:r>
          </w:p>
        </w:tc>
      </w:tr>
      <w:tr>
        <w:tc>
          <w:tcPr>
            <w:tcW w:type="dxa" w:w="1440"/>
          </w:tcPr>
          <w:p>
            <w:r>
              <w:t>4</w:t>
            </w:r>
          </w:p>
        </w:tc>
        <w:tc>
          <w:tcPr>
            <w:tcW w:type="dxa" w:w="1440"/>
          </w:tcPr>
          <w:p>
            <w:r>
              <w:t>2026-01-07 16:21:37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413.5310649871826</w:t>
            </w:r>
          </w:p>
        </w:tc>
        <w:tc>
          <w:tcPr>
            <w:tcW w:type="dxa" w:w="1440"/>
          </w:tcPr>
          <w:p>
            <w:r>
              <w:t>11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6</w:t>
            </w:r>
          </w:p>
        </w:tc>
        <w:tc>
          <w:tcPr>
            <w:tcW w:type="dxa" w:w="1440"/>
          </w:tcPr>
          <w:p>
            <w:r>
              <w:t>2026-01-07 16:21:37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417.58012771606445</w:t>
            </w:r>
          </w:p>
        </w:tc>
        <w:tc>
          <w:tcPr>
            <w:tcW w:type="dxa" w:w="1440"/>
          </w:tcPr>
          <w:p>
            <w:r>
              <w:t>11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10</w:t>
            </w:r>
          </w:p>
        </w:tc>
        <w:tc>
          <w:tcPr>
            <w:tcW w:type="dxa" w:w="1440"/>
          </w:tcPr>
          <w:p>
            <w:r>
              <w:t>2026-01-07 16:21:37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441.6821002960205</w:t>
            </w:r>
          </w:p>
        </w:tc>
        <w:tc>
          <w:tcPr>
            <w:tcW w:type="dxa" w:w="1440"/>
          </w:tcPr>
          <w:p>
            <w:r>
              <w:t>11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1</w:t>
            </w:r>
          </w:p>
        </w:tc>
        <w:tc>
          <w:tcPr>
            <w:tcW w:type="dxa" w:w="1440"/>
          </w:tcPr>
          <w:p>
            <w:r>
              <w:t>2026-01-07 16:21:37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448.20523262023926</w:t>
            </w:r>
          </w:p>
        </w:tc>
        <w:tc>
          <w:tcPr>
            <w:tcW w:type="dxa" w:w="1440"/>
          </w:tcPr>
          <w:p>
            <w:r>
              <w:t>11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3</w:t>
            </w:r>
          </w:p>
        </w:tc>
        <w:tc>
          <w:tcPr>
            <w:tcW w:type="dxa" w:w="1440"/>
          </w:tcPr>
          <w:p>
            <w:r>
              <w:t>2026-01-07 16:21:37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447.206974029541</w:t>
            </w:r>
          </w:p>
        </w:tc>
        <w:tc>
          <w:tcPr>
            <w:tcW w:type="dxa" w:w="1440"/>
          </w:tcPr>
          <w:p>
            <w:r>
              <w:t>11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2</w:t>
            </w:r>
          </w:p>
        </w:tc>
        <w:tc>
          <w:tcPr>
            <w:tcW w:type="dxa" w:w="1440"/>
          </w:tcPr>
          <w:p>
            <w:r>
              <w:t>2026-01-07 16:21:37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470.3495502471924</w:t>
            </w:r>
          </w:p>
        </w:tc>
        <w:tc>
          <w:tcPr>
            <w:tcW w:type="dxa" w:w="1440"/>
          </w:tcPr>
          <w:p>
            <w:r>
              <w:t>11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7</w:t>
            </w:r>
          </w:p>
        </w:tc>
        <w:tc>
          <w:tcPr>
            <w:tcW w:type="dxa" w:w="1440"/>
          </w:tcPr>
          <w:p>
            <w:r>
              <w:t>2026-01-07 16:21:37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470.32761573791504</w:t>
            </w:r>
          </w:p>
        </w:tc>
        <w:tc>
          <w:tcPr>
            <w:tcW w:type="dxa" w:w="1440"/>
          </w:tcPr>
          <w:p>
            <w:r>
              <w:t>11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9</w:t>
            </w:r>
          </w:p>
        </w:tc>
        <w:tc>
          <w:tcPr>
            <w:tcW w:type="dxa" w:w="1440"/>
          </w:tcPr>
          <w:p>
            <w:r>
              <w:t>2026-01-07 16:21:37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500.57339668273926</w:t>
            </w:r>
          </w:p>
        </w:tc>
        <w:tc>
          <w:tcPr>
            <w:tcW w:type="dxa" w:w="1440"/>
          </w:tcPr>
          <w:p>
            <w:r>
              <w:t>11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8</w:t>
            </w:r>
          </w:p>
        </w:tc>
        <w:tc>
          <w:tcPr>
            <w:tcW w:type="dxa" w:w="1440"/>
          </w:tcPr>
          <w:p>
            <w:r>
              <w:t>2026-01-07 16:21:37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501.5716552734375</w:t>
            </w:r>
          </w:p>
        </w:tc>
        <w:tc>
          <w:tcPr>
            <w:tcW w:type="dxa" w:w="1440"/>
          </w:tcPr>
          <w:p>
            <w:r>
              <w:t>11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5</w:t>
            </w:r>
          </w:p>
        </w:tc>
        <w:tc>
          <w:tcPr>
            <w:tcW w:type="dxa" w:w="1440"/>
          </w:tcPr>
          <w:p>
            <w:r>
              <w:t>2026-01-07 16:21:37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504.72068786621094</w:t>
            </w:r>
          </w:p>
        </w:tc>
        <w:tc>
          <w:tcPr>
            <w:tcW w:type="dxa" w:w="1440"/>
          </w:tcPr>
          <w:p>
            <w:r>
              <w:t>11</w:t>
            </w:r>
          </w:p>
        </w:tc>
        <w:tc>
          <w:tcPr>
            <w:tcW w:type="dxa" w:w="1440"/>
          </w:tcPr>
          <w:p>
            <w:r/>
          </w:p>
        </w:tc>
      </w:tr>
    </w:tbl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png"/><Relationship Id="rId10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