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压测详细报告</w:t>
      </w:r>
    </w:p>
    <w:p>
      <w:r>
        <w:t>生成时间：2026-01-06 17:44:25</w:t>
      </w:r>
    </w:p>
    <w:p>
      <w:pPr>
        <w:pStyle w:val="Heading2"/>
      </w:pPr>
      <w:r>
        <w:t>摘要</w:t>
      </w:r>
    </w:p>
    <w:p>
      <w:r>
        <w:t>总请求数：50  成功：50  失败：0  成功率：100.00%</w:t>
      </w:r>
    </w:p>
    <w:p>
      <w:r>
        <w:t>总耗时(秒)：4.69  平均吞吐(req/s)：10.65</w:t>
      </w:r>
    </w:p>
    <w:p>
      <w:pPr>
        <w:pStyle w:val="Heading2"/>
      </w:pPr>
      <w:r>
        <w:t>响应时间统计 (ms)</w:t>
      </w:r>
    </w:p>
    <w:p>
      <w:r>
        <w:t>最小：394.65  最大：4096.87  平均：2600.39</w:t>
      </w:r>
    </w:p>
    <w:p>
      <w:r>
        <w:t>P50：2777.15  P90：3867.36  P95：3927.22  P99：4050.00</w:t>
      </w:r>
    </w:p>
    <w:p>
      <w:pPr>
        <w:pStyle w:val="Heading2"/>
      </w:pPr>
      <w:r>
        <w:t>状态码分布</w:t>
      </w:r>
    </w:p>
    <w:p>
      <w:r>
        <w:t>200: 50</w:t>
      </w:r>
    </w:p>
    <w:p>
      <w:pPr>
        <w:pStyle w:val="Heading2"/>
      </w:pPr>
      <w:r>
        <w:t>错误汇总</w:t>
      </w:r>
    </w:p>
    <w:p>
      <w:r>
        <w:t>无错误记录</w:t>
      </w:r>
    </w:p>
    <w:p>
      <w:pPr>
        <w:pStyle w:val="Heading2"/>
      </w:pPr>
      <w:r>
        <w:t>latency_hist</w:t>
      </w:r>
    </w:p>
    <w:p>
      <w:r>
        <w:drawing>
          <wp:inline xmlns:a="http://schemas.openxmlformats.org/drawingml/2006/main" xmlns:pic="http://schemas.openxmlformats.org/drawingml/2006/picture">
            <wp:extent cx="5486400" cy="41148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压测任务_20260106_174425_latency_hist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1148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2"/>
      </w:pPr>
      <w:r>
        <w:t>rps</w:t>
      </w:r>
    </w:p>
    <w:p>
      <w:r>
        <w:drawing>
          <wp:inline xmlns:a="http://schemas.openxmlformats.org/drawingml/2006/main" xmlns:pic="http://schemas.openxmlformats.org/drawingml/2006/picture">
            <wp:extent cx="5486400" cy="4114800"/>
            <wp:docPr id="2" name="Picture 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压测任务_20260106_174425_rps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1148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2"/>
      </w:pPr>
      <w:r>
        <w:t>请求明细（前100条）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1440"/>
          </w:tcPr>
          <w:p>
            <w:r>
              <w:t>#</w:t>
            </w:r>
          </w:p>
        </w:tc>
        <w:tc>
          <w:tcPr>
            <w:tcW w:type="dxa" w:w="1440"/>
          </w:tcPr>
          <w:p>
            <w:r>
              <w:t>时间</w:t>
            </w:r>
          </w:p>
        </w:tc>
        <w:tc>
          <w:tcPr>
            <w:tcW w:type="dxa" w:w="1440"/>
          </w:tcPr>
          <w:p>
            <w:r>
              <w:t>状态码</w:t>
            </w:r>
          </w:p>
        </w:tc>
        <w:tc>
          <w:tcPr>
            <w:tcW w:type="dxa" w:w="1440"/>
          </w:tcPr>
          <w:p>
            <w:r>
              <w:t>延迟(ms)</w:t>
            </w:r>
          </w:p>
        </w:tc>
        <w:tc>
          <w:tcPr>
            <w:tcW w:type="dxa" w:w="1440"/>
          </w:tcPr>
          <w:p>
            <w:r>
              <w:t>响应大小</w:t>
            </w:r>
          </w:p>
        </w:tc>
        <w:tc>
          <w:tcPr>
            <w:tcW w:type="dxa" w:w="1440"/>
          </w:tcPr>
          <w:p>
            <w:r>
              <w:t>错误</w:t>
            </w:r>
          </w:p>
        </w:tc>
      </w:tr>
      <w:tr>
        <w:tc>
          <w:tcPr>
            <w:tcW w:type="dxa" w:w="1440"/>
          </w:tcPr>
          <w:p>
            <w:r>
              <w:t>28</w:t>
            </w:r>
          </w:p>
        </w:tc>
        <w:tc>
          <w:tcPr>
            <w:tcW w:type="dxa" w:w="1440"/>
          </w:tcPr>
          <w:p>
            <w:r>
              <w:t>2026-01-06 17:44:20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1052.2785186767578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26</w:t>
            </w:r>
          </w:p>
        </w:tc>
        <w:tc>
          <w:tcPr>
            <w:tcW w:type="dxa" w:w="1440"/>
          </w:tcPr>
          <w:p>
            <w:r>
              <w:t>2026-01-06 17:44:20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1144.1693305969238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19</w:t>
            </w:r>
          </w:p>
        </w:tc>
        <w:tc>
          <w:tcPr>
            <w:tcW w:type="dxa" w:w="1440"/>
          </w:tcPr>
          <w:p>
            <w:r>
              <w:t>2026-01-06 17:44:20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1277.0581245422363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35</w:t>
            </w:r>
          </w:p>
        </w:tc>
        <w:tc>
          <w:tcPr>
            <w:tcW w:type="dxa" w:w="1440"/>
          </w:tcPr>
          <w:p>
            <w:r>
              <w:t>2026-01-06 17:44:20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1402.489423751831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39</w:t>
            </w:r>
          </w:p>
        </w:tc>
        <w:tc>
          <w:tcPr>
            <w:tcW w:type="dxa" w:w="1440"/>
          </w:tcPr>
          <w:p>
            <w:r>
              <w:t>2026-01-06 17:44:20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1525.0098705291748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38</w:t>
            </w:r>
          </w:p>
        </w:tc>
        <w:tc>
          <w:tcPr>
            <w:tcW w:type="dxa" w:w="1440"/>
          </w:tcPr>
          <w:p>
            <w:r>
              <w:t>2026-01-06 17:44:20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1563.1816387176514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40</w:t>
            </w:r>
          </w:p>
        </w:tc>
        <w:tc>
          <w:tcPr>
            <w:tcW w:type="dxa" w:w="1440"/>
          </w:tcPr>
          <w:p>
            <w:r>
              <w:t>2026-01-06 17:44:21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1687.434196472168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1</w:t>
            </w:r>
          </w:p>
        </w:tc>
        <w:tc>
          <w:tcPr>
            <w:tcW w:type="dxa" w:w="1440"/>
          </w:tcPr>
          <w:p>
            <w:r>
              <w:t>2026-01-06 17:44:21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1772.7479934692383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23</w:t>
            </w:r>
          </w:p>
        </w:tc>
        <w:tc>
          <w:tcPr>
            <w:tcW w:type="dxa" w:w="1440"/>
          </w:tcPr>
          <w:p>
            <w:r>
              <w:t>2026-01-06 17:44:21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1830.2719593048096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18</w:t>
            </w:r>
          </w:p>
        </w:tc>
        <w:tc>
          <w:tcPr>
            <w:tcW w:type="dxa" w:w="1440"/>
          </w:tcPr>
          <w:p>
            <w:r>
              <w:t>2026-01-06 17:44:21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1911.334753036499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34</w:t>
            </w:r>
          </w:p>
        </w:tc>
        <w:tc>
          <w:tcPr>
            <w:tcW w:type="dxa" w:w="1440"/>
          </w:tcPr>
          <w:p>
            <w:r>
              <w:t>2026-01-06 17:44:21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2018.1190967559814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36</w:t>
            </w:r>
          </w:p>
        </w:tc>
        <w:tc>
          <w:tcPr>
            <w:tcW w:type="dxa" w:w="1440"/>
          </w:tcPr>
          <w:p>
            <w:r>
              <w:t>2026-01-06 17:44:21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2051.9347190856934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49</w:t>
            </w:r>
          </w:p>
        </w:tc>
        <w:tc>
          <w:tcPr>
            <w:tcW w:type="dxa" w:w="1440"/>
          </w:tcPr>
          <w:p>
            <w:r>
              <w:t>2026-01-06 17:44:21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2044.3236827850342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32</w:t>
            </w:r>
          </w:p>
        </w:tc>
        <w:tc>
          <w:tcPr>
            <w:tcW w:type="dxa" w:w="1440"/>
          </w:tcPr>
          <w:p>
            <w:r>
              <w:t>2026-01-06 17:44:21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2148.045063018799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22</w:t>
            </w:r>
          </w:p>
        </w:tc>
        <w:tc>
          <w:tcPr>
            <w:tcW w:type="dxa" w:w="1440"/>
          </w:tcPr>
          <w:p>
            <w:r>
              <w:t>2026-01-06 17:44:21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2215.7299518585205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29</w:t>
            </w:r>
          </w:p>
        </w:tc>
        <w:tc>
          <w:tcPr>
            <w:tcW w:type="dxa" w:w="1440"/>
          </w:tcPr>
          <w:p>
            <w:r>
              <w:t>2026-01-06 17:44:21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2329.1685581207275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37</w:t>
            </w:r>
          </w:p>
        </w:tc>
        <w:tc>
          <w:tcPr>
            <w:tcW w:type="dxa" w:w="1440"/>
          </w:tcPr>
          <w:p>
            <w:r>
              <w:t>2026-01-06 17:44:21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2418.449640274048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31</w:t>
            </w:r>
          </w:p>
        </w:tc>
        <w:tc>
          <w:tcPr>
            <w:tcW w:type="dxa" w:w="1440"/>
          </w:tcPr>
          <w:p>
            <w:r>
              <w:t>2026-01-06 17:44:21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2454.2179107666016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8</w:t>
            </w:r>
          </w:p>
        </w:tc>
        <w:tc>
          <w:tcPr>
            <w:tcW w:type="dxa" w:w="1440"/>
          </w:tcPr>
          <w:p>
            <w:r>
              <w:t>2026-01-06 17:44:21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2506.6404342651367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>
              <w:t>2026-01-06 17:44:21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2533.5640907287598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50</w:t>
            </w:r>
          </w:p>
        </w:tc>
        <w:tc>
          <w:tcPr>
            <w:tcW w:type="dxa" w:w="1440"/>
          </w:tcPr>
          <w:p>
            <w:r>
              <w:t>2026-01-06 17:44:21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2562.2408390045166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3</w:t>
            </w:r>
          </w:p>
        </w:tc>
        <w:tc>
          <w:tcPr>
            <w:tcW w:type="dxa" w:w="1440"/>
          </w:tcPr>
          <w:p>
            <w:r>
              <w:t>2026-01-06 17:44:22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2740.3457164764404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15</w:t>
            </w:r>
          </w:p>
        </w:tc>
        <w:tc>
          <w:tcPr>
            <w:tcW w:type="dxa" w:w="1440"/>
          </w:tcPr>
          <w:p>
            <w:r>
              <w:t>2026-01-06 17:44:22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2835.143804550171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48</w:t>
            </w:r>
          </w:p>
        </w:tc>
        <w:tc>
          <w:tcPr>
            <w:tcW w:type="dxa" w:w="1440"/>
          </w:tcPr>
          <w:p>
            <w:r>
              <w:t>2026-01-06 17:44:22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2813.9617443084717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20</w:t>
            </w:r>
          </w:p>
        </w:tc>
        <w:tc>
          <w:tcPr>
            <w:tcW w:type="dxa" w:w="1440"/>
          </w:tcPr>
          <w:p>
            <w:r>
              <w:t>2026-01-06 17:44:22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2922.2891330718994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21</w:t>
            </w:r>
          </w:p>
        </w:tc>
        <w:tc>
          <w:tcPr>
            <w:tcW w:type="dxa" w:w="1440"/>
          </w:tcPr>
          <w:p>
            <w:r>
              <w:t>2026-01-06 17:44:22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2927.295923233032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41</w:t>
            </w:r>
          </w:p>
        </w:tc>
        <w:tc>
          <w:tcPr>
            <w:tcW w:type="dxa" w:w="1440"/>
          </w:tcPr>
          <w:p>
            <w:r>
              <w:t>2026-01-06 17:44:22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2919.241189956665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27</w:t>
            </w:r>
          </w:p>
        </w:tc>
        <w:tc>
          <w:tcPr>
            <w:tcW w:type="dxa" w:w="1440"/>
          </w:tcPr>
          <w:p>
            <w:r>
              <w:t>2026-01-06 17:44:22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3007.035732269287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6</w:t>
            </w:r>
          </w:p>
        </w:tc>
        <w:tc>
          <w:tcPr>
            <w:tcW w:type="dxa" w:w="1440"/>
          </w:tcPr>
          <w:p>
            <w:r>
              <w:t>2026-01-06 17:44:22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3114.016532897949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47</w:t>
            </w:r>
          </w:p>
        </w:tc>
        <w:tc>
          <w:tcPr>
            <w:tcW w:type="dxa" w:w="1440"/>
          </w:tcPr>
          <w:p>
            <w:r>
              <w:t>2026-01-06 17:44:22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3136.232376098633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>
              <w:t>2026-01-06 17:44:22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3164.9088859558105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11</w:t>
            </w:r>
          </w:p>
        </w:tc>
        <w:tc>
          <w:tcPr>
            <w:tcW w:type="dxa" w:w="1440"/>
          </w:tcPr>
          <w:p>
            <w:r>
              <w:t>2026-01-06 17:44:22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3251.704216003418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24</w:t>
            </w:r>
          </w:p>
        </w:tc>
        <w:tc>
          <w:tcPr>
            <w:tcW w:type="dxa" w:w="1440"/>
          </w:tcPr>
          <w:p>
            <w:r>
              <w:t>2026-01-06 17:44:22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3257.7598094940186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30</w:t>
            </w:r>
          </w:p>
        </w:tc>
        <w:tc>
          <w:tcPr>
            <w:tcW w:type="dxa" w:w="1440"/>
          </w:tcPr>
          <w:p>
            <w:r>
              <w:t>2026-01-06 17:44:22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3266.8254375457764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16</w:t>
            </w:r>
          </w:p>
        </w:tc>
        <w:tc>
          <w:tcPr>
            <w:tcW w:type="dxa" w:w="1440"/>
          </w:tcPr>
          <w:p>
            <w:r>
              <w:t>2026-01-06 17:44:22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3531.8915843963623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42</w:t>
            </w:r>
          </w:p>
        </w:tc>
        <w:tc>
          <w:tcPr>
            <w:tcW w:type="dxa" w:w="1440"/>
          </w:tcPr>
          <w:p>
            <w:r>
              <w:t>2026-01-06 17:44:22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3523.051977157593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25</w:t>
            </w:r>
          </w:p>
        </w:tc>
        <w:tc>
          <w:tcPr>
            <w:tcW w:type="dxa" w:w="1440"/>
          </w:tcPr>
          <w:p>
            <w:r>
              <w:t>2026-01-06 17:44:22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3555.2988052368164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43</w:t>
            </w:r>
          </w:p>
        </w:tc>
        <w:tc>
          <w:tcPr>
            <w:tcW w:type="dxa" w:w="1440"/>
          </w:tcPr>
          <w:p>
            <w:r>
              <w:t>2026-01-06 17:44:22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3583.5511684417725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10</w:t>
            </w:r>
          </w:p>
        </w:tc>
        <w:tc>
          <w:tcPr>
            <w:tcW w:type="dxa" w:w="1440"/>
          </w:tcPr>
          <w:p>
            <w:r>
              <w:t>2026-01-06 17:44:22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3632.4095726013184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9</w:t>
            </w:r>
          </w:p>
        </w:tc>
        <w:tc>
          <w:tcPr>
            <w:tcW w:type="dxa" w:w="1440"/>
          </w:tcPr>
          <w:p>
            <w:r>
              <w:t>2026-01-06 17:44:22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3635.9310150146484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13</w:t>
            </w:r>
          </w:p>
        </w:tc>
        <w:tc>
          <w:tcPr>
            <w:tcW w:type="dxa" w:w="1440"/>
          </w:tcPr>
          <w:p>
            <w:r>
              <w:t>2026-01-06 17:44:22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3662.0755195617676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7</w:t>
            </w:r>
          </w:p>
        </w:tc>
        <w:tc>
          <w:tcPr>
            <w:tcW w:type="dxa" w:w="1440"/>
          </w:tcPr>
          <w:p>
            <w:r>
              <w:t>2026-01-06 17:44:23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3881.486654281616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33</w:t>
            </w:r>
          </w:p>
        </w:tc>
        <w:tc>
          <w:tcPr>
            <w:tcW w:type="dxa" w:w="1440"/>
          </w:tcPr>
          <w:p>
            <w:r>
              <w:t>2026-01-06 17:44:23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3865.792751312256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46</w:t>
            </w:r>
          </w:p>
        </w:tc>
        <w:tc>
          <w:tcPr>
            <w:tcW w:type="dxa" w:w="1440"/>
          </w:tcPr>
          <w:p>
            <w:r>
              <w:t>2026-01-06 17:44:23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3921.938896179199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44</w:t>
            </w:r>
          </w:p>
        </w:tc>
        <w:tc>
          <w:tcPr>
            <w:tcW w:type="dxa" w:w="1440"/>
          </w:tcPr>
          <w:p>
            <w:r>
              <w:t>2026-01-06 17:44:23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3931.549549102783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45</w:t>
            </w:r>
          </w:p>
        </w:tc>
        <w:tc>
          <w:tcPr>
            <w:tcW w:type="dxa" w:w="1440"/>
          </w:tcPr>
          <w:p>
            <w:r>
              <w:t>2026-01-06 17:44:23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4001.202344894409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17</w:t>
            </w:r>
          </w:p>
        </w:tc>
        <w:tc>
          <w:tcPr>
            <w:tcW w:type="dxa" w:w="1440"/>
          </w:tcPr>
          <w:p>
            <w:r>
              <w:t>2026-01-06 17:44:23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4096.874713897705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2</w:t>
            </w:r>
          </w:p>
        </w:tc>
        <w:tc>
          <w:tcPr>
            <w:tcW w:type="dxa" w:w="1440"/>
          </w:tcPr>
          <w:p>
            <w:r>
              <w:t>2026-01-06 17:44:24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394.6511745452881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5</w:t>
            </w:r>
          </w:p>
        </w:tc>
        <w:tc>
          <w:tcPr>
            <w:tcW w:type="dxa" w:w="1440"/>
          </w:tcPr>
          <w:p>
            <w:r>
              <w:t>2026-01-06 17:44:24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492.9502010345459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14</w:t>
            </w:r>
          </w:p>
        </w:tc>
        <w:tc>
          <w:tcPr>
            <w:tcW w:type="dxa" w:w="1440"/>
          </w:tcPr>
          <w:p>
            <w:r>
              <w:t>2026-01-06 17:44:25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503.490686416626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