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生成时间：2026-01-02 08:07:53</w:t>
      </w:r>
    </w:p>
    <w:p>
      <w:pPr>
        <w:pStyle w:val="Heading2"/>
      </w:pPr>
      <w:r>
        <w:t>摘要</w:t>
      </w:r>
    </w:p>
    <w:p>
      <w:r>
        <w:t>总请求数：1000000  成功：113384  失败：886616  成功率：11.34%</w:t>
      </w:r>
    </w:p>
    <w:p>
      <w:r>
        <w:t>总耗时(秒)：160990.03  平均吞吐(req/s)：6.21</w:t>
      </w:r>
    </w:p>
    <w:p>
      <w:pPr>
        <w:pStyle w:val="Heading2"/>
      </w:pPr>
      <w:r>
        <w:t>响应时间统计 (ms)</w:t>
      </w:r>
    </w:p>
    <w:p>
      <w:r>
        <w:t>最小：1.99  最大：60043.07  平均：3455.62</w:t>
      </w:r>
    </w:p>
    <w:p>
      <w:r>
        <w:t>P50：31.00  P90：5501.36  P95：37438.47  P99：49734.54</w:t>
      </w:r>
    </w:p>
    <w:p>
      <w:pPr>
        <w:pStyle w:val="Heading2"/>
      </w:pPr>
      <w:r>
        <w:t>状态码分布</w:t>
      </w:r>
    </w:p>
    <w:p>
      <w:r>
        <w:t>200: 113384</w:t>
      </w:r>
    </w:p>
    <w:p>
      <w:r>
        <w:t>0: 886616</w:t>
      </w:r>
    </w:p>
    <w:p>
      <w:pPr>
        <w:pStyle w:val="Heading2"/>
      </w:pPr>
      <w:r>
        <w:t>错误汇总</w:t>
      </w:r>
    </w:p>
    <w:p>
      <w:r>
        <w:t>status_404:&lt;html&gt;</w:t>
        <w:br/>
        <w:br/>
        <w:t>&lt;head&gt;&lt;title&gt;404 Not Found&lt;/title&gt;&lt;/head&gt;</w:t>
        <w:br/>
        <w:br/>
        <w:t>&lt;body&gt;</w:t>
        <w:br/>
        <w:br/>
        <w:t>&lt;center&gt;&lt;h1&gt;404 Not Found&lt;/h1&gt;&lt;/center&gt;</w:t>
        <w:br/>
        <w:br/>
        <w:t>&lt;hr&gt;&lt;center&gt;nginx/1.26.2&lt;/center&gt;</w:t>
        <w:br/>
        <w:br/>
        <w:t>&lt;/body&gt;</w:t>
        <w:br/>
        <w:br/>
        <w:t>&lt;/html&gt;</w:t>
        <w:br/>
        <w:br/>
        <w:t>: 399</w:t>
      </w:r>
    </w:p>
    <w:p>
      <w:r>
        <w:t>TimeoutError:: 6</w:t>
      </w:r>
    </w:p>
    <w:p>
      <w:r>
        <w:t>status_408:您的token已经超时，请刷新token重新获取！: 886211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60102_080651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60102_080651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2025-12-31 11:23:37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3204.464912414551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2025-12-31 11:23:37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3270.4644203186035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2025-12-31 11:23:37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3280.4651260375977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2025-12-31 11:23:37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3399.0414142608643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2025-12-31 11:23:37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3451.4944553375244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3502.1815299987793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3535.189628601074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3555.194854736328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3569.195032119751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3576.1818885803223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3641.918420791626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3748.5404014587402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3830.521821975708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3842.5097465515137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3843.5168266296387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3863.510847091675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3902.510166168213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3953.5858631134033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4078.059434890747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4161.091327667236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4169.092416763306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4200.092792510986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4214.094638824463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58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4192.086458206177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4301.093578338623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4376.425266265869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4443.429708480835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2025-12-31 11:23:38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4470.422983169556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59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4457.419872283936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4484.418153762817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57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4526.046276092529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4612.863779067993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61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4680.288553237915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4736.289262771606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4777.283430099487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4819.283723831177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4825.286626815796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4880.37109375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4958.372116088867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60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4942.367315292358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4952.364921569824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5083.4596157073975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5104.476451873779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53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5195.418357849121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5223.418474197388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5251.426935195923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5253.425598144531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72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5221.425533294678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5405.482292175293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56</w:t>
            </w:r>
          </w:p>
        </w:tc>
        <w:tc>
          <w:tcPr>
            <w:tcW w:type="dxa" w:w="1440"/>
          </w:tcPr>
          <w:p>
            <w:r>
              <w:t>2025-12-31 11:23:39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5412.9157066345215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5490.609884262085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5524.855613708496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5556.777000427246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5588.345289230347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5629.979133605957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81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5628.454923629761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63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5712.926387786865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97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5741.945505142212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5842.945337295532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52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5853.49440574646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86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5880.540132522583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96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5897.548198699951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51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5963.9832973480225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6010.2033615112305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85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6072.497129440308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80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6099.4977951049805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98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6097.49960899353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82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6197.986125946045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68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6226.989269256592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73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6267.987489700317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95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6262.992382049561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94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6391.396522521973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55</w:t>
            </w:r>
          </w:p>
        </w:tc>
        <w:tc>
          <w:tcPr>
            <w:tcW w:type="dxa" w:w="1440"/>
          </w:tcPr>
          <w:p>
            <w:r>
              <w:t>2025-12-31 11:23:40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6442.389011383057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6476.392030715942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54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6540.014266967773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83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6513.01646232605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65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6546.0169315338135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84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6573.630809783936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67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6693.473815917969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70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6759.276866912842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88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6768.2740688323975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77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6807.268857955933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75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6830.268859863281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64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6854.270219802856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99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6824.271440505981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92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6977.589845657349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78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7051.9726276397705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69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7091.919183731079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91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7091.921329498291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7133.920669555664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71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7154.922008514404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76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7247.184753417969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66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7327.190637588501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87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7339.187860488892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79</w:t>
            </w:r>
          </w:p>
        </w:tc>
        <w:tc>
          <w:tcPr>
            <w:tcW w:type="dxa" w:w="1440"/>
          </w:tcPr>
          <w:p>
            <w:r>
              <w:t>2025-12-31 11:23:41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7423.19393157959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93</w:t>
            </w:r>
          </w:p>
        </w:tc>
        <w:tc>
          <w:tcPr>
            <w:tcW w:type="dxa" w:w="1440"/>
          </w:tcPr>
          <w:p>
            <w:r>
              <w:t>2025-12-31 11:23:42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7460.191011428833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74</w:t>
            </w:r>
          </w:p>
        </w:tc>
        <w:tc>
          <w:tcPr>
            <w:tcW w:type="dxa" w:w="1440"/>
          </w:tcPr>
          <w:p>
            <w:r>
              <w:t>2025-12-31 11:23:42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7579.2341232299805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90</w:t>
            </w:r>
          </w:p>
        </w:tc>
        <w:tc>
          <w:tcPr>
            <w:tcW w:type="dxa" w:w="1440"/>
          </w:tcPr>
          <w:p>
            <w:r>
              <w:t>2025-12-31 11:23:42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7585.231304168701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89</w:t>
            </w:r>
          </w:p>
        </w:tc>
        <w:tc>
          <w:tcPr>
            <w:tcW w:type="dxa" w:w="1440"/>
          </w:tcPr>
          <w:p>
            <w:r>
              <w:t>2025-12-31 11:23:42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7608.9277267456055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  <w:tr>
        <w:tc>
          <w:tcPr>
            <w:tcW w:type="dxa" w:w="1440"/>
          </w:tcPr>
          <w:p>
            <w:r>
              <w:t>62</w:t>
            </w:r>
          </w:p>
        </w:tc>
        <w:tc>
          <w:tcPr>
            <w:tcW w:type="dxa" w:w="1440"/>
          </w:tcPr>
          <w:p>
            <w:r>
              <w:t>2025-12-31 11:23:42</w:t>
            </w:r>
          </w:p>
        </w:tc>
        <w:tc>
          <w:tcPr>
            <w:tcW w:type="dxa" w:w="1440"/>
          </w:tcPr>
          <w:p>
            <w:r>
              <w:t>200</w:t>
            </w:r>
          </w:p>
        </w:tc>
        <w:tc>
          <w:tcPr>
            <w:tcW w:type="dxa" w:w="1440"/>
          </w:tcPr>
          <w:p>
            <w:r>
              <w:t>7710.930824279785</w:t>
            </w:r>
          </w:p>
        </w:tc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/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