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生成时间：2026-01-01 03:39:39</w:t>
      </w:r>
    </w:p>
    <w:p>
      <w:pPr>
        <w:pStyle w:val="Heading2"/>
      </w:pPr>
      <w:r>
        <w:t>摘要</w:t>
      </w:r>
    </w:p>
    <w:p>
      <w:r>
        <w:t>总请求数：244481  成功：72051  失败：172430  成功率：29.47%</w:t>
      </w:r>
    </w:p>
    <w:p>
      <w:r>
        <w:t>总耗时(秒)：58553.85  平均吞吐(req/s)：4.18</w:t>
      </w:r>
    </w:p>
    <w:p>
      <w:pPr>
        <w:pStyle w:val="Heading2"/>
      </w:pPr>
      <w:r>
        <w:t>响应时间统计 (ms)</w:t>
      </w:r>
    </w:p>
    <w:p>
      <w:r>
        <w:t>最小：1.86  最大：60062.89  平均：13081.63</w:t>
      </w:r>
    </w:p>
    <w:p>
      <w:r>
        <w:t>P50：37.00  P90：45397.84  P95：50604.52  P99：56295.54</w:t>
      </w:r>
    </w:p>
    <w:p>
      <w:pPr>
        <w:pStyle w:val="Heading2"/>
      </w:pPr>
      <w:r>
        <w:t>状态码分布</w:t>
      </w:r>
    </w:p>
    <w:p>
      <w:r>
        <w:t>0: 172430</w:t>
      </w:r>
    </w:p>
    <w:p>
      <w:r>
        <w:t>200: 72051</w:t>
      </w:r>
    </w:p>
    <w:p>
      <w:pPr>
        <w:pStyle w:val="Heading2"/>
      </w:pPr>
      <w:r>
        <w:t>错误汇总</w:t>
      </w:r>
    </w:p>
    <w:p>
      <w:r>
        <w:t>status_500:错误: 笼位:103-3-3-D 已被使用，请刷新页面: 1</w:t>
      </w:r>
    </w:p>
    <w:p>
      <w:r>
        <w:t>status_500:错误: 笼位:103-3-3-E 已被使用，请刷新页面: 1</w:t>
      </w:r>
    </w:p>
    <w:p>
      <w:r>
        <w:t>status_500:错误: 笼位:103-3-4-D 已被使用，请刷新页面: 1</w:t>
      </w:r>
    </w:p>
    <w:p>
      <w:r>
        <w:t>status_500:错误: 笼位:103-3-1-B 已被使用，请刷新页面: 1</w:t>
      </w:r>
    </w:p>
    <w:p>
      <w:r>
        <w:t>status_500:错误: 笼位:103-3-2-B 已被使用，请刷新页面: 1</w:t>
      </w:r>
    </w:p>
    <w:p>
      <w:r>
        <w:t>status_500:错误: 笼位:103-3-1-C 已被使用，请刷新页面: 1</w:t>
      </w:r>
    </w:p>
    <w:p>
      <w:r>
        <w:t>status_500:错误: 笼位:103-2-1-F 已被使用，请刷新页面: 1</w:t>
      </w:r>
    </w:p>
    <w:p>
      <w:r>
        <w:t>status_500:错误: 笼位:103-3-3-A 已被使用，请刷新页面: 1</w:t>
      </w:r>
    </w:p>
    <w:p>
      <w:r>
        <w:t>status_500:错误: 笼位:103-3-1-F 已被使用，请刷新页面: 1</w:t>
      </w:r>
    </w:p>
    <w:p>
      <w:r>
        <w:t>status_500:错误: 笼位:103-3-6-B 已被使用，请刷新页面: 1</w:t>
      </w:r>
    </w:p>
    <w:p>
      <w:r>
        <w:t>status_500:错误: 笼位:103-3-4-A 已被使用，请刷新页面: 1</w:t>
      </w:r>
    </w:p>
    <w:p>
      <w:r>
        <w:t>status_500:错误: 笼位:103-3-2-E 已被使用，请刷新页面: 1</w:t>
      </w:r>
    </w:p>
    <w:p>
      <w:r>
        <w:t>status_500:错误: 笼位:103-3-6-D 已被使用，请刷新页面: 1</w:t>
      </w:r>
    </w:p>
    <w:p>
      <w:r>
        <w:t>status_500:错误: 笼位:103-3-5-F 已被使用，请刷新页面: 1</w:t>
      </w:r>
    </w:p>
    <w:p>
      <w:r>
        <w:t>status_500:错误: 笼位:103-2-2-D 已被使用，请刷新页面: 1</w:t>
      </w:r>
    </w:p>
    <w:p>
      <w:r>
        <w:t>status_500:错误: 笼位:103-3-3-C 已被使用，请刷新页面: 1</w:t>
      </w:r>
    </w:p>
    <w:p>
      <w:r>
        <w:t>status_500:错误: 笼位:103-3-5-D 已被使用，请刷新页面: 1</w:t>
      </w:r>
    </w:p>
    <w:p>
      <w:r>
        <w:t>status_500:错误: 笼位:103-3-2-F 已被使用，请刷新页面: 1</w:t>
      </w:r>
    </w:p>
    <w:p>
      <w:r>
        <w:t>status_500:错误: 笼位:103-3-6-E 已被使用，请刷新页面: 1</w:t>
      </w:r>
    </w:p>
    <w:p>
      <w:r>
        <w:t>status_500:错误: 笼位:103-3-4-B 已被使用，请刷新页面: 1</w:t>
      </w:r>
    </w:p>
    <w:p>
      <w:r>
        <w:t>status_500:错误: 笼位:103-2-2-A 已被使用，请刷新页面: 1</w:t>
      </w:r>
    </w:p>
    <w:p>
      <w:r>
        <w:t>status_500:错误: 笼位:103-3-4-C 已被使用，请刷新页面: 1</w:t>
      </w:r>
    </w:p>
    <w:p>
      <w:r>
        <w:t>status_500:错误: 笼位:103-2-4-A 已被使用，请刷新页面: 1</w:t>
      </w:r>
    </w:p>
    <w:p>
      <w:r>
        <w:t>status_500:错误: 笼位:201-1-3-E 已被使用，请刷新页面: 1</w:t>
      </w:r>
    </w:p>
    <w:p>
      <w:r>
        <w:t>status_500:错误: 笼位:201-1-2-A 已被使用，请刷新页面: 1</w:t>
      </w:r>
    </w:p>
    <w:p>
      <w:r>
        <w:t>status_500:错误: 笼位:103-2-1-D 已被使用，请刷新页面: 1</w:t>
      </w:r>
    </w:p>
    <w:p>
      <w:r>
        <w:t>status_500:错误: 笼位:103-3-1-D 已被使用，请刷新页面: 1</w:t>
      </w:r>
    </w:p>
    <w:p>
      <w:r>
        <w:t>status_500:错误: 笼位:103-3-2-D 已被使用，请刷新页面: 1</w:t>
      </w:r>
    </w:p>
    <w:p>
      <w:r>
        <w:t>status_500:错误: 笼位:103-3-2-A 已被使用，请刷新页面: 1</w:t>
      </w:r>
    </w:p>
    <w:p>
      <w:r>
        <w:t>status_500:错误: 笼位:103-2-2-E 已被使用，请刷新页面: 1</w:t>
      </w:r>
    </w:p>
    <w:p>
      <w:r>
        <w:t>status_500:错误: 笼位:103-2-2-F 已被使用，请刷新页面: 1</w:t>
      </w:r>
    </w:p>
    <w:p>
      <w:r>
        <w:t>status_500:错误: 笼位:103-1-1-D 已被使用，请刷新页面: 1</w:t>
      </w:r>
    </w:p>
    <w:p>
      <w:r>
        <w:t>status_500:错误: 笼位:103-3-6-C 已被使用，请刷新页面: 1</w:t>
      </w:r>
    </w:p>
    <w:p>
      <w:r>
        <w:t>status_500:错误: 笼位:103-2-1-E 已被使用，请刷新页面: 1</w:t>
      </w:r>
    </w:p>
    <w:p>
      <w:r>
        <w:t>status_500:错误: 笼位:103-3-3-B 已被使用，请刷新页面: 1</w:t>
      </w:r>
    </w:p>
    <w:p>
      <w:r>
        <w:t>status_500:错误: 笼位:201-1-4-A 已被使用，请刷新页面: 1</w:t>
      </w:r>
    </w:p>
    <w:p>
      <w:r>
        <w:t>status_500:错误: 笼位:103-2-4-E 已被使用，请刷新页面: 1</w:t>
      </w:r>
    </w:p>
    <w:p>
      <w:r>
        <w:t>status_500:错误: 笼位:103-3-5-E 已被使用，请刷新页面: 1</w:t>
      </w:r>
    </w:p>
    <w:p>
      <w:r>
        <w:t>status_500:错误: 笼位:103-2-1-C 已被使用，请刷新页面: 1</w:t>
      </w:r>
    </w:p>
    <w:p>
      <w:r>
        <w:t>status_500:错误: 笼位:103-3-5-A 已被使用，请刷新页面: 1</w:t>
      </w:r>
    </w:p>
    <w:p>
      <w:r>
        <w:t>status_500:错误: 笼位:201-1-2-C 已被使用，请刷新页面: 1</w:t>
      </w:r>
    </w:p>
    <w:p>
      <w:r>
        <w:t>status_500:错误: 笼位:103-2-4-F 已被使用，请刷新页面: 1</w:t>
      </w:r>
    </w:p>
    <w:p>
      <w:r>
        <w:t>status_500:错误: 笼位:103-2-5-E 已被使用，请刷新页面: 1</w:t>
      </w:r>
    </w:p>
    <w:p>
      <w:r>
        <w:t>status_500:错误: 笼位:103-2-1-B 已被使用，请刷新页面: 1</w:t>
      </w:r>
    </w:p>
    <w:p>
      <w:r>
        <w:t>status_500:错误: 笼位:201-1-5-D 已被使用，请刷新页面: 1</w:t>
      </w:r>
    </w:p>
    <w:p>
      <w:r>
        <w:t>status_500:错误: 笼位:201-1-1-E 已被使用，请刷新页面: 1</w:t>
      </w:r>
    </w:p>
    <w:p>
      <w:r>
        <w:t>status_500:错误: 笼位:103-1-1-C 已被使用，请刷新页面: 1</w:t>
      </w:r>
    </w:p>
    <w:p>
      <w:r>
        <w:t>status_500:错误: 笼位:201-1-5-A 已被使用，请刷新页面: 1</w:t>
      </w:r>
    </w:p>
    <w:p>
      <w:r>
        <w:t>status_500:错误: 笼位:103-3-6-F 已被使用，请刷新页面: 1</w:t>
      </w:r>
    </w:p>
    <w:p>
      <w:r>
        <w:t>status_500:错误: 笼位:103-2-5-A 已被使用，请刷新页面: 1</w:t>
      </w:r>
    </w:p>
    <w:p>
      <w:r>
        <w:t>status_500:错误: 笼位:103-3-1-E 已被使用，请刷新页面: 1</w:t>
      </w:r>
    </w:p>
    <w:p>
      <w:r>
        <w:t>status_500:错误: 笼位:103-3-3-F 已被使用，请刷新页面: 1</w:t>
      </w:r>
    </w:p>
    <w:p>
      <w:r>
        <w:t>status_500:错误: 笼位:201-1-4-D 已被使用，请刷新页面: 1</w:t>
      </w:r>
    </w:p>
    <w:p>
      <w:r>
        <w:t>status_500:错误: 笼位:103-3-5-C 已被使用，请刷新页面: 1</w:t>
      </w:r>
    </w:p>
    <w:p>
      <w:r>
        <w:t>status_500:错误: 笼位:103-2-3-D 已被使用，请刷新页面: 1</w:t>
      </w:r>
    </w:p>
    <w:p>
      <w:r>
        <w:t>status_500:错误: 笼位:201-1-5-B 已被使用，请刷新页面: 1</w:t>
      </w:r>
    </w:p>
    <w:p>
      <w:r>
        <w:t>status_500:错误: 笼位:103-2-2-C 已被使用，请刷新页面: 1</w:t>
      </w:r>
    </w:p>
    <w:p>
      <w:r>
        <w:t>status_500:错误: 笼位:103-2-4-C 已被使用，请刷新页面: 1</w:t>
      </w:r>
    </w:p>
    <w:p>
      <w:r>
        <w:t>status_500:错误: 笼位:201-1-2-E 已被使用，请刷新页面: 1</w:t>
      </w:r>
    </w:p>
    <w:p>
      <w:r>
        <w:t>status_500:错误: 笼位:103-3-4-E 已被使用，请刷新页面: 1</w:t>
      </w:r>
    </w:p>
    <w:p>
      <w:r>
        <w:t>status_500:错误: 笼位:103-2-4-B 已被使用，请刷新页面: 1</w:t>
      </w:r>
    </w:p>
    <w:p>
      <w:r>
        <w:t>status_500:错误: 笼位:103-2-4-D 已被使用，请刷新页面: 1</w:t>
      </w:r>
    </w:p>
    <w:p>
      <w:r>
        <w:t>status_500:错误: 笼位:103-2-2-B 已被使用，请刷新页面: 1</w:t>
      </w:r>
    </w:p>
    <w:p>
      <w:r>
        <w:t>status_500:错误: 笼位:103-2-3-E 已被使用，请刷新页面: 1</w:t>
      </w:r>
    </w:p>
    <w:p>
      <w:r>
        <w:t>status_500:错误: 笼位:103-3-4-F 已被使用，请刷新页面: 1</w:t>
      </w:r>
    </w:p>
    <w:p>
      <w:r>
        <w:t>status_500:错误: 笼位:201-1-1-B 已被使用，请刷新页面: 1</w:t>
      </w:r>
    </w:p>
    <w:p>
      <w:r>
        <w:t>status_500:错误: 笼位:201-1-4-E 已被使用，请刷新页面: 1</w:t>
      </w:r>
    </w:p>
    <w:p>
      <w:r>
        <w:t>status_500:错误: 笼位:103-1-1-B 已被使用，请刷新页面: 1</w:t>
      </w:r>
    </w:p>
    <w:p>
      <w:r>
        <w:t>status_500:错误: 笼位:103-3-2-C 已被使用，请刷新页面: 1</w:t>
      </w:r>
    </w:p>
    <w:p>
      <w:r>
        <w:t>status_500:错误: 笼位:201-1-4-B 已被使用，请刷新页面: 1</w:t>
      </w:r>
    </w:p>
    <w:p>
      <w:r>
        <w:t>status_500:错误: 笼位:103-3-5-B 已被使用，请刷新页面: 1</w:t>
      </w:r>
    </w:p>
    <w:p>
      <w:r>
        <w:t>status_500:错误: 笼位:103-2-1-A 已被使用，请刷新页面: 1</w:t>
      </w:r>
    </w:p>
    <w:p>
      <w:r>
        <w:t>status_500:错误: 笼位:103-2-3-A 已被使用，请刷新页面: 1</w:t>
      </w:r>
    </w:p>
    <w:p>
      <w:r>
        <w:t>status_500:错误: 笼位:103-1-1-A 已被使用，请刷新页面: 1</w:t>
      </w:r>
    </w:p>
    <w:p>
      <w:r>
        <w:t>status_500:错误: 笼位:103-2-6-C 已被使用，请刷新页面: 1</w:t>
      </w:r>
    </w:p>
    <w:p>
      <w:r>
        <w:t>status_500:错误: 笼位:103-2-5-C 已被使用，请刷新页面: 1</w:t>
      </w:r>
    </w:p>
    <w:p>
      <w:r>
        <w:t>status_500:错误: 笼位:201-1-3-A 已被使用，请刷新页面: 1</w:t>
      </w:r>
    </w:p>
    <w:p>
      <w:r>
        <w:t>status_500:错误: 笼位:201-1-5-C 已被使用，请刷新页面: 1</w:t>
      </w:r>
    </w:p>
    <w:p>
      <w:r>
        <w:t>status_500:错误: 笼位:103-2-6-A 已被使用，请刷新页面: 1</w:t>
      </w:r>
    </w:p>
    <w:p>
      <w:r>
        <w:t>status_500:错误: 笼位:103-2-6-F 已被使用，请刷新页面: 1</w:t>
      </w:r>
    </w:p>
    <w:p>
      <w:r>
        <w:t>status_500:错误: 笼位:103-2-6-E 已被使用，请刷新页面: 1</w:t>
      </w:r>
    </w:p>
    <w:p>
      <w:r>
        <w:t>status_500:错误: 笼位:201-1-1-A 已被使用，请刷新页面: 1</w:t>
      </w:r>
    </w:p>
    <w:p>
      <w:r>
        <w:t>status_500:错误: 笼位:201-1-1-D 已被使用，请刷新页面: 1</w:t>
      </w:r>
    </w:p>
    <w:p>
      <w:r>
        <w:t>status_500:错误: 笼位:201-1-3-D 已被使用，请刷新页面: 1</w:t>
      </w:r>
    </w:p>
    <w:p>
      <w:r>
        <w:t>status_500:错误: 笼位:201-1-2-D 已被使用，请刷新页面: 1</w:t>
      </w:r>
    </w:p>
    <w:p>
      <w:r>
        <w:t>status_500:错误: 笼位:201-1-3-C 已被使用，请刷新页面: 1</w:t>
      </w:r>
    </w:p>
    <w:p>
      <w:r>
        <w:t>status_500:错误: 笼位:201-1-4-C 已被使用，请刷新页面: 1</w:t>
      </w:r>
    </w:p>
    <w:p>
      <w:r>
        <w:t>status_500:错误: 笼位:201-1-5-E 已被使用，请刷新页面: 1</w:t>
      </w:r>
    </w:p>
    <w:p>
      <w:r>
        <w:t>status_500:错误: 笼位:201-1-1-C 已被使用，请刷新页面: 1</w:t>
      </w:r>
    </w:p>
    <w:p>
      <w:r>
        <w:t>status_500:错误: 笼位:103-2-3-F 已被使用，请刷新页面: 1</w:t>
      </w:r>
    </w:p>
    <w:p>
      <w:r>
        <w:t>status_500:错误: 笼位:103-2-5-D 已被使用，请刷新页面: 1</w:t>
      </w:r>
    </w:p>
    <w:p>
      <w:r>
        <w:t>status_500:错误: 笼位:103-2-6-D 已被使用，请刷新页面: 1</w:t>
      </w:r>
    </w:p>
    <w:p>
      <w:r>
        <w:t>status_500:错误: 笼位:103-2-3-B 已被使用，请刷新页面: 1</w:t>
      </w:r>
    </w:p>
    <w:p>
      <w:r>
        <w:t>status_500:错误: 笼位:201-1-2-B 已被使用，请刷新页面: 1</w:t>
      </w:r>
    </w:p>
    <w:p>
      <w:r>
        <w:t>status_500:错误: 笼位:201-1-3-B 已被使用，请刷新页面: 1</w:t>
      </w:r>
    </w:p>
    <w:p>
      <w:r>
        <w:t>status_500:错误: 笼位:103-2-5-B 已被使用，请刷新页面: 1</w:t>
      </w:r>
    </w:p>
    <w:p>
      <w:r>
        <w:t>status_500:错误: 笼位:103-2-3-C 已被使用，请刷新页面: 1</w:t>
      </w:r>
    </w:p>
    <w:p>
      <w:r>
        <w:t>status_500:错误: 笼位:103-2-6-B 已被使用，请刷新页面: 1</w:t>
      </w:r>
    </w:p>
    <w:p>
      <w:r>
        <w:t>status_500:错误: 笼位:103-3-6-A 已被使用，请刷新页面: 1</w:t>
      </w:r>
    </w:p>
    <w:p>
      <w:r>
        <w:t>status_500:错误: 笼位:103-2-5-F 已被使用，请刷新页面: 1</w:t>
      </w:r>
    </w:p>
    <w:p>
      <w:r>
        <w:t>status_500:错误: 笼位:103-1-1-E 已被使用，请刷新页面: 1</w:t>
      </w:r>
    </w:p>
    <w:p>
      <w:r>
        <w:t>status_500:错误: 笼位:103-1-1-F 已被使用，请刷新页面: 1</w:t>
      </w:r>
    </w:p>
    <w:p>
      <w:r>
        <w:t>status_500:错误: 笼位:103-1-1-G 已被使用，请刷新页面: 1</w:t>
      </w:r>
    </w:p>
    <w:p>
      <w:r>
        <w:t>status_500:错误: 笼位:103-1-2-B 已被使用，请刷新页面: 1</w:t>
      </w:r>
    </w:p>
    <w:p>
      <w:r>
        <w:t>status_500:错误: 笼位:103-1-2-A 已被使用，请刷新页面: 1</w:t>
      </w:r>
    </w:p>
    <w:p>
      <w:r>
        <w:t>status_500:错误: 笼位:103-1-2-D 已被使用，请刷新页面: 1</w:t>
      </w:r>
    </w:p>
    <w:p>
      <w:r>
        <w:t>status_500:错误: 笼位:103-1-2-E 已被使用，请刷新页面: 1</w:t>
      </w:r>
    </w:p>
    <w:p>
      <w:r>
        <w:t>status_500:错误: 笼位:103-1-1-H 已被使用，请刷新页面: 1</w:t>
      </w:r>
    </w:p>
    <w:p>
      <w:r>
        <w:t>status_500:错误: 笼位:103-1-2-F 已被使用，请刷新页面: 1</w:t>
      </w:r>
    </w:p>
    <w:p>
      <w:r>
        <w:t>status_500:错误: 笼位:103-1-2-G 已被使用，请刷新页面: 1</w:t>
      </w:r>
    </w:p>
    <w:p>
      <w:r>
        <w:t>status_500:错误: 笼位:103-1-2-C 已被使用，请刷新页面: 1</w:t>
      </w:r>
    </w:p>
    <w:p>
      <w:r>
        <w:t>status_500:错误: 笼位:103-1-2-H 已被使用，请刷新页面: 1</w:t>
      </w:r>
    </w:p>
    <w:p>
      <w:r>
        <w:t>status_500:错误: 笼位:103-1-3-A 已被使用，请刷新页面: 1</w:t>
      </w:r>
    </w:p>
    <w:p>
      <w:r>
        <w:t>status_500:错误: 笼位:103-1-3-C 已被使用，请刷新页面: 1</w:t>
      </w:r>
    </w:p>
    <w:p>
      <w:r>
        <w:t>status_500:错误: 笼位:103-1-3-F 已被使用，请刷新页面: 1</w:t>
      </w:r>
    </w:p>
    <w:p>
      <w:r>
        <w:t>status_500:错误: 笼位:103-1-3-G 已被使用，请刷新页面: 1</w:t>
      </w:r>
    </w:p>
    <w:p>
      <w:r>
        <w:t>status_500:错误: 笼位:103-1-3-B 已被使用，请刷新页面: 1</w:t>
      </w:r>
    </w:p>
    <w:p>
      <w:r>
        <w:t>status_500:错误: 笼位:103-1-3-D 已被使用，请刷新页面: 1</w:t>
      </w:r>
    </w:p>
    <w:p>
      <w:r>
        <w:t>status_500:错误: 笼位:103-1-4-B 已被使用，请刷新页面: 1</w:t>
      </w:r>
    </w:p>
    <w:p>
      <w:r>
        <w:t>status_500:错误: 笼位:103-1-3-H 已被使用，请刷新页面: 1</w:t>
      </w:r>
    </w:p>
    <w:p>
      <w:r>
        <w:t>status_500:错误: 笼位:103-1-4-A 已被使用，请刷新页面: 1</w:t>
      </w:r>
    </w:p>
    <w:p>
      <w:r>
        <w:t>status_500:错误: 笼位:103-1-4-E 已被使用，请刷新页面: 1</w:t>
      </w:r>
    </w:p>
    <w:p>
      <w:r>
        <w:t>status_500:错误: 笼位:103-1-4-D 已被使用，请刷新页面: 1</w:t>
      </w:r>
    </w:p>
    <w:p>
      <w:r>
        <w:t>status_500:错误: 笼位:103-1-4-C 已被使用，请刷新页面: 1</w:t>
      </w:r>
    </w:p>
    <w:p>
      <w:r>
        <w:t>status_500:错误: 笼位:103-1-4-G 已被使用，请刷新页面: 1</w:t>
      </w:r>
    </w:p>
    <w:p>
      <w:r>
        <w:t>status_500:错误: 笼位:103-1-4-F 已被使用，请刷新页面: 1</w:t>
      </w:r>
    </w:p>
    <w:p>
      <w:r>
        <w:t>status_500:错误: 笼位:103-1-5-C 已被使用，请刷新页面: 1</w:t>
      </w:r>
    </w:p>
    <w:p>
      <w:r>
        <w:t>status_500:错误: 笼位:103-1-4-H 已被使用，请刷新页面: 1</w:t>
      </w:r>
    </w:p>
    <w:p>
      <w:r>
        <w:t>status_500:错误: 笼位:103-1-5-A 已被使用，请刷新页面: 1</w:t>
      </w:r>
    </w:p>
    <w:p>
      <w:r>
        <w:t>status_500:错误: 笼位:103-1-5-F 已被使用，请刷新页面: 1</w:t>
      </w:r>
    </w:p>
    <w:p>
      <w:r>
        <w:t>status_500:错误: 笼位:103-1-3-E 已被使用，请刷新页面: 1</w:t>
      </w:r>
    </w:p>
    <w:p>
      <w:r>
        <w:t>status_500:错误: 笼位:103-1-5-B 已被使用，请刷新页面: 1</w:t>
      </w:r>
    </w:p>
    <w:p>
      <w:r>
        <w:t>status_500:错误: 笼位:103-1-5-D 已被使用，请刷新页面: 1</w:t>
      </w:r>
    </w:p>
    <w:p>
      <w:r>
        <w:t>status_500:错误: 笼位:103-1-5-E 已被使用，请刷新页面: 1</w:t>
      </w:r>
    </w:p>
    <w:p>
      <w:r>
        <w:t>status_500:错误: 笼位:103-1-5-H 已被使用，请刷新页面: 1</w:t>
      </w:r>
    </w:p>
    <w:p>
      <w:r>
        <w:t>status_500:错误: 笼位:103-1-6-A 已被使用，请刷新页面: 1</w:t>
      </w:r>
    </w:p>
    <w:p>
      <w:r>
        <w:t>status_500:错误: 笼位:103-1-6-C 已被使用，请刷新页面: 1</w:t>
      </w:r>
    </w:p>
    <w:p>
      <w:r>
        <w:t>status_500:错误: 笼位:103-1-5-G 已被使用，请刷新页面: 1</w:t>
      </w:r>
    </w:p>
    <w:p>
      <w:r>
        <w:t>status_500:错误: 笼位:103-1-6-F 已被使用，请刷新页面: 1</w:t>
      </w:r>
    </w:p>
    <w:p>
      <w:r>
        <w:t>status_500:错误: 笼位:103-1-6-B 已被使用，请刷新页面: 1</w:t>
      </w:r>
    </w:p>
    <w:p>
      <w:r>
        <w:t>status_500:错误: 笼位:103-1-6-E 已被使用，请刷新页面: 1</w:t>
      </w:r>
    </w:p>
    <w:p>
      <w:r>
        <w:t>status_500:错误: 笼位:103-1-6-D 已被使用，请刷新页面: 1</w:t>
      </w:r>
    </w:p>
    <w:p>
      <w:r>
        <w:t>status_500:错误: 笼位:103-1-7-B 已被使用，请刷新页面: 1</w:t>
      </w:r>
    </w:p>
    <w:p>
      <w:r>
        <w:t>status_500:错误: 笼位:103-1-7-A 已被使用，请刷新页面: 1</w:t>
      </w:r>
    </w:p>
    <w:p>
      <w:r>
        <w:t>status_500:错误: 笼位:103-1-6-G 已被使用，请刷新页面: 1</w:t>
      </w:r>
    </w:p>
    <w:p>
      <w:r>
        <w:t>status_500:错误: 笼位:103-1-6-H 已被使用，请刷新页面: 1</w:t>
      </w:r>
    </w:p>
    <w:p>
      <w:r>
        <w:t>status_500:错误: 笼位:103-1-7-D 已被使用，请刷新页面: 1</w:t>
      </w:r>
    </w:p>
    <w:p>
      <w:r>
        <w:t>status_500:错误: 笼位:103-1-7-G 已被使用，请刷新页面: 1</w:t>
      </w:r>
    </w:p>
    <w:p>
      <w:r>
        <w:t>status_500:错误: 笼位:103-1-7-C 已被使用，请刷新页面: 1</w:t>
      </w:r>
    </w:p>
    <w:p>
      <w:r>
        <w:t>status_500:错误: 笼位:103-1-7-E 已被使用，请刷新页面: 1</w:t>
      </w:r>
    </w:p>
    <w:p>
      <w:r>
        <w:t>status_500:错误: 笼位:102-1-1-E 已被使用，请刷新页面: 1</w:t>
      </w:r>
    </w:p>
    <w:p>
      <w:r>
        <w:t>status_500:错误: 笼位:103-1-7-F 已被使用，请刷新页面: 1</w:t>
      </w:r>
    </w:p>
    <w:p>
      <w:r>
        <w:t>status_500:错误: 笼位:103-1-8-A 已被使用，请刷新页面: 1</w:t>
      </w:r>
    </w:p>
    <w:p>
      <w:r>
        <w:t>status_500:错误: 笼位:103-1-8-B 已被使用，请刷新页面: 1</w:t>
      </w:r>
    </w:p>
    <w:p>
      <w:r>
        <w:t>status_500:错误: 笼位:103-1-8-D 已被使用，请刷新页面: 1</w:t>
      </w:r>
    </w:p>
    <w:p>
      <w:r>
        <w:t>status_500:错误: 笼位:103-1-7-H 已被使用，请刷新页面: 1</w:t>
      </w:r>
    </w:p>
    <w:p>
      <w:r>
        <w:t>status_500:错误: 笼位:103-1-8-G 已被使用，请刷新页面: 1</w:t>
      </w:r>
    </w:p>
    <w:p>
      <w:r>
        <w:t>status_500:错误: 笼位:103-1-8-H 已被使用，请刷新页面: 1</w:t>
      </w:r>
    </w:p>
    <w:p>
      <w:r>
        <w:t>status_500:错误: 笼位:103-1-8-C 已被使用，请刷新页面: 1</w:t>
      </w:r>
    </w:p>
    <w:p>
      <w:r>
        <w:t>status_500:错误: 笼位:102-1-1-C 已被使用，请刷新页面: 1</w:t>
      </w:r>
    </w:p>
    <w:p>
      <w:r>
        <w:t>status_500:错误: 笼位:103-1-8-E 已被使用，请刷新页面: 1</w:t>
      </w:r>
    </w:p>
    <w:p>
      <w:r>
        <w:t>status_500:错误: 笼位:103-1-8-F 已被使用，请刷新页面: 1</w:t>
      </w:r>
    </w:p>
    <w:p>
      <w:r>
        <w:t>status_500:错误: 笼位:102-1-1-A 已被使用，请刷新页面: 1</w:t>
      </w:r>
    </w:p>
    <w:p>
      <w:r>
        <w:t>status_500:错误: 笼位:102-1-1-B 已被使用，请刷新页面: 1</w:t>
      </w:r>
    </w:p>
    <w:p>
      <w:r>
        <w:t>status_500:错误: 笼位:102-1-1-F 已被使用，请刷新页面: 1</w:t>
      </w:r>
    </w:p>
    <w:p>
      <w:r>
        <w:t>status_500:错误: 笼位:102-1-1-D 已被使用，请刷新页面: 1</w:t>
      </w:r>
    </w:p>
    <w:p>
      <w:r>
        <w:t>status_500:错误: 笼位:102-1-1-J 已被使用，请刷新页面: 1</w:t>
      </w:r>
    </w:p>
    <w:p>
      <w:r>
        <w:t>status_500:错误: 笼位:102-1-1-I 已被使用，请刷新页面: 1</w:t>
      </w:r>
    </w:p>
    <w:p>
      <w:r>
        <w:t>status_500:错误: 笼位:102-1-1-H 已被使用，请刷新页面: 1</w:t>
      </w:r>
    </w:p>
    <w:p>
      <w:r>
        <w:t>status_500:错误: 笼位:102-1-1-G 已被使用，请刷新页面: 1</w:t>
      </w:r>
    </w:p>
    <w:p>
      <w:r>
        <w:t>status_500:错误: 笼位:102-1-2-D 已被使用，请刷新页面: 1</w:t>
      </w:r>
    </w:p>
    <w:p>
      <w:r>
        <w:t>status_500:错误: 笼位:102-1-2-C 已被使用，请刷新页面: 1</w:t>
      </w:r>
    </w:p>
    <w:p>
      <w:r>
        <w:t>status_500:错误: 笼位:102-1-2-B 已被使用，请刷新页面: 1</w:t>
      </w:r>
    </w:p>
    <w:p>
      <w:r>
        <w:t>status_500:错误: 笼位:102-1-2-A 已被使用，请刷新页面: 1</w:t>
      </w:r>
    </w:p>
    <w:p>
      <w:r>
        <w:t>status_500:错误: 笼位:102-1-2-H 已被使用，请刷新页面: 1</w:t>
      </w:r>
    </w:p>
    <w:p>
      <w:r>
        <w:t>status_500:错误: 笼位:102-1-2-E 已被使用，请刷新页面: 1</w:t>
      </w:r>
    </w:p>
    <w:p>
      <w:r>
        <w:t>status_500:错误: 笼位:102-1-2-F 已被使用，请刷新页面: 1</w:t>
      </w:r>
    </w:p>
    <w:p>
      <w:r>
        <w:t>status_500:错误: 笼位:102-1-2-G 已被使用，请刷新页面: 1</w:t>
      </w:r>
    </w:p>
    <w:p>
      <w:r>
        <w:t>status_500:错误: 笼位:102-1-3-A 已被使用，请刷新页面: 1</w:t>
      </w:r>
    </w:p>
    <w:p>
      <w:r>
        <w:t>status_500:错误: 笼位:102-1-3-B 已被使用，请刷新页面: 1</w:t>
      </w:r>
    </w:p>
    <w:p>
      <w:r>
        <w:t>status_500:错误: 笼位:102-1-2-I 已被使用，请刷新页面: 1</w:t>
      </w:r>
    </w:p>
    <w:p>
      <w:r>
        <w:t>status_500:错误: 笼位:102-1-2-J 已被使用，请刷新页面: 1</w:t>
      </w:r>
    </w:p>
    <w:p>
      <w:r>
        <w:t>status_500:错误: 笼位:102-1-3-C 已被使用，请刷新页面: 1</w:t>
      </w:r>
    </w:p>
    <w:p>
      <w:r>
        <w:t>status_500:错误: 笼位:102-1-3-E 已被使用，请刷新页面: 1</w:t>
      </w:r>
    </w:p>
    <w:p>
      <w:r>
        <w:t>status_500:错误: 笼位:102-1-3-D 已被使用，请刷新页面: 1</w:t>
      </w:r>
    </w:p>
    <w:p>
      <w:r>
        <w:t>status_500:错误: 笼位:102-1-3-F 已被使用，请刷新页面: 1</w:t>
      </w:r>
    </w:p>
    <w:p>
      <w:r>
        <w:t>status_500:错误: 笼位:102-1-3-G 已被使用，请刷新页面: 1</w:t>
      </w:r>
    </w:p>
    <w:p>
      <w:r>
        <w:t>status_500:错误: 笼位:102-1-4-B 已被使用，请刷新页面: 1</w:t>
      </w:r>
    </w:p>
    <w:p>
      <w:r>
        <w:t>status_500:错误: 笼位:102-1-3-H 已被使用，请刷新页面: 1</w:t>
      </w:r>
    </w:p>
    <w:p>
      <w:r>
        <w:t>status_500:错误: 笼位:102-1-3-I 已被使用，请刷新页面: 1</w:t>
      </w:r>
    </w:p>
    <w:p>
      <w:r>
        <w:t>status_500:错误: 笼位:102-1-4-C 已被使用，请刷新页面: 1</w:t>
      </w:r>
    </w:p>
    <w:p>
      <w:r>
        <w:t>status_500:错误: 笼位:102-1-4-D 已被使用，请刷新页面: 1</w:t>
      </w:r>
    </w:p>
    <w:p>
      <w:r>
        <w:t>status_500:错误: 笼位:102-1-4-E 已被使用，请刷新页面: 1</w:t>
      </w:r>
    </w:p>
    <w:p>
      <w:r>
        <w:t>status_500:错误: 笼位:102-1-3-J 已被使用，请刷新页面: 1</w:t>
      </w:r>
    </w:p>
    <w:p>
      <w:r>
        <w:t>status_500:错误: 笼位:102-1-4-A 已被使用，请刷新页面: 1</w:t>
      </w:r>
    </w:p>
    <w:p>
      <w:r>
        <w:t>status_500:错误: 笼位:102-1-4-F 已被使用，请刷新页面: 1</w:t>
      </w:r>
    </w:p>
    <w:p>
      <w:r>
        <w:t>status_500:错误: 笼位:102-1-4-G 已被使用，请刷新页面: 1</w:t>
      </w:r>
    </w:p>
    <w:p>
      <w:r>
        <w:t>status_500:错误: 笼位:102-1-4-H 已被使用，请刷新页面: 1</w:t>
      </w:r>
    </w:p>
    <w:p>
      <w:r>
        <w:t>status_500:错误: 笼位:102-1-4-J 已被使用，请刷新页面: 1</w:t>
      </w:r>
    </w:p>
    <w:p>
      <w:r>
        <w:t>status_500:错误: 笼位:102-1-4-I 已被使用，请刷新页面: 1</w:t>
      </w:r>
    </w:p>
    <w:p>
      <w:r>
        <w:t>status_500:错误: 笼位:102-1-5-A 已被使用，请刷新页面: 1</w:t>
      </w:r>
    </w:p>
    <w:p>
      <w:r>
        <w:t>status_500:错误: 笼位:102-1-5-B 已被使用，请刷新页面: 1</w:t>
      </w:r>
    </w:p>
    <w:p>
      <w:r>
        <w:t>status_500:错误: 笼位:102-1-5-C 已被使用，请刷新页面: 1</w:t>
      </w:r>
    </w:p>
    <w:p>
      <w:r>
        <w:t>status_500:错误: 笼位:102-1-5-E 已被使用，请刷新页面: 1</w:t>
      </w:r>
    </w:p>
    <w:p>
      <w:r>
        <w:t>status_500:错误: 笼位:102-1-5-D 已被使用，请刷新页面: 1</w:t>
      </w:r>
    </w:p>
    <w:p>
      <w:r>
        <w:t>status_500:错误: 笼位:102-1-5-F 已被使用，请刷新页面: 1</w:t>
      </w:r>
    </w:p>
    <w:p>
      <w:r>
        <w:t>status_500:错误: 笼位:102-1-5-G 已被使用，请刷新页面: 1</w:t>
      </w:r>
    </w:p>
    <w:p>
      <w:r>
        <w:t>status_500:错误: 笼位:102-1-5-I 已被使用，请刷新页面: 1</w:t>
      </w:r>
    </w:p>
    <w:p>
      <w:r>
        <w:t>status_500:错误: 笼位:102-1-5-H 已被使用，请刷新页面: 1</w:t>
      </w:r>
    </w:p>
    <w:p>
      <w:r>
        <w:t>status_500:错误: 笼位:102-1-5-J 已被使用，请刷新页面: 1</w:t>
      </w:r>
    </w:p>
    <w:p>
      <w:r>
        <w:t>status_500:错误: 笼位:102-1-6-A 已被使用，请刷新页面: 1</w:t>
      </w:r>
    </w:p>
    <w:p>
      <w:r>
        <w:t>status_500:错误: 笼位:102-1-6-B 已被使用，请刷新页面: 1</w:t>
      </w:r>
    </w:p>
    <w:p>
      <w:r>
        <w:t>status_500:错误: 笼位:102-1-6-C 已被使用，请刷新页面: 1</w:t>
      </w:r>
    </w:p>
    <w:p>
      <w:r>
        <w:t>status_500:错误: 笼位:102-1-6-D 已被使用，请刷新页面: 1</w:t>
      </w:r>
    </w:p>
    <w:p>
      <w:r>
        <w:t>status_500:错误: 笼位:102-1-6-E 已被使用，请刷新页面: 1</w:t>
      </w:r>
    </w:p>
    <w:p>
      <w:r>
        <w:t>status_500:错误: 笼位:102-1-6-F 已被使用，请刷新页面: 1</w:t>
      </w:r>
    </w:p>
    <w:p>
      <w:r>
        <w:t>status_500:错误: 笼位:102-1-6-G 已被使用，请刷新页面: 1</w:t>
      </w:r>
    </w:p>
    <w:p>
      <w:r>
        <w:t>status_500:错误: 笼位:102-1-6-H 已被使用，请刷新页面: 1</w:t>
      </w:r>
    </w:p>
    <w:p>
      <w:r>
        <w:t>status_500:错误: 笼位:102-1-6-I 已被使用，请刷新页面: 1</w:t>
      </w:r>
    </w:p>
    <w:p>
      <w:r>
        <w:t>status_500:错误: 笼位:102-1-6-J 已被使用，请刷新页面: 1</w:t>
      </w:r>
    </w:p>
    <w:p>
      <w:r>
        <w:t>status_500:错误: 笼位:102-1-7-A 已被使用，请刷新页面: 1</w:t>
      </w:r>
    </w:p>
    <w:p>
      <w:r>
        <w:t>status_500:错误: 笼位:102-1-7-B 已被使用，请刷新页面: 1</w:t>
      </w:r>
    </w:p>
    <w:p>
      <w:r>
        <w:t>status_500:错误: 笼位:102-1-7-C 已被使用，请刷新页面: 1</w:t>
      </w:r>
    </w:p>
    <w:p>
      <w:r>
        <w:t>status_500:错误: 笼位:102-1-7-D 已被使用，请刷新页面: 1</w:t>
      </w:r>
    </w:p>
    <w:p>
      <w:r>
        <w:t>status_500:错误: 笼位:102-1-7-E 已被使用，请刷新页面: 1</w:t>
      </w:r>
    </w:p>
    <w:p>
      <w:r>
        <w:t>status_500:错误: 笼位:102-1-7-F 已被使用，请刷新页面: 1</w:t>
      </w:r>
    </w:p>
    <w:p>
      <w:r>
        <w:t>status_500:错误: 笼位:102-1-7-G 已被使用，请刷新页面: 1</w:t>
      </w:r>
    </w:p>
    <w:p>
      <w:r>
        <w:t>status_500:错误: 笼位:102-1-7-H 已被使用，请刷新页面: 1</w:t>
      </w:r>
    </w:p>
    <w:p>
      <w:r>
        <w:t>status_500:错误: 笼位:102-1-7-I 已被使用，请刷新页面: 1</w:t>
      </w:r>
    </w:p>
    <w:p>
      <w:r>
        <w:t>status_500:错误: 笼位:102-1-7-J 已被使用，请刷新页面: 1</w:t>
      </w:r>
    </w:p>
    <w:p>
      <w:r>
        <w:t>status_500:错误: 笼位:102-1-8-B 已被使用，请刷新页面: 1</w:t>
      </w:r>
    </w:p>
    <w:p>
      <w:r>
        <w:t>status_500:错误: 笼位:102-1-8-A 已被使用，请刷新页面: 1</w:t>
      </w:r>
    </w:p>
    <w:p>
      <w:r>
        <w:t>status_500:错误: 笼位:102-1-8-C 已被使用，请刷新页面: 1</w:t>
      </w:r>
    </w:p>
    <w:p>
      <w:r>
        <w:t>status_500:错误: 笼位:102-1-8-D 已被使用，请刷新页面: 1</w:t>
      </w:r>
    </w:p>
    <w:p>
      <w:r>
        <w:t>status_500:错误: 笼位:102-1-8-E 已被使用，请刷新页面: 1</w:t>
      </w:r>
    </w:p>
    <w:p>
      <w:r>
        <w:t>status_500:错误: 笼位:102-1-8-G 已被使用，请刷新页面: 1</w:t>
      </w:r>
    </w:p>
    <w:p>
      <w:r>
        <w:t>status_500:错误: 笼位:102-1-8-I 已被使用，请刷新页面: 1</w:t>
      </w:r>
    </w:p>
    <w:p>
      <w:r>
        <w:t>status_500:错误: 笼位:102-1-8-F 已被使用，请刷新页面: 1</w:t>
      </w:r>
    </w:p>
    <w:p>
      <w:r>
        <w:t>status_500:错误: 笼位:102-1-8-H 已被使用，请刷新页面: 1</w:t>
      </w:r>
    </w:p>
    <w:p>
      <w:r>
        <w:t>status_500:错误: 笼位:102-1-8-J 已被使用，请刷新页面: 1</w:t>
      </w:r>
    </w:p>
    <w:p>
      <w:r>
        <w:t>status_500:错误: 笼位:102-1-9-A 已被使用，请刷新页面: 1</w:t>
      </w:r>
    </w:p>
    <w:p>
      <w:r>
        <w:t>status_500:错误: 笼位:102-1-9-B 已被使用，请刷新页面: 1</w:t>
      </w:r>
    </w:p>
    <w:p>
      <w:r>
        <w:t>status_500:错误: 笼位:102-1-9-C 已被使用，请刷新页面: 1</w:t>
      </w:r>
    </w:p>
    <w:p>
      <w:r>
        <w:t>status_500:错误: 笼位:102-1-9-D 已被使用，请刷新页面: 1</w:t>
      </w:r>
    </w:p>
    <w:p>
      <w:r>
        <w:t>status_500:错误: 笼位:102-1-9-E 已被使用，请刷新页面: 1</w:t>
      </w:r>
    </w:p>
    <w:p>
      <w:r>
        <w:t>status_500:错误: 笼位:102-1-9-F 已被使用，请刷新页面: 1</w:t>
      </w:r>
    </w:p>
    <w:p>
      <w:r>
        <w:t>status_500:错误: 笼位:102-1-9-G 已被使用，请刷新页面: 1</w:t>
      </w:r>
    </w:p>
    <w:p>
      <w:r>
        <w:t>status_500:错误: 笼位:102-1-9-H 已被使用，请刷新页面: 1</w:t>
      </w:r>
    </w:p>
    <w:p>
      <w:r>
        <w:t>status_500:错误: 笼位:102-1-9-I 已被使用，请刷新页面: 1</w:t>
      </w:r>
    </w:p>
    <w:p>
      <w:r>
        <w:t>status_500:错误: 笼位:102-1-9-J 已被使用，请刷新页面: 1</w:t>
      </w:r>
    </w:p>
    <w:p>
      <w:r>
        <w:t>status_500:错误: 笼位:102-1-10-A 已被使用，请刷新页面: 1</w:t>
      </w:r>
    </w:p>
    <w:p>
      <w:r>
        <w:t>status_500:错误: 笼位:102-1-10-B 已被使用，请刷新页面: 1</w:t>
      </w:r>
    </w:p>
    <w:p>
      <w:r>
        <w:t>status_500:错误: 笼位:102-1-10-C 已被使用，请刷新页面: 1</w:t>
      </w:r>
    </w:p>
    <w:p>
      <w:r>
        <w:t>status_500:错误: 笼位:102-1-10-D 已被使用，请刷新页面: 1</w:t>
      </w:r>
    </w:p>
    <w:p>
      <w:r>
        <w:t>status_500:错误: 笼位:102-1-10-E 已被使用，请刷新页面: 1</w:t>
      </w:r>
    </w:p>
    <w:p>
      <w:r>
        <w:t>status_500:错误: 笼位:102-1-10-F 已被使用，请刷新页面: 1</w:t>
      </w:r>
    </w:p>
    <w:p>
      <w:r>
        <w:t>status_500:错误: 笼位:102-1-10-G 已被使用，请刷新页面: 1</w:t>
      </w:r>
    </w:p>
    <w:p>
      <w:r>
        <w:t>status_500:错误: 笼位:102-1-10-H 已被使用，请刷新页面: 1</w:t>
      </w:r>
    </w:p>
    <w:p>
      <w:r>
        <w:t>status_500:错误: 笼位:102-1-10-I 已被使用，请刷新页面: 1</w:t>
      </w:r>
    </w:p>
    <w:p>
      <w:r>
        <w:t>status_500:错误: 笼位:102-1-10-J 已被使用，请刷新页面: 1</w:t>
      </w:r>
    </w:p>
    <w:p>
      <w:r>
        <w:t>status_500:错误: 笼位:104-1-1-A 已被使用，请刷新页面: 1</w:t>
      </w:r>
    </w:p>
    <w:p>
      <w:r>
        <w:t>status_500:错误: 笼位:104-1-1-B 已被使用，请刷新页面: 1</w:t>
      </w:r>
    </w:p>
    <w:p>
      <w:r>
        <w:t>status_500:错误: 笼位:104-1-1-D 已被使用，请刷新页面: 1</w:t>
      </w:r>
    </w:p>
    <w:p>
      <w:r>
        <w:t>status_500:错误: 笼位:104-1-1-C 已被使用，请刷新页面: 1</w:t>
      </w:r>
    </w:p>
    <w:p>
      <w:r>
        <w:t>status_500:错误: 笼位:104-1-1-E 已被使用，请刷新页面: 1</w:t>
      </w:r>
    </w:p>
    <w:p>
      <w:r>
        <w:t>status_500:错误: 笼位:104-1-1-F 已被使用，请刷新页面: 1</w:t>
      </w:r>
    </w:p>
    <w:p>
      <w:r>
        <w:t>status_500:错误: 笼位:104-1-1-G 已被使用，请刷新页面: 1</w:t>
      </w:r>
    </w:p>
    <w:p>
      <w:r>
        <w:t>status_500:错误: 笼位:104-1-1-H 已被使用，请刷新页面: 1</w:t>
      </w:r>
    </w:p>
    <w:p>
      <w:r>
        <w:t>status_500:错误: 笼位:104-1-2-A 已被使用，请刷新页面: 1</w:t>
      </w:r>
    </w:p>
    <w:p>
      <w:r>
        <w:t>status_500:错误: 笼位:104-1-2-B 已被使用，请刷新页面: 1</w:t>
      </w:r>
    </w:p>
    <w:p>
      <w:r>
        <w:t>status_500:错误: 笼位:104-1-2-C 已被使用，请刷新页面: 1</w:t>
      </w:r>
    </w:p>
    <w:p>
      <w:r>
        <w:t>status_500:错误: 笼位:104-1-2-D 已被使用，请刷新页面: 1</w:t>
      </w:r>
    </w:p>
    <w:p>
      <w:r>
        <w:t>status_500:错误: 笼位:104-1-2-E 已被使用，请刷新页面: 1</w:t>
      </w:r>
    </w:p>
    <w:p>
      <w:r>
        <w:t>status_500:错误: 笼位:104-1-2-F 已被使用，请刷新页面: 1</w:t>
      </w:r>
    </w:p>
    <w:p>
      <w:r>
        <w:t>status_500:错误: 笼位:104-1-2-G 已被使用，请刷新页面: 1</w:t>
      </w:r>
    </w:p>
    <w:p>
      <w:r>
        <w:t>status_500:错误: 笼位:104-1-2-H 已被使用，请刷新页面: 1</w:t>
      </w:r>
    </w:p>
    <w:p>
      <w:r>
        <w:t>status_500:错误: 笼位:104-1-3-A 已被使用，请刷新页面: 1</w:t>
      </w:r>
    </w:p>
    <w:p>
      <w:r>
        <w:t>status_500:错误: 笼位:104-1-3-B 已被使用，请刷新页面: 1</w:t>
      </w:r>
    </w:p>
    <w:p>
      <w:r>
        <w:t>status_500:错误: 笼位:104-1-3-C 已被使用，请刷新页面: 1</w:t>
      </w:r>
    </w:p>
    <w:p>
      <w:r>
        <w:t>status_500:错误: 笼位:104-1-3-D 已被使用，请刷新页面: 1</w:t>
      </w:r>
    </w:p>
    <w:p>
      <w:r>
        <w:t>status_500:错误: 笼位:104-1-3-E 已被使用，请刷新页面: 1</w:t>
      </w:r>
    </w:p>
    <w:p>
      <w:r>
        <w:t>status_500:错误: 笼位:104-1-3-F 已被使用，请刷新页面: 1</w:t>
      </w:r>
    </w:p>
    <w:p>
      <w:r>
        <w:t>status_500:错误: 笼位:104-1-3-G 已被使用，请刷新页面: 1</w:t>
      </w:r>
    </w:p>
    <w:p>
      <w:r>
        <w:t>status_500:错误: 笼位:104-1-3-H 已被使用，请刷新页面: 1</w:t>
      </w:r>
    </w:p>
    <w:p>
      <w:r>
        <w:t>status_500:错误: 笼位:104-1-4-A 已被使用，请刷新页面: 1</w:t>
      </w:r>
    </w:p>
    <w:p>
      <w:r>
        <w:t>status_500:错误: 笼位:104-1-4-B 已被使用，请刷新页面: 1</w:t>
      </w:r>
    </w:p>
    <w:p>
      <w:r>
        <w:t>status_500:错误: 笼位:104-1-4-C 已被使用，请刷新页面: 1</w:t>
      </w:r>
    </w:p>
    <w:p>
      <w:r>
        <w:t>status_500:错误: 笼位:104-1-4-E 已被使用，请刷新页面: 1</w:t>
      </w:r>
    </w:p>
    <w:p>
      <w:r>
        <w:t>status_500:错误: 笼位:104-1-4-D 已被使用，请刷新页面: 1</w:t>
      </w:r>
    </w:p>
    <w:p>
      <w:r>
        <w:t>status_500:错误: 笼位:104-1-4-F 已被使用，请刷新页面: 1</w:t>
      </w:r>
    </w:p>
    <w:p>
      <w:r>
        <w:t>status_500:错误: 笼位:104-1-4-G 已被使用，请刷新页面: 1</w:t>
      </w:r>
    </w:p>
    <w:p>
      <w:r>
        <w:t>status_500:错误: 笼位:104-1-5-A 已被使用，请刷新页面: 1</w:t>
      </w:r>
    </w:p>
    <w:p>
      <w:r>
        <w:t>status_500:错误: 笼位:104-1-5-B 已被使用，请刷新页面: 1</w:t>
      </w:r>
    </w:p>
    <w:p>
      <w:r>
        <w:t>status_500:错误: 笼位:104-1-5-C 已被使用，请刷新页面: 1</w:t>
      </w:r>
    </w:p>
    <w:p>
      <w:r>
        <w:t>status_500:错误: 笼位:104-1-5-D 已被使用，请刷新页面: 1</w:t>
      </w:r>
    </w:p>
    <w:p>
      <w:r>
        <w:t>status_500:错误: 笼位:104-1-5-F 已被使用，请刷新页面: 1</w:t>
      </w:r>
    </w:p>
    <w:p>
      <w:r>
        <w:t>status_500:错误: 笼位:104-1-5-E 已被使用，请刷新页面: 1</w:t>
      </w:r>
    </w:p>
    <w:p>
      <w:r>
        <w:t>status_500:错误: 笼位:104-1-5-G 已被使用，请刷新页面: 1</w:t>
      </w:r>
    </w:p>
    <w:p>
      <w:r>
        <w:t>status_500:错误: 笼位:104-1-5-H 已被使用，请刷新页面: 1</w:t>
      </w:r>
    </w:p>
    <w:p>
      <w:r>
        <w:t>status_500:错误: 笼位:104-1-4-H 已被使用，请刷新页面: 1</w:t>
      </w:r>
    </w:p>
    <w:p>
      <w:r>
        <w:t>status_500:错误: 笼位:104-1-6-A 已被使用，请刷新页面: 1</w:t>
      </w:r>
    </w:p>
    <w:p>
      <w:r>
        <w:t>status_500:错误: 笼位:104-1-6-B 已被使用，请刷新页面: 1</w:t>
      </w:r>
    </w:p>
    <w:p>
      <w:r>
        <w:t>status_500:错误: 笼位:104-1-6-C 已被使用，请刷新页面: 1</w:t>
      </w:r>
    </w:p>
    <w:p>
      <w:r>
        <w:t>status_500:错误: 笼位:104-1-6-D 已被使用，请刷新页面: 1</w:t>
      </w:r>
    </w:p>
    <w:p>
      <w:r>
        <w:t>status_500:错误: 笼位:104-1-6-E 已被使用，请刷新页面: 1</w:t>
      </w:r>
    </w:p>
    <w:p>
      <w:r>
        <w:t>status_500:错误: 笼位:104-1-6-F 已被使用，请刷新页面: 1</w:t>
      </w:r>
    </w:p>
    <w:p>
      <w:r>
        <w:t>status_500:错误: 笼位:104-1-6-G 已被使用，请刷新页面: 1</w:t>
      </w:r>
    </w:p>
    <w:p>
      <w:r>
        <w:t>status_500:错误: 笼位:104-1-6-H 已被使用，请刷新页面: 1</w:t>
      </w:r>
    </w:p>
    <w:p>
      <w:r>
        <w:t>status_500:错误: 笼位:104-1-7-A 已被使用，请刷新页面: 1</w:t>
      </w:r>
    </w:p>
    <w:p>
      <w:r>
        <w:t>status_500:错误: 笼位:104-1-7-B 已被使用，请刷新页面: 1</w:t>
      </w:r>
    </w:p>
    <w:p>
      <w:r>
        <w:t>status_500:错误: 笼位:104-1-7-C 已被使用，请刷新页面: 1</w:t>
      </w:r>
    </w:p>
    <w:p>
      <w:r>
        <w:t>status_500:错误: 笼位:104-1-7-D 已被使用，请刷新页面: 1</w:t>
      </w:r>
    </w:p>
    <w:p>
      <w:r>
        <w:t>status_500:错误: 笼位:104-1-7-E 已被使用，请刷新页面: 1</w:t>
      </w:r>
    </w:p>
    <w:p>
      <w:r>
        <w:t>status_500:错误: 笼位:104-1-7-F 已被使用，请刷新页面: 1</w:t>
      </w:r>
    </w:p>
    <w:p>
      <w:r>
        <w:t>status_500:错误: 笼位:104-1-7-G 已被使用，请刷新页面: 1</w:t>
      </w:r>
    </w:p>
    <w:p>
      <w:r>
        <w:t>status_500:错误: 笼位:104-1-7-H 已被使用，请刷新页面: 1</w:t>
      </w:r>
    </w:p>
    <w:p>
      <w:r>
        <w:t>status_500:错误: 笼位:104-1-8-A 已被使用，请刷新页面: 1</w:t>
      </w:r>
    </w:p>
    <w:p>
      <w:r>
        <w:t>status_500:错误: 笼位:104-1-8-B 已被使用，请刷新页面: 1</w:t>
      </w:r>
    </w:p>
    <w:p>
      <w:r>
        <w:t>status_500:错误: 笼位:104-1-8-C 已被使用，请刷新页面: 1</w:t>
      </w:r>
    </w:p>
    <w:p>
      <w:r>
        <w:t>status_500:错误: 笼位:104-1-8-D 已被使用，请刷新页面: 1</w:t>
      </w:r>
    </w:p>
    <w:p>
      <w:r>
        <w:t>status_500:错误: 笼位:104-1-8-F 已被使用，请刷新页面: 1</w:t>
      </w:r>
    </w:p>
    <w:p>
      <w:r>
        <w:t>status_500:错误: 笼位:104-1-8-E 已被使用，请刷新页面: 1</w:t>
      </w:r>
    </w:p>
    <w:p>
      <w:r>
        <w:t>status_500:错误: 笼位:104-1-8-G 已被使用，请刷新页面: 1</w:t>
      </w:r>
    </w:p>
    <w:p>
      <w:r>
        <w:t>status_500:错误: 笼位:104-1-8-H 已被使用，请刷新页面: 1</w:t>
      </w:r>
    </w:p>
    <w:p>
      <w:r>
        <w:t>status_500:错误: 笼位:101-1-1-A 已被使用，请刷新页面: 1</w:t>
      </w:r>
    </w:p>
    <w:p>
      <w:r>
        <w:t>status_500:错误: 笼位:101-1-1-B 已被使用，请刷新页面: 1</w:t>
      </w:r>
    </w:p>
    <w:p>
      <w:r>
        <w:t>status_500:错误: 笼位:101-1-1-C 已被使用，请刷新页面: 1</w:t>
      </w:r>
    </w:p>
    <w:p>
      <w:r>
        <w:t>status_500:错误: 笼位:101-1-1-D 已被使用，请刷新页面: 1</w:t>
      </w:r>
    </w:p>
    <w:p>
      <w:r>
        <w:t>status_500:错误: 笼位:101-1-1-E 已被使用，请刷新页面: 1</w:t>
      </w:r>
    </w:p>
    <w:p>
      <w:r>
        <w:t>status_500:错误: 笼位:101-1-1-F 已被使用，请刷新页面: 1</w:t>
      </w:r>
    </w:p>
    <w:p>
      <w:r>
        <w:t>status_500:错误: 笼位:101-1-1-G 已被使用，请刷新页面: 1</w:t>
      </w:r>
    </w:p>
    <w:p>
      <w:r>
        <w:t>status_500:错误: 笼位:101-1-1-H 已被使用，请刷新页面: 1</w:t>
      </w:r>
    </w:p>
    <w:p>
      <w:r>
        <w:t>status_500:错误: 笼位:101-1-2-A 已被使用，请刷新页面: 1</w:t>
      </w:r>
    </w:p>
    <w:p>
      <w:r>
        <w:t>status_500:错误: 笼位:101-1-2-B 已被使用，请刷新页面: 1</w:t>
      </w:r>
    </w:p>
    <w:p>
      <w:r>
        <w:t>status_500:错误: 笼位:101-1-2-C 已被使用，请刷新页面: 1</w:t>
      </w:r>
    </w:p>
    <w:p>
      <w:r>
        <w:t>status_500:错误: 笼位:101-1-2-D 已被使用，请刷新页面: 1</w:t>
      </w:r>
    </w:p>
    <w:p>
      <w:r>
        <w:t>status_500:错误: 笼位:101-1-2-E 已被使用，请刷新页面: 1</w:t>
      </w:r>
    </w:p>
    <w:p>
      <w:r>
        <w:t>status_500:错误: 笼位:101-1-2-F 已被使用，请刷新页面: 1</w:t>
      </w:r>
    </w:p>
    <w:p>
      <w:r>
        <w:t>status_500:错误: 笼位:101-1-2-G 已被使用，请刷新页面: 1</w:t>
      </w:r>
    </w:p>
    <w:p>
      <w:r>
        <w:t>status_500:错误: 笼位:101-1-2-H 已被使用，请刷新页面: 1</w:t>
      </w:r>
    </w:p>
    <w:p>
      <w:r>
        <w:t>status_500:错误: 笼位:101-1-3-A 已被使用，请刷新页面: 1</w:t>
      </w:r>
    </w:p>
    <w:p>
      <w:r>
        <w:t>status_500:错误: 笼位:101-1-3-B 已被使用，请刷新页面: 1</w:t>
      </w:r>
    </w:p>
    <w:p>
      <w:r>
        <w:t>status_500:错误: 笼位:101-1-3-C 已被使用，请刷新页面: 1</w:t>
      </w:r>
    </w:p>
    <w:p>
      <w:r>
        <w:t>status_500:错误: 笼位:101-1-3-D 已被使用，请刷新页面: 1</w:t>
      </w:r>
    </w:p>
    <w:p>
      <w:r>
        <w:t>status_500:错误: 笼位:101-1-3-E 已被使用，请刷新页面: 1</w:t>
      </w:r>
    </w:p>
    <w:p>
      <w:r>
        <w:t>status_500:错误: 笼位:101-1-3-F 已被使用，请刷新页面: 1</w:t>
      </w:r>
    </w:p>
    <w:p>
      <w:r>
        <w:t>status_500:错误: 笼位:101-1-3-G 已被使用，请刷新页面: 1</w:t>
      </w:r>
    </w:p>
    <w:p>
      <w:r>
        <w:t>status_500:错误: 笼位:101-1-3-H 已被使用，请刷新页面: 1</w:t>
      </w:r>
    </w:p>
    <w:p>
      <w:r>
        <w:t>status_500:错误: 笼位:101-1-4-A 已被使用，请刷新页面: 1</w:t>
      </w:r>
    </w:p>
    <w:p>
      <w:r>
        <w:t>status_500:错误: 笼位:101-1-4-B 已被使用，请刷新页面: 1</w:t>
      </w:r>
    </w:p>
    <w:p>
      <w:r>
        <w:t>status_500:错误: 笼位:101-1-4-C 已被使用，请刷新页面: 1</w:t>
      </w:r>
    </w:p>
    <w:p>
      <w:r>
        <w:t>status_500:错误: 笼位:101-1-4-D 已被使用，请刷新页面: 1</w:t>
      </w:r>
    </w:p>
    <w:p>
      <w:r>
        <w:t>status_500:错误: 笼位:101-1-4-E 已被使用，请刷新页面: 1</w:t>
      </w:r>
    </w:p>
    <w:p>
      <w:r>
        <w:t>status_500:错误: 笼位:101-1-4-F 已被使用，请刷新页面: 1</w:t>
      </w:r>
    </w:p>
    <w:p>
      <w:r>
        <w:t>status_500:错误: 笼位:101-1-4-G 已被使用，请刷新页面: 1</w:t>
      </w:r>
    </w:p>
    <w:p>
      <w:r>
        <w:t>status_500:错误: 笼位:101-1-4-H 已被使用，请刷新页面: 1</w:t>
      </w:r>
    </w:p>
    <w:p>
      <w:r>
        <w:t>status_500:错误: 笼位:101-1-5-A 已被使用，请刷新页面: 1</w:t>
      </w:r>
    </w:p>
    <w:p>
      <w:r>
        <w:t>status_500:错误: 笼位:101-1-5-B 已被使用，请刷新页面: 1</w:t>
      </w:r>
    </w:p>
    <w:p>
      <w:r>
        <w:t>status_500:错误: 笼位:101-1-5-C 已被使用，请刷新页面: 1</w:t>
      </w:r>
    </w:p>
    <w:p>
      <w:r>
        <w:t>status_500:错误: 笼位:101-1-5-D 已被使用，请刷新页面: 1</w:t>
      </w:r>
    </w:p>
    <w:p>
      <w:r>
        <w:t>status_500:错误: 笼位:101-1-5-E 已被使用，请刷新页面: 1</w:t>
      </w:r>
    </w:p>
    <w:p>
      <w:r>
        <w:t>status_500:错误: 笼位:101-1-5-F 已被使用，请刷新页面: 1</w:t>
      </w:r>
    </w:p>
    <w:p>
      <w:r>
        <w:t>status_500:错误: 笼位:101-1-5-G 已被使用，请刷新页面: 1</w:t>
      </w:r>
    </w:p>
    <w:p>
      <w:r>
        <w:t>status_500:错误: 笼位:101-1-5-H 已被使用，请刷新页面: 1</w:t>
      </w:r>
    </w:p>
    <w:p>
      <w:r>
        <w:t>status_500:错误: 笼位:101-1-6-A 已被使用，请刷新页面: 1</w:t>
      </w:r>
    </w:p>
    <w:p>
      <w:r>
        <w:t>status_500:错误: 笼位:101-1-6-B 已被使用，请刷新页面: 1</w:t>
      </w:r>
    </w:p>
    <w:p>
      <w:r>
        <w:t>status_500:错误: 笼位:101-1-6-C 已被使用，请刷新页面: 1</w:t>
      </w:r>
    </w:p>
    <w:p>
      <w:r>
        <w:t>status_500:错误: 笼位:101-1-6-D 已被使用，请刷新页面: 1</w:t>
      </w:r>
    </w:p>
    <w:p>
      <w:r>
        <w:t>status_500:错误: 笼位:101-1-6-E 已被使用，请刷新页面: 1</w:t>
      </w:r>
    </w:p>
    <w:p>
      <w:r>
        <w:t>status_500:错误: 笼位:101-1-6-F 已被使用，请刷新页面: 1</w:t>
      </w:r>
    </w:p>
    <w:p>
      <w:r>
        <w:t>status_500:错误: 笼位:101-1-6-G 已被使用，请刷新页面: 1</w:t>
      </w:r>
    </w:p>
    <w:p>
      <w:r>
        <w:t>status_500:错误: 笼位:101-1-6-H 已被使用，请刷新页面: 1</w:t>
      </w:r>
    </w:p>
    <w:p>
      <w:r>
        <w:t>status_500:错误: 笼位:101-1-7-A 已被使用，请刷新页面: 1</w:t>
      </w:r>
    </w:p>
    <w:p>
      <w:r>
        <w:t>status_500:错误: 笼位:101-1-7-B 已被使用，请刷新页面: 1</w:t>
      </w:r>
    </w:p>
    <w:p>
      <w:r>
        <w:t>status_500:错误: 笼位:101-1-7-C 已被使用，请刷新页面: 1</w:t>
      </w:r>
    </w:p>
    <w:p>
      <w:r>
        <w:t>status_500:错误: 笼位:101-1-7-D 已被使用，请刷新页面: 1</w:t>
      </w:r>
    </w:p>
    <w:p>
      <w:r>
        <w:t>status_500:错误: 笼位:101-1-7-E 已被使用，请刷新页面: 1</w:t>
      </w:r>
    </w:p>
    <w:p>
      <w:r>
        <w:t>status_500:错误: 笼位:101-1-7-F 已被使用，请刷新页面: 1</w:t>
      </w:r>
    </w:p>
    <w:p>
      <w:r>
        <w:t>status_500:错误: 笼位:101-1-7-G 已被使用，请刷新页面: 1</w:t>
      </w:r>
    </w:p>
    <w:p>
      <w:r>
        <w:t>status_500:错误: 笼位:101-1-7-H 已被使用，请刷新页面: 1</w:t>
      </w:r>
    </w:p>
    <w:p>
      <w:r>
        <w:t>status_500:错误: 笼位:101-1-8-A 已被使用，请刷新页面: 1</w:t>
      </w:r>
    </w:p>
    <w:p>
      <w:r>
        <w:t>status_500:错误: 笼位:101-1-8-B 已被使用，请刷新页面: 1</w:t>
      </w:r>
    </w:p>
    <w:p>
      <w:r>
        <w:t>status_500:错误: 笼位:101-1-8-C 已被使用，请刷新页面: 1</w:t>
      </w:r>
    </w:p>
    <w:p>
      <w:r>
        <w:t>status_500:错误: 笼位:101-1-8-D 已被使用，请刷新页面: 1</w:t>
      </w:r>
    </w:p>
    <w:p>
      <w:r>
        <w:t>status_500:错误: 笼位:101-1-8-E 已被使用，请刷新页面: 1</w:t>
      </w:r>
    </w:p>
    <w:p>
      <w:r>
        <w:t>status_500:错误: 笼位:101-1-8-F 已被使用，请刷新页面: 1</w:t>
      </w:r>
    </w:p>
    <w:p>
      <w:r>
        <w:t>status_500:错误: 笼位:101-1-8-G 已被使用，请刷新页面: 1</w:t>
      </w:r>
    </w:p>
    <w:p>
      <w:r>
        <w:t>status_500:错误: 笼位:101-1-8-H 已被使用，请刷新页面: 1</w:t>
      </w:r>
    </w:p>
    <w:p>
      <w:r>
        <w:t>status_500:错误: 笼位:101-2-1-A 已被使用，请刷新页面: 1</w:t>
      </w:r>
    </w:p>
    <w:p>
      <w:r>
        <w:t>status_500:错误: 笼位:101-2-1-C 已被使用，请刷新页面: 1</w:t>
      </w:r>
    </w:p>
    <w:p>
      <w:r>
        <w:t>status_500:错误: 笼位:101-2-1-B 已被使用，请刷新页面: 1</w:t>
      </w:r>
    </w:p>
    <w:p>
      <w:r>
        <w:t>status_500:错误: 笼位:101-2-1-D 已被使用，请刷新页面: 1</w:t>
      </w:r>
    </w:p>
    <w:p>
      <w:r>
        <w:t>status_500:错误: 笼位:101-2-1-E 已被使用，请刷新页面: 1</w:t>
      </w:r>
    </w:p>
    <w:p>
      <w:r>
        <w:t>status_500:错误: 笼位:101-2-1-F 已被使用，请刷新页面: 1</w:t>
      </w:r>
    </w:p>
    <w:p>
      <w:r>
        <w:t>status_500:错误: 笼位:101-2-1-G 已被使用，请刷新页面: 1</w:t>
      </w:r>
    </w:p>
    <w:p>
      <w:r>
        <w:t>status_500:错误: 笼位:101-2-1-H 已被使用，请刷新页面: 1</w:t>
      </w:r>
    </w:p>
    <w:p>
      <w:r>
        <w:t>status_500:错误: 笼位:101-2-2-A 已被使用，请刷新页面: 1</w:t>
      </w:r>
    </w:p>
    <w:p>
      <w:r>
        <w:t>status_500:错误: 笼位:101-2-2-B 已被使用，请刷新页面: 1</w:t>
      </w:r>
    </w:p>
    <w:p>
      <w:r>
        <w:t>status_500:错误: 笼位:101-2-2-C 已被使用，请刷新页面: 1</w:t>
      </w:r>
    </w:p>
    <w:p>
      <w:r>
        <w:t>status_500:错误: 笼位:101-2-2-D 已被使用，请刷新页面: 1</w:t>
      </w:r>
    </w:p>
    <w:p>
      <w:r>
        <w:t>status_500:错误: 笼位:101-2-2-E 已被使用，请刷新页面: 1</w:t>
      </w:r>
    </w:p>
    <w:p>
      <w:r>
        <w:t>status_500:错误: 笼位:101-2-2-F 已被使用，请刷新页面: 1</w:t>
      </w:r>
    </w:p>
    <w:p>
      <w:r>
        <w:t>status_500:错误: 笼位:101-2-2-G 已被使用，请刷新页面: 1</w:t>
      </w:r>
    </w:p>
    <w:p>
      <w:r>
        <w:t>status_500:错误: 笼位:101-2-2-H 已被使用，请刷新页面: 1</w:t>
      </w:r>
    </w:p>
    <w:p>
      <w:r>
        <w:t>status_500:错误: 笼位:101-2-3-A 已被使用，请刷新页面: 1</w:t>
      </w:r>
    </w:p>
    <w:p>
      <w:r>
        <w:t>status_500:错误: 笼位:101-2-3-B 已被使用，请刷新页面: 1</w:t>
      </w:r>
    </w:p>
    <w:p>
      <w:r>
        <w:t>status_500:错误: 笼位:101-2-3-C 已被使用，请刷新页面: 1</w:t>
      </w:r>
    </w:p>
    <w:p>
      <w:r>
        <w:t>status_500:错误: 笼位:101-2-3-D 已被使用，请刷新页面: 1</w:t>
      </w:r>
    </w:p>
    <w:p>
      <w:r>
        <w:t>status_500:错误: 笼位:101-2-3-E 已被使用，请刷新页面: 1</w:t>
      </w:r>
    </w:p>
    <w:p>
      <w:r>
        <w:t>status_500:错误: 笼位:101-2-3-F 已被使用，请刷新页面: 1</w:t>
      </w:r>
    </w:p>
    <w:p>
      <w:r>
        <w:t>status_500:错误: 笼位:101-2-3-G 已被使用，请刷新页面: 1</w:t>
      </w:r>
    </w:p>
    <w:p>
      <w:r>
        <w:t>status_500:错误: 笼位:101-2-3-H 已被使用，请刷新页面: 1</w:t>
      </w:r>
    </w:p>
    <w:p>
      <w:r>
        <w:t>status_500:错误: 笼位:101-2-4-A 已被使用，请刷新页面: 1</w:t>
      </w:r>
    </w:p>
    <w:p>
      <w:r>
        <w:t>status_500:错误: 笼位:101-2-4-B 已被使用，请刷新页面: 1</w:t>
      </w:r>
    </w:p>
    <w:p>
      <w:r>
        <w:t>status_500:错误: 笼位:101-2-4-C 已被使用，请刷新页面: 1</w:t>
      </w:r>
    </w:p>
    <w:p>
      <w:r>
        <w:t>status_500:错误: 笼位:101-2-4-D 已被使用，请刷新页面: 1</w:t>
      </w:r>
    </w:p>
    <w:p>
      <w:r>
        <w:t>status_500:错误: 笼位:101-2-4-E 已被使用，请刷新页面: 1</w:t>
      </w:r>
    </w:p>
    <w:p>
      <w:r>
        <w:t>status_500:错误: 笼位:101-2-4-F 已被使用，请刷新页面: 1</w:t>
      </w:r>
    </w:p>
    <w:p>
      <w:r>
        <w:t>status_500:错误: 笼位:101-2-4-G 已被使用，请刷新页面: 1</w:t>
      </w:r>
    </w:p>
    <w:p>
      <w:r>
        <w:t>status_500:错误: 笼位:101-2-4-H 已被使用，请刷新页面: 1</w:t>
      </w:r>
    </w:p>
    <w:p>
      <w:r>
        <w:t>status_500:错误: 笼位:101-2-5-A 已被使用，请刷新页面: 1</w:t>
      </w:r>
    </w:p>
    <w:p>
      <w:r>
        <w:t>status_500:错误: 笼位:101-2-5-C 已被使用，请刷新页面: 1</w:t>
      </w:r>
    </w:p>
    <w:p>
      <w:r>
        <w:t>status_500:错误: 笼位:101-2-5-B 已被使用，请刷新页面: 1</w:t>
      </w:r>
    </w:p>
    <w:p>
      <w:r>
        <w:t>status_500:错误: 笼位:101-2-5-D 已被使用，请刷新页面: 1</w:t>
      </w:r>
    </w:p>
    <w:p>
      <w:r>
        <w:t>status_500:错误: 笼位:101-2-5-E 已被使用，请刷新页面: 1</w:t>
      </w:r>
    </w:p>
    <w:p>
      <w:r>
        <w:t>status_500:错误: 笼位:101-2-5-F 已被使用，请刷新页面: 1</w:t>
      </w:r>
    </w:p>
    <w:p>
      <w:r>
        <w:t>status_500:错误: 笼位:101-2-5-G 已被使用，请刷新页面: 1</w:t>
      </w:r>
    </w:p>
    <w:p>
      <w:r>
        <w:t>status_500:错误: 笼位:101-2-5-H 已被使用，请刷新页面: 1</w:t>
      </w:r>
    </w:p>
    <w:p>
      <w:r>
        <w:t>status_500:错误: 笼位:101-2-6-A 已被使用，请刷新页面: 1</w:t>
      </w:r>
    </w:p>
    <w:p>
      <w:r>
        <w:t>status_500:错误: 笼位:101-2-6-B 已被使用，请刷新页面: 1</w:t>
      </w:r>
    </w:p>
    <w:p>
      <w:r>
        <w:t>status_500:错误: 笼位:101-2-6-C 已被使用，请刷新页面: 1</w:t>
      </w:r>
    </w:p>
    <w:p>
      <w:r>
        <w:t>status_500:错误: 笼位:101-2-6-D 已被使用，请刷新页面: 1</w:t>
      </w:r>
    </w:p>
    <w:p>
      <w:r>
        <w:t>status_500:错误: 笼位:101-2-6-E 已被使用，请刷新页面: 1</w:t>
      </w:r>
    </w:p>
    <w:p>
      <w:r>
        <w:t>status_500:错误: 笼位:101-2-6-F 已被使用，请刷新页面: 1</w:t>
      </w:r>
    </w:p>
    <w:p>
      <w:r>
        <w:t>status_500:错误: 笼位:101-2-6-G 已被使用，请刷新页面: 1</w:t>
      </w:r>
    </w:p>
    <w:p>
      <w:r>
        <w:t>status_500:错误: 笼位:101-2-6-H 已被使用，请刷新页面: 1</w:t>
      </w:r>
    </w:p>
    <w:p>
      <w:r>
        <w:t>status_500:错误: 笼位:101-2-7-A 已被使用，请刷新页面: 1</w:t>
      </w:r>
    </w:p>
    <w:p>
      <w:r>
        <w:t>status_500:错误: 笼位:101-2-7-B 已被使用，请刷新页面: 1</w:t>
      </w:r>
    </w:p>
    <w:p>
      <w:r>
        <w:t>status_500:错误: 笼位:101-2-7-C 已被使用，请刷新页面: 1</w:t>
      </w:r>
    </w:p>
    <w:p>
      <w:r>
        <w:t>status_500:错误: 笼位:101-2-7-D 已被使用，请刷新页面: 1</w:t>
      </w:r>
    </w:p>
    <w:p>
      <w:r>
        <w:t>status_500:错误: 笼位:101-2-7-E 已被使用，请刷新页面: 1</w:t>
      </w:r>
    </w:p>
    <w:p>
      <w:r>
        <w:t>status_500:错误: 笼位:101-2-7-G 已被使用，请刷新页面: 1</w:t>
      </w:r>
    </w:p>
    <w:p>
      <w:r>
        <w:t>status_500:错误: 笼位:101-2-7-F 已被使用，请刷新页面: 1</w:t>
      </w:r>
    </w:p>
    <w:p>
      <w:r>
        <w:t>status_500:错误: 笼位:101-2-7-H 已被使用，请刷新页面: 1</w:t>
      </w:r>
    </w:p>
    <w:p>
      <w:r>
        <w:t>status_500:错误: 笼位:101-2-8-A 已被使用，请刷新页面: 1</w:t>
      </w:r>
    </w:p>
    <w:p>
      <w:r>
        <w:t>status_500:错误: 笼位:101-2-8-B 已被使用，请刷新页面: 1</w:t>
      </w:r>
    </w:p>
    <w:p>
      <w:r>
        <w:t>status_500:错误: 笼位:101-2-8-C 已被使用，请刷新页面: 1</w:t>
      </w:r>
    </w:p>
    <w:p>
      <w:r>
        <w:t>status_500:错误: 笼位:101-2-8-D 已被使用，请刷新页面: 1</w:t>
      </w:r>
    </w:p>
    <w:p>
      <w:r>
        <w:t>status_500:错误: 笼位:101-2-8-E 已被使用，请刷新页面: 1</w:t>
      </w:r>
    </w:p>
    <w:p>
      <w:r>
        <w:t>status_500:错误: 笼位:101-2-8-F 已被使用，请刷新页面: 1</w:t>
      </w:r>
    </w:p>
    <w:p>
      <w:r>
        <w:t>status_500:错误: 笼位:101-2-8-G 已被使用，请刷新页面: 1</w:t>
      </w:r>
    </w:p>
    <w:p>
      <w:r>
        <w:t>status_500:错误: 笼位:101-2-8-H 已被使用，请刷新页面: 1</w:t>
      </w:r>
    </w:p>
    <w:p>
      <w:r>
        <w:t>status_500:错误: 笼位:105-1-1-A 已被使用，请刷新页面: 1</w:t>
      </w:r>
    </w:p>
    <w:p>
      <w:r>
        <w:t>status_500:错误: 笼位:105-1-1-C 已被使用，请刷新页面: 1</w:t>
      </w:r>
    </w:p>
    <w:p>
      <w:r>
        <w:t>status_500:错误: 笼位:105-1-1-B 已被使用，请刷新页面: 1</w:t>
      </w:r>
    </w:p>
    <w:p>
      <w:r>
        <w:t>status_500:错误: 笼位:105-1-1-D 已被使用，请刷新页面: 1</w:t>
      </w:r>
    </w:p>
    <w:p>
      <w:r>
        <w:t>status_500:错误: 笼位:105-1-1-E 已被使用，请刷新页面: 1</w:t>
      </w:r>
    </w:p>
    <w:p>
      <w:r>
        <w:t>status_500:错误: 笼位:105-1-2-B 已被使用，请刷新页面: 1</w:t>
      </w:r>
    </w:p>
    <w:p>
      <w:r>
        <w:t>status_500:错误: 笼位:105-1-2-A 已被使用，请刷新页面: 1</w:t>
      </w:r>
    </w:p>
    <w:p>
      <w:r>
        <w:t>status_500:错误: 笼位:105-1-2-D 已被使用，请刷新页面: 1</w:t>
      </w:r>
    </w:p>
    <w:p>
      <w:r>
        <w:t>status_500:错误: 笼位:105-1-2-C 已被使用，请刷新页面: 1</w:t>
      </w:r>
    </w:p>
    <w:p>
      <w:r>
        <w:t>status_500:错误: 笼位:105-1-2-E 已被使用，请刷新页面: 1</w:t>
      </w:r>
    </w:p>
    <w:p>
      <w:r>
        <w:t>status_500:错误: 笼位:105-1-3-B 已被使用，请刷新页面: 1</w:t>
      </w:r>
    </w:p>
    <w:p>
      <w:r>
        <w:t>status_500:错误: 笼位:105-1-3-A 已被使用，请刷新页面: 1</w:t>
      </w:r>
    </w:p>
    <w:p>
      <w:r>
        <w:t>status_500:错误: 笼位:105-1-3-C 已被使用，请刷新页面: 1</w:t>
      </w:r>
    </w:p>
    <w:p>
      <w:r>
        <w:t>status_500:错误: 笼位:105-1-3-D 已被使用，请刷新页面: 1</w:t>
      </w:r>
    </w:p>
    <w:p>
      <w:r>
        <w:t>status_500:错误: 笼位:105-1-3-E 已被使用，请刷新页面: 1</w:t>
      </w:r>
    </w:p>
    <w:p>
      <w:r>
        <w:t>status_500:错误: 笼位:105-1-4-A 已被使用，请刷新页面: 1</w:t>
      </w:r>
    </w:p>
    <w:p>
      <w:r>
        <w:t>status_500:错误: 笼位:105-1-4-B 已被使用，请刷新页面: 1</w:t>
      </w:r>
    </w:p>
    <w:p>
      <w:r>
        <w:t>status_500:错误: 笼位:105-1-4-C 已被使用，请刷新页面: 1</w:t>
      </w:r>
    </w:p>
    <w:p>
      <w:r>
        <w:t>status_500:错误: 笼位:105-1-4-D 已被使用，请刷新页面: 1</w:t>
      </w:r>
    </w:p>
    <w:p>
      <w:r>
        <w:t>status_500:错误: 笼位:105-1-4-E 已被使用，请刷新页面: 1</w:t>
      </w:r>
    </w:p>
    <w:p>
      <w:r>
        <w:t>status_500:错误: 笼位:105-1-5-A 已被使用，请刷新页面: 1</w:t>
      </w:r>
    </w:p>
    <w:p>
      <w:r>
        <w:t>status_500:错误: 笼位:105-1-5-B 已被使用，请刷新页面: 1</w:t>
      </w:r>
    </w:p>
    <w:p>
      <w:r>
        <w:t>status_500:错误: 笼位:105-1-5-C 已被使用，请刷新页面: 1</w:t>
      </w:r>
    </w:p>
    <w:p>
      <w:r>
        <w:t>status_500:错误: 笼位:105-1-5-D 已被使用，请刷新页面: 1</w:t>
      </w:r>
    </w:p>
    <w:p>
      <w:r>
        <w:t>status_500:错误: 笼位:105-1-5-E 已被使用，请刷新页面: 1</w:t>
      </w:r>
    </w:p>
    <w:p>
      <w:r>
        <w:t>status_500:错误: 笼位:105-2-1-A 已被使用，请刷新页面: 1</w:t>
      </w:r>
    </w:p>
    <w:p>
      <w:r>
        <w:t>status_500:错误: 笼位:105-2-1-B 已被使用，请刷新页面: 1</w:t>
      </w:r>
    </w:p>
    <w:p>
      <w:r>
        <w:t>status_500:错误: 笼位:105-2-1-C 已被使用，请刷新页面: 1</w:t>
      </w:r>
    </w:p>
    <w:p>
      <w:r>
        <w:t>status_500:错误: 笼位:105-2-1-D 已被使用，请刷新页面: 1</w:t>
      </w:r>
    </w:p>
    <w:p>
      <w:r>
        <w:t>status_500:错误: 笼位:105-2-1-E 已被使用，请刷新页面: 1</w:t>
      </w:r>
    </w:p>
    <w:p>
      <w:r>
        <w:t>status_500:错误: 笼位:105-2-2-A 已被使用，请刷新页面: 1</w:t>
      </w:r>
    </w:p>
    <w:p>
      <w:r>
        <w:t>status_500:错误: 笼位:105-2-2-B 已被使用，请刷新页面: 1</w:t>
      </w:r>
    </w:p>
    <w:p>
      <w:r>
        <w:t>status_500:错误: 笼位:105-2-2-C 已被使用，请刷新页面: 1</w:t>
      </w:r>
    </w:p>
    <w:p>
      <w:r>
        <w:t>status_500:错误: 笼位:105-2-2-D 已被使用，请刷新页面: 1</w:t>
      </w:r>
    </w:p>
    <w:p>
      <w:r>
        <w:t>status_500:错误: 笼位:105-2-2-E 已被使用，请刷新页面: 1</w:t>
      </w:r>
    </w:p>
    <w:p>
      <w:r>
        <w:t>status_500:错误: 笼位:105-2-3-A 已被使用，请刷新页面: 1</w:t>
      </w:r>
    </w:p>
    <w:p>
      <w:r>
        <w:t>status_500:错误: 笼位:105-2-3-C 已被使用，请刷新页面: 1</w:t>
      </w:r>
    </w:p>
    <w:p>
      <w:r>
        <w:t>status_500:错误: 笼位:105-2-3-B 已被使用，请刷新页面: 1</w:t>
      </w:r>
    </w:p>
    <w:p>
      <w:r>
        <w:t>status_500:错误: 笼位:105-2-3-D 已被使用，请刷新页面: 1</w:t>
      </w:r>
    </w:p>
    <w:p>
      <w:r>
        <w:t>status_500:错误: 笼位:105-2-3-E 已被使用，请刷新页面: 1</w:t>
      </w:r>
    </w:p>
    <w:p>
      <w:r>
        <w:t>status_500:错误: 笼位:105-2-4-A 已被使用，请刷新页面: 1</w:t>
      </w:r>
    </w:p>
    <w:p>
      <w:r>
        <w:t>status_500:错误: 笼位:105-2-4-B 已被使用，请刷新页面: 1</w:t>
      </w:r>
    </w:p>
    <w:p>
      <w:r>
        <w:t>status_500:错误: 笼位:105-2-4-C 已被使用，请刷新页面: 1</w:t>
      </w:r>
    </w:p>
    <w:p>
      <w:r>
        <w:t>status_500:错误: 笼位:105-2-4-D 已被使用，请刷新页面: 1</w:t>
      </w:r>
    </w:p>
    <w:p>
      <w:r>
        <w:t>status_500:错误: 笼位:105-2-4-E 已被使用，请刷新页面: 1</w:t>
      </w:r>
    </w:p>
    <w:p>
      <w:r>
        <w:t>status_500:错误: 笼位:105-2-5-A 已被使用，请刷新页面: 1</w:t>
      </w:r>
    </w:p>
    <w:p>
      <w:r>
        <w:t>status_500:错误: 笼位:105-2-5-B 已被使用，请刷新页面: 1</w:t>
      </w:r>
    </w:p>
    <w:p>
      <w:r>
        <w:t>status_500:错误: 笼位:105-2-5-C 已被使用，请刷新页面: 1</w:t>
      </w:r>
    </w:p>
    <w:p>
      <w:r>
        <w:t>status_500:错误: 笼位:105-2-5-D 已被使用，请刷新页面: 1</w:t>
      </w:r>
    </w:p>
    <w:p>
      <w:r>
        <w:t>status_500:错误: 笼位:105-2-5-E 已被使用，请刷新页面: 1</w:t>
      </w:r>
    </w:p>
    <w:p>
      <w:r>
        <w:t>status_500:错误: 笼位:106-1-1-B 已被使用，请刷新页面: 1</w:t>
      </w:r>
    </w:p>
    <w:p>
      <w:r>
        <w:t>status_500:错误: 笼位:106-1-1-A 已被使用，请刷新页面: 1</w:t>
      </w:r>
    </w:p>
    <w:p>
      <w:r>
        <w:t>status_500:错误: 笼位:106-1-1-C 已被使用，请刷新页面: 1</w:t>
      </w:r>
    </w:p>
    <w:p>
      <w:r>
        <w:t>status_500:错误: 笼位:106-1-1-D 已被使用，请刷新页面: 1</w:t>
      </w:r>
    </w:p>
    <w:p>
      <w:r>
        <w:t>status_500:错误: 笼位:106-1-1-E 已被使用，请刷新页面: 1</w:t>
      </w:r>
    </w:p>
    <w:p>
      <w:r>
        <w:t>status_500:错误: 笼位:106-1-2-A 已被使用，请刷新页面: 1</w:t>
      </w:r>
    </w:p>
    <w:p>
      <w:r>
        <w:t>status_500:错误: 笼位:106-1-2-B 已被使用，请刷新页面: 1</w:t>
      </w:r>
    </w:p>
    <w:p>
      <w:r>
        <w:t>status_500:错误: 笼位:106-1-2-C 已被使用，请刷新页面: 1</w:t>
      </w:r>
    </w:p>
    <w:p>
      <w:r>
        <w:t>status_500:错误: 笼位:106-1-2-D 已被使用，请刷新页面: 1</w:t>
      </w:r>
    </w:p>
    <w:p>
      <w:r>
        <w:t>status_500:错误: 笼位:106-1-2-E 已被使用，请刷新页面: 1</w:t>
      </w:r>
    </w:p>
    <w:p>
      <w:r>
        <w:t>status_500:错误: 笼位:106-1-3-A 已被使用，请刷新页面: 1</w:t>
      </w:r>
    </w:p>
    <w:p>
      <w:r>
        <w:t>status_500:错误: 笼位:106-1-3-B 已被使用，请刷新页面: 1</w:t>
      </w:r>
    </w:p>
    <w:p>
      <w:r>
        <w:t>status_500:错误: 笼位:106-1-3-C 已被使用，请刷新页面: 1</w:t>
      </w:r>
    </w:p>
    <w:p>
      <w:r>
        <w:t>status_500:错误: 笼位:106-1-3-D 已被使用，请刷新页面: 1</w:t>
      </w:r>
    </w:p>
    <w:p>
      <w:r>
        <w:t>status_500:错误: 笼位:106-1-3-E 已被使用，请刷新页面: 1</w:t>
      </w:r>
    </w:p>
    <w:p>
      <w:r>
        <w:t>status_500:错误: 笼位:106-1-4-A 已被使用，请刷新页面: 1</w:t>
      </w:r>
    </w:p>
    <w:p>
      <w:r>
        <w:t>status_500:错误: 笼位:106-1-4-B 已被使用，请刷新页面: 1</w:t>
      </w:r>
    </w:p>
    <w:p>
      <w:r>
        <w:t>status_500:错误: 笼位:106-1-4-C 已被使用，请刷新页面: 1</w:t>
      </w:r>
    </w:p>
    <w:p>
      <w:r>
        <w:t>status_500:错误: 笼位:106-1-4-D 已被使用，请刷新页面: 1</w:t>
      </w:r>
    </w:p>
    <w:p>
      <w:r>
        <w:t>status_500:错误: 笼位:106-1-5-A 已被使用，请刷新页面: 1</w:t>
      </w:r>
    </w:p>
    <w:p>
      <w:r>
        <w:t>status_500:错误: 笼位:106-1-4-E 已被使用，请刷新页面: 1</w:t>
      </w:r>
    </w:p>
    <w:p>
      <w:r>
        <w:t>status_500:错误: 笼位:106-1-5-B 已被使用，请刷新页面: 1</w:t>
      </w:r>
    </w:p>
    <w:p>
      <w:r>
        <w:t>status_500:错误: 笼位:106-1-5-C 已被使用，请刷新页面: 1</w:t>
      </w:r>
    </w:p>
    <w:p>
      <w:r>
        <w:t>status_500:错误: 笼位:106-1-5-E 已被使用，请刷新页面: 1</w:t>
      </w:r>
    </w:p>
    <w:p>
      <w:r>
        <w:t>status_500:错误: 笼位:107-1-1-A 已被使用，请刷新页面: 1</w:t>
      </w:r>
    </w:p>
    <w:p>
      <w:r>
        <w:t>status_500:错误: 笼位:107-1-1-C 已被使用，请刷新页面: 1</w:t>
      </w:r>
    </w:p>
    <w:p>
      <w:r>
        <w:t>status_500:错误: 笼位:107-1-1-E 已被使用，请刷新页面: 1</w:t>
      </w:r>
    </w:p>
    <w:p>
      <w:r>
        <w:t>status_500:错误: 笼位:107-1-2-A 已被使用，请刷新页面: 1</w:t>
      </w:r>
    </w:p>
    <w:p>
      <w:r>
        <w:t>status_500:错误: 笼位:107-1-2-E 已被使用，请刷新页面: 1</w:t>
      </w:r>
    </w:p>
    <w:p>
      <w:r>
        <w:t>status_500:错误: 笼位:107-1-3-A 已被使用，请刷新页面: 1</w:t>
      </w:r>
    </w:p>
    <w:p>
      <w:r>
        <w:t>status_500:错误: 笼位:107-1-3-B 已被使用，请刷新页面: 1</w:t>
      </w:r>
    </w:p>
    <w:p>
      <w:r>
        <w:t>status_500:错误: 笼位:107-1-3-D 已被使用，请刷新页面: 1</w:t>
      </w:r>
    </w:p>
    <w:p>
      <w:r>
        <w:t>status_500:错误: 笼位:107-1-3-C 已被使用，请刷新页面: 1</w:t>
      </w:r>
    </w:p>
    <w:p>
      <w:r>
        <w:t>status_500:错误: 笼位:107-1-3-E 已被使用，请刷新页面: 1</w:t>
      </w:r>
    </w:p>
    <w:p>
      <w:r>
        <w:t>status_500:错误: 笼位:107-1-4-A 已被使用，请刷新页面: 1</w:t>
      </w:r>
    </w:p>
    <w:p>
      <w:r>
        <w:t>status_500:错误: 笼位:107-1-4-B 已被使用，请刷新页面: 1</w:t>
      </w:r>
    </w:p>
    <w:p>
      <w:r>
        <w:t>status_500:错误: 笼位:107-1-4-C 已被使用，请刷新页面: 1</w:t>
      </w:r>
    </w:p>
    <w:p>
      <w:r>
        <w:t>status_500:错误: 笼位:107-1-4-D 已被使用，请刷新页面: 1</w:t>
      </w:r>
    </w:p>
    <w:p>
      <w:r>
        <w:t>status_500:错误: 笼位:107-1-5-A 已被使用，请刷新页面: 1</w:t>
      </w:r>
    </w:p>
    <w:p>
      <w:r>
        <w:t>status_500:错误: 笼位:107-1-4-E 已被使用，请刷新页面: 1</w:t>
      </w:r>
    </w:p>
    <w:p>
      <w:r>
        <w:t>status_500:错误: 笼位:107-1-5-B 已被使用，请刷新页面: 1</w:t>
      </w:r>
    </w:p>
    <w:p>
      <w:r>
        <w:t>status_500:错误: 笼位:107-1-5-C 已被使用，请刷新页面: 1</w:t>
      </w:r>
    </w:p>
    <w:p>
      <w:r>
        <w:t>status_500:错误: 笼位:107-1-5-D 已被使用，请刷新页面: 1</w:t>
      </w:r>
    </w:p>
    <w:p>
      <w:r>
        <w:t>status_500:错误: 笼位:106-1-5-D 已被使用，请刷新页面: 1</w:t>
      </w:r>
    </w:p>
    <w:p>
      <w:r>
        <w:t>status_500:错误: 笼位:101-3-1-A 已被使用，请刷新页面: 1</w:t>
      </w:r>
    </w:p>
    <w:p>
      <w:r>
        <w:t>status_500:错误: 笼位:107-1-5-E 已被使用，请刷新页面: 1</w:t>
      </w:r>
    </w:p>
    <w:p>
      <w:r>
        <w:t>status_500:错误: 笼位:101-3-1-B 已被使用，请刷新页面: 1</w:t>
      </w:r>
    </w:p>
    <w:p>
      <w:r>
        <w:t>status_500:错误: 笼位:101-3-1-C 已被使用，请刷新页面: 1</w:t>
      </w:r>
    </w:p>
    <w:p>
      <w:r>
        <w:t>status_500:错误: 笼位:101-3-1-D 已被使用，请刷新页面: 1</w:t>
      </w:r>
    </w:p>
    <w:p>
      <w:r>
        <w:t>status_500:错误: 笼位:101-3-1-E 已被使用，请刷新页面: 1</w:t>
      </w:r>
    </w:p>
    <w:p>
      <w:r>
        <w:t>status_500:错误: 笼位:101-3-1-F 已被使用，请刷新页面: 1</w:t>
      </w:r>
    </w:p>
    <w:p>
      <w:r>
        <w:t>status_500:错误: 笼位:101-3-1-G 已被使用，请刷新页面: 1</w:t>
      </w:r>
    </w:p>
    <w:p>
      <w:r>
        <w:t>status_500:错误: 笼位:101-3-1-H 已被使用，请刷新页面: 1</w:t>
      </w:r>
    </w:p>
    <w:p>
      <w:r>
        <w:t>status_500:错误: 笼位:101-3-2-A 已被使用，请刷新页面: 1</w:t>
      </w:r>
    </w:p>
    <w:p>
      <w:r>
        <w:t>status_500:错误: 笼位:101-3-2-B 已被使用，请刷新页面: 1</w:t>
      </w:r>
    </w:p>
    <w:p>
      <w:r>
        <w:t>status_500:错误: 笼位:101-3-2-E 已被使用，请刷新页面: 1</w:t>
      </w:r>
    </w:p>
    <w:p>
      <w:r>
        <w:t>status_500:错误: 笼位:101-3-2-C 已被使用，请刷新页面: 1</w:t>
      </w:r>
    </w:p>
    <w:p>
      <w:r>
        <w:t>status_500:错误: 笼位:101-3-2-F 已被使用，请刷新页面: 1</w:t>
      </w:r>
    </w:p>
    <w:p>
      <w:r>
        <w:t>status_500:错误: 笼位:101-3-2-G 已被使用，请刷新页面: 1</w:t>
      </w:r>
    </w:p>
    <w:p>
      <w:r>
        <w:t>status_500:错误: 笼位:101-3-2-H 已被使用，请刷新页面: 1</w:t>
      </w:r>
    </w:p>
    <w:p>
      <w:r>
        <w:t>status_500:错误: 笼位:101-3-3-A 已被使用，请刷新页面: 1</w:t>
      </w:r>
    </w:p>
    <w:p>
      <w:r>
        <w:t>status_500:错误: 笼位:101-3-3-B 已被使用，请刷新页面: 1</w:t>
      </w:r>
    </w:p>
    <w:p>
      <w:r>
        <w:t>status_500:错误: 笼位:101-3-3-E 已被使用，请刷新页面: 1</w:t>
      </w:r>
    </w:p>
    <w:p>
      <w:r>
        <w:t>status_500:错误: 笼位:101-3-3-D 已被使用，请刷新页面: 1</w:t>
      </w:r>
    </w:p>
    <w:p>
      <w:r>
        <w:t>status_500:错误: 笼位:101-3-3-F 已被使用，请刷新页面: 1</w:t>
      </w:r>
    </w:p>
    <w:p>
      <w:r>
        <w:t>status_500:错误: 笼位:101-3-3-G 已被使用，请刷新页面: 1</w:t>
      </w:r>
    </w:p>
    <w:p>
      <w:r>
        <w:t>status_500:错误: 笼位:101-3-3-H 已被使用，请刷新页面: 1</w:t>
      </w:r>
    </w:p>
    <w:p>
      <w:r>
        <w:t>status_500:错误: 笼位:101-3-4-A 已被使用，请刷新页面: 1</w:t>
      </w:r>
    </w:p>
    <w:p>
      <w:r>
        <w:t>status_500:错误: 笼位:101-3-4-B 已被使用，请刷新页面: 1</w:t>
      </w:r>
    </w:p>
    <w:p>
      <w:r>
        <w:t>status_500:错误: 笼位:101-3-4-C 已被使用，请刷新页面: 1</w:t>
      </w:r>
    </w:p>
    <w:p>
      <w:r>
        <w:t>status_500:错误: 笼位:101-3-4-D 已被使用，请刷新页面: 1</w:t>
      </w:r>
    </w:p>
    <w:p>
      <w:r>
        <w:t>status_500:错误: 笼位:101-3-4-E 已被使用，请刷新页面: 1</w:t>
      </w:r>
    </w:p>
    <w:p>
      <w:r>
        <w:t>status_500:错误: 笼位:101-3-4-F 已被使用，请刷新页面: 1</w:t>
      </w:r>
    </w:p>
    <w:p>
      <w:r>
        <w:t>status_500:错误: 笼位:101-3-4-G 已被使用，请刷新页面: 1</w:t>
      </w:r>
    </w:p>
    <w:p>
      <w:r>
        <w:t>status_500:错误: 笼位:101-3-4-H 已被使用，请刷新页面: 1</w:t>
      </w:r>
    </w:p>
    <w:p>
      <w:r>
        <w:t>status_500:错误: 笼位:101-3-5-A 已被使用，请刷新页面: 1</w:t>
      </w:r>
    </w:p>
    <w:p>
      <w:r>
        <w:t>status_500:错误: 笼位:101-3-5-B 已被使用，请刷新页面: 1</w:t>
      </w:r>
    </w:p>
    <w:p>
      <w:r>
        <w:t>status_500:错误: 笼位:101-3-5-C 已被使用，请刷新页面: 1</w:t>
      </w:r>
    </w:p>
    <w:p>
      <w:r>
        <w:t>status_500:错误: 笼位:101-3-5-D 已被使用，请刷新页面: 1</w:t>
      </w:r>
    </w:p>
    <w:p>
      <w:r>
        <w:t>status_500:错误: 笼位:101-3-5-E 已被使用，请刷新页面: 1</w:t>
      </w:r>
    </w:p>
    <w:p>
      <w:r>
        <w:t>status_500:错误: 笼位:101-3-5-F 已被使用，请刷新页面: 1</w:t>
      </w:r>
    </w:p>
    <w:p>
      <w:r>
        <w:t>status_500:错误: 笼位:101-3-5-H 已被使用，请刷新页面: 1</w:t>
      </w:r>
    </w:p>
    <w:p>
      <w:r>
        <w:t>status_500:错误: 笼位:101-3-5-G 已被使用，请刷新页面: 1</w:t>
      </w:r>
    </w:p>
    <w:p>
      <w:r>
        <w:t>status_500:错误: 笼位:101-3-6-A 已被使用，请刷新页面: 1</w:t>
      </w:r>
    </w:p>
    <w:p>
      <w:r>
        <w:t>status_500:错误: 笼位:101-3-6-B 已被使用，请刷新页面: 1</w:t>
      </w:r>
    </w:p>
    <w:p>
      <w:r>
        <w:t>status_500:错误: 笼位:101-3-6-C 已被使用，请刷新页面: 1</w:t>
      </w:r>
    </w:p>
    <w:p>
      <w:r>
        <w:t>status_500:错误: 笼位:101-3-6-D 已被使用，请刷新页面: 1</w:t>
      </w:r>
    </w:p>
    <w:p>
      <w:r>
        <w:t>status_500:错误: 笼位:101-3-3-C 已被使用，请刷新页面: 1</w:t>
      </w:r>
    </w:p>
    <w:p>
      <w:r>
        <w:t>status_500:错误: 笼位:101-3-6-E 已被使用，请刷新页面: 1</w:t>
      </w:r>
    </w:p>
    <w:p>
      <w:r>
        <w:t>status_500:错误: 笼位:101-3-6-F 已被使用，请刷新页面: 1</w:t>
      </w:r>
    </w:p>
    <w:p>
      <w:r>
        <w:t>status_500:错误: 笼位:101-3-6-G 已被使用，请刷新页面: 1</w:t>
      </w:r>
    </w:p>
    <w:p>
      <w:r>
        <w:t>status_500:错误: 笼位:101-3-6-H 已被使用，请刷新页面: 1</w:t>
      </w:r>
    </w:p>
    <w:p>
      <w:r>
        <w:t>status_500:错误: 笼位:101-3-7-A 已被使用，请刷新页面: 1</w:t>
      </w:r>
    </w:p>
    <w:p>
      <w:r>
        <w:t>status_500:错误: 笼位:101-3-7-B 已被使用，请刷新页面: 1</w:t>
      </w:r>
    </w:p>
    <w:p>
      <w:r>
        <w:t>status_500:错误: 笼位:101-3-7-C 已被使用，请刷新页面: 1</w:t>
      </w:r>
    </w:p>
    <w:p>
      <w:r>
        <w:t>status_500:错误: 笼位:101-3-7-D 已被使用，请刷新页面: 1</w:t>
      </w:r>
    </w:p>
    <w:p>
      <w:r>
        <w:t>status_500:错误: 笼位:101-3-7-E 已被使用，请刷新页面: 1</w:t>
      </w:r>
    </w:p>
    <w:p>
      <w:r>
        <w:t>status_500:错误: 笼位:101-3-7-F 已被使用，请刷新页面: 1</w:t>
      </w:r>
    </w:p>
    <w:p>
      <w:r>
        <w:t>status_500:错误: 笼位:101-3-7-G 已被使用，请刷新页面: 1</w:t>
      </w:r>
    </w:p>
    <w:p>
      <w:r>
        <w:t>status_500:错误: 笼位:101-3-7-H 已被使用，请刷新页面: 1</w:t>
      </w:r>
    </w:p>
    <w:p>
      <w:r>
        <w:t>status_500:错误: 笼位:101-3-8-A 已被使用，请刷新页面: 1</w:t>
      </w:r>
    </w:p>
    <w:p>
      <w:r>
        <w:t>status_500:错误: 笼位:101-3-8-B 已被使用，请刷新页面: 1</w:t>
      </w:r>
    </w:p>
    <w:p>
      <w:r>
        <w:t>status_500:错误: 笼位:101-3-8-C 已被使用，请刷新页面: 1</w:t>
      </w:r>
    </w:p>
    <w:p>
      <w:r>
        <w:t>status_500:错误: 笼位:101-3-8-D 已被使用，请刷新页面: 1</w:t>
      </w:r>
    </w:p>
    <w:p>
      <w:r>
        <w:t>status_500:错误: 笼位:101-3-8-E 已被使用，请刷新页面: 1</w:t>
      </w:r>
    </w:p>
    <w:p>
      <w:r>
        <w:t>status_500:错误: 笼位:101-3-8-F 已被使用，请刷新页面: 1</w:t>
      </w:r>
    </w:p>
    <w:p>
      <w:r>
        <w:t>status_500:错误: 笼位:101-3-8-G 已被使用，请刷新页面: 1</w:t>
      </w:r>
    </w:p>
    <w:p>
      <w:r>
        <w:t>status_500:错误: 笼位:101-3-8-H 已被使用，请刷新页面: 1</w:t>
      </w:r>
    </w:p>
    <w:p>
      <w:r>
        <w:t>status_500:错误: 笼位:X-1-C 已被使用，请刷新页面: 1</w:t>
      </w:r>
    </w:p>
    <w:p>
      <w:r>
        <w:t>status_500:错误: 笼位:X-1-D 已被使用，请刷新页面: 1</w:t>
      </w:r>
    </w:p>
    <w:p>
      <w:r>
        <w:t>status_500:错误: 笼位:X-1-E 已被使用，请刷新页面: 1</w:t>
      </w:r>
    </w:p>
    <w:p>
      <w:r>
        <w:t>status_500:错误: 笼位:X-1-F 已被使用，请刷新页面: 1</w:t>
      </w:r>
    </w:p>
    <w:p>
      <w:r>
        <w:t>status_500:错误: 笼位:X-1-G 已被使用，请刷新页面: 1</w:t>
      </w:r>
    </w:p>
    <w:p>
      <w:r>
        <w:t>status_500:错误: 笼位:X-1-H 已被使用，请刷新页面: 1</w:t>
      </w:r>
    </w:p>
    <w:p>
      <w:r>
        <w:t>status_500:错误: 笼位:X-2-A 已被使用，请刷新页面: 1</w:t>
      </w:r>
    </w:p>
    <w:p>
      <w:r>
        <w:t>status_500:错误: 笼位:X-2-C 已被使用，请刷新页面: 1</w:t>
      </w:r>
    </w:p>
    <w:p>
      <w:r>
        <w:t>status_500:错误: 笼位:X-2-B 已被使用，请刷新页面: 1</w:t>
      </w:r>
    </w:p>
    <w:p>
      <w:r>
        <w:t>status_500:错误: 笼位:X-2-D 已被使用，请刷新页面: 1</w:t>
      </w:r>
    </w:p>
    <w:p>
      <w:r>
        <w:t>status_500:错误: 笼位:X-2-E 已被使用，请刷新页面: 1</w:t>
      </w:r>
    </w:p>
    <w:p>
      <w:r>
        <w:t>status_500:错误: 笼位:X-2-F 已被使用，请刷新页面: 1</w:t>
      </w:r>
    </w:p>
    <w:p>
      <w:r>
        <w:t>status_500:错误: 笼位:X-2-H 已被使用，请刷新页面: 1</w:t>
      </w:r>
    </w:p>
    <w:p>
      <w:r>
        <w:t>status_500:错误: 笼位:X-2-G 已被使用，请刷新页面: 1</w:t>
      </w:r>
    </w:p>
    <w:p>
      <w:r>
        <w:t>status_500:错误: 笼位:X-3-A 已被使用，请刷新页面: 1</w:t>
      </w:r>
    </w:p>
    <w:p>
      <w:r>
        <w:t>status_500:错误: 笼位:X-3-B 已被使用，请刷新页面: 1</w:t>
      </w:r>
    </w:p>
    <w:p>
      <w:r>
        <w:t>status_500:错误: 笼位:X-3-C 已被使用，请刷新页面: 1</w:t>
      </w:r>
    </w:p>
    <w:p>
      <w:r>
        <w:t>status_500:错误: 笼位:X-3-D 已被使用，请刷新页面: 1</w:t>
      </w:r>
    </w:p>
    <w:p>
      <w:r>
        <w:t>status_500:错误: 笼位:X-3-E 已被使用，请刷新页面: 1</w:t>
      </w:r>
    </w:p>
    <w:p>
      <w:r>
        <w:t>status_500:错误: 笼位:X-3-F 已被使用，请刷新页面: 1</w:t>
      </w:r>
    </w:p>
    <w:p>
      <w:r>
        <w:t>status_500:错误: 笼位:X-3-G 已被使用，请刷新页面: 1</w:t>
      </w:r>
    </w:p>
    <w:p>
      <w:r>
        <w:t>status_500:错误: 笼位:X-3-H 已被使用，请刷新页面: 1</w:t>
      </w:r>
    </w:p>
    <w:p>
      <w:r>
        <w:t>status_500:错误: 笼位:X-4-A 已被使用，请刷新页面: 1</w:t>
      </w:r>
    </w:p>
    <w:p>
      <w:r>
        <w:t>status_500:错误: 笼位:X-4-B 已被使用，请刷新页面: 1</w:t>
      </w:r>
    </w:p>
    <w:p>
      <w:r>
        <w:t>status_500:错误: 笼位:X-4-C 已被使用，请刷新页面: 1</w:t>
      </w:r>
    </w:p>
    <w:p>
      <w:r>
        <w:t>status_500:错误: 笼位:X-4-E 已被使用，请刷新页面: 1</w:t>
      </w:r>
    </w:p>
    <w:p>
      <w:r>
        <w:t>status_500:错误: 笼位:X-4-D 已被使用，请刷新页面: 1</w:t>
      </w:r>
    </w:p>
    <w:p>
      <w:r>
        <w:t>status_500:错误: 笼位:X-4-F 已被使用，请刷新页面: 1</w:t>
      </w:r>
    </w:p>
    <w:p>
      <w:r>
        <w:t>status_500:错误: 笼位:X-4-G 已被使用，请刷新页面: 1</w:t>
      </w:r>
    </w:p>
    <w:p>
      <w:r>
        <w:t>status_500:错误: 笼位:X-4-H 已被使用，请刷新页面: 1</w:t>
      </w:r>
    </w:p>
    <w:p>
      <w:r>
        <w:t>status_500:错误: 笼位:X-5-A 已被使用，请刷新页面: 1</w:t>
      </w:r>
    </w:p>
    <w:p>
      <w:r>
        <w:t>status_500:错误: 笼位:X-5-B 已被使用，请刷新页面: 1</w:t>
      </w:r>
    </w:p>
    <w:p>
      <w:r>
        <w:t>status_500:错误: 笼位:X-5-C 已被使用，请刷新页面: 1</w:t>
      </w:r>
    </w:p>
    <w:p>
      <w:r>
        <w:t>status_500:错误: 笼位:X-5-D 已被使用，请刷新页面: 1</w:t>
      </w:r>
    </w:p>
    <w:p>
      <w:r>
        <w:t>status_500:错误: 笼位:X-5-E 已被使用，请刷新页面: 1</w:t>
      </w:r>
    </w:p>
    <w:p>
      <w:r>
        <w:t>status_500:错误: 笼位:X-5-F 已被使用，请刷新页面: 1</w:t>
      </w:r>
    </w:p>
    <w:p>
      <w:r>
        <w:t>status_500:错误: 笼位:X-5-G 已被使用，请刷新页面: 1</w:t>
      </w:r>
    </w:p>
    <w:p>
      <w:r>
        <w:t>status_500:错误: 笼位:X-5-H 已被使用，请刷新页面: 1</w:t>
      </w:r>
    </w:p>
    <w:p>
      <w:r>
        <w:t>status_500:错误: 笼位:X-6-B 已被使用，请刷新页面: 1</w:t>
      </w:r>
    </w:p>
    <w:p>
      <w:r>
        <w:t>status_500:错误: 笼位:X-6-A 已被使用，请刷新页面: 1</w:t>
      </w:r>
    </w:p>
    <w:p>
      <w:r>
        <w:t>status_500:错误: 笼位:X-6-C 已被使用，请刷新页面: 1</w:t>
      </w:r>
    </w:p>
    <w:p>
      <w:r>
        <w:t>status_500:错误: 笼位:X-6-D 已被使用，请刷新页面: 1</w:t>
      </w:r>
    </w:p>
    <w:p>
      <w:r>
        <w:t>status_500:错误: 笼位:X-6-E 已被使用，请刷新页面: 1</w:t>
      </w:r>
    </w:p>
    <w:p>
      <w:r>
        <w:t>status_500:错误: 笼位:X-6-F 已被使用，请刷新页面: 1</w:t>
      </w:r>
    </w:p>
    <w:p>
      <w:r>
        <w:t>status_500:错误: 笼位:X-6-G 已被使用，请刷新页面: 1</w:t>
      </w:r>
    </w:p>
    <w:p>
      <w:r>
        <w:t>status_500:错误: 笼位:X-6-H 已被使用，请刷新页面: 1</w:t>
      </w:r>
    </w:p>
    <w:p>
      <w:r>
        <w:t>status_500:错误: 笼位:X-7-A 已被使用，请刷新页面: 1</w:t>
      </w:r>
    </w:p>
    <w:p>
      <w:r>
        <w:t>status_500:错误: 笼位:X-7-B 已被使用，请刷新页面: 1</w:t>
      </w:r>
    </w:p>
    <w:p>
      <w:r>
        <w:t>status_500:错误: 笼位:X-7-C 已被使用，请刷新页面: 1</w:t>
      </w:r>
    </w:p>
    <w:p>
      <w:r>
        <w:t>status_500:错误: 笼位:X-7-D 已被使用，请刷新页面: 1</w:t>
      </w:r>
    </w:p>
    <w:p>
      <w:r>
        <w:t>status_500:错误: 笼位:X-7-E 已被使用，请刷新页面: 1</w:t>
      </w:r>
    </w:p>
    <w:p>
      <w:r>
        <w:t>status_500:错误: 笼位:X-7-G 已被使用，请刷新页面: 1</w:t>
      </w:r>
    </w:p>
    <w:p>
      <w:r>
        <w:t>status_500:错误: 笼位:X-7-F 已被使用，请刷新页面: 1</w:t>
      </w:r>
    </w:p>
    <w:p>
      <w:r>
        <w:t>status_500:错误: 笼位:X-7-H 已被使用，请刷新页面: 1</w:t>
      </w:r>
    </w:p>
    <w:p>
      <w:r>
        <w:t>status_500:错误: 笼位:X-8-A 已被使用，请刷新页面: 1</w:t>
      </w:r>
    </w:p>
    <w:p>
      <w:r>
        <w:t>status_500:错误: 笼位:X-8-B 已被使用，请刷新页面: 1</w:t>
      </w:r>
    </w:p>
    <w:p>
      <w:r>
        <w:t>status_500:错误: 笼位:X-8-C 已被使用，请刷新页面: 1</w:t>
      </w:r>
    </w:p>
    <w:p>
      <w:r>
        <w:t>status_500:错误: 笼位:X-8-D 已被使用，请刷新页面: 1</w:t>
      </w:r>
    </w:p>
    <w:p>
      <w:r>
        <w:t>status_500:错误: 笼位:X-8-E 已被使用，请刷新页面: 1</w:t>
      </w:r>
    </w:p>
    <w:p>
      <w:r>
        <w:t>status_500:错误: 笼位:X-8-F 已被使用，请刷新页面: 1</w:t>
      </w:r>
    </w:p>
    <w:p>
      <w:r>
        <w:t>status_500:错误: 笼位:X-8-G 已被使用，请刷新页面: 1</w:t>
      </w:r>
    </w:p>
    <w:p>
      <w:r>
        <w:t>status_500:错误: 笼位:X-8-H 已被使用，请刷新页面: 1</w:t>
      </w:r>
    </w:p>
    <w:p>
      <w:r>
        <w:t>status_500:错误: 笼位:202-1-1-B 已被使用，请刷新页面: 1</w:t>
      </w:r>
    </w:p>
    <w:p>
      <w:r>
        <w:t>status_500:错误: 笼位:202-1-1-A 已被使用，请刷新页面: 1</w:t>
      </w:r>
    </w:p>
    <w:p>
      <w:r>
        <w:t>status_500:错误: 笼位:202-1-1-C 已被使用，请刷新页面: 1</w:t>
      </w:r>
    </w:p>
    <w:p>
      <w:r>
        <w:t>status_500:错误: 笼位:202-1-1-D 已被使用，请刷新页面: 1</w:t>
      </w:r>
    </w:p>
    <w:p>
      <w:r>
        <w:t>status_500:错误: 笼位:202-1-1-E 已被使用，请刷新页面: 1</w:t>
      </w:r>
    </w:p>
    <w:p>
      <w:r>
        <w:t>status_500:错误: 笼位:202-1-1-F 已被使用，请刷新页面: 1</w:t>
      </w:r>
    </w:p>
    <w:p>
      <w:r>
        <w:t>status_500:错误: 笼位:202-1-1-G 已被使用，请刷新页面: 1</w:t>
      </w:r>
    </w:p>
    <w:p>
      <w:r>
        <w:t>status_500:错误: 笼位:202-1-1-H 已被使用，请刷新页面: 1</w:t>
      </w:r>
    </w:p>
    <w:p>
      <w:r>
        <w:t>status_500:错误: 笼位:202-1-1-I 已被使用，请刷新页面: 1</w:t>
      </w:r>
    </w:p>
    <w:p>
      <w:r>
        <w:t>status_500:错误: 笼位:202-1-1-J 已被使用，请刷新页面: 1</w:t>
      </w:r>
    </w:p>
    <w:p>
      <w:r>
        <w:t>status_500:错误: 笼位:202-1-2-A 已被使用，请刷新页面: 1</w:t>
      </w:r>
    </w:p>
    <w:p>
      <w:r>
        <w:t>status_500:错误: 笼位:202-1-2-B 已被使用，请刷新页面: 1</w:t>
      </w:r>
    </w:p>
    <w:p>
      <w:r>
        <w:t>status_500:错误: 笼位:202-1-2-C 已被使用，请刷新页面: 1</w:t>
      </w:r>
    </w:p>
    <w:p>
      <w:r>
        <w:t>status_500:错误: 笼位:202-1-2-D 已被使用，请刷新页面: 1</w:t>
      </w:r>
    </w:p>
    <w:p>
      <w:r>
        <w:t>status_500:错误: 笼位:202-1-2-E 已被使用，请刷新页面: 1</w:t>
      </w:r>
    </w:p>
    <w:p>
      <w:r>
        <w:t>status_500:错误: 笼位:202-1-2-F 已被使用，请刷新页面: 1</w:t>
      </w:r>
    </w:p>
    <w:p>
      <w:r>
        <w:t>status_500:错误: 笼位:202-1-2-G 已被使用，请刷新页面: 1</w:t>
      </w:r>
    </w:p>
    <w:p>
      <w:r>
        <w:t>status_500:错误: 笼位:202-1-2-H 已被使用，请刷新页面: 1</w:t>
      </w:r>
    </w:p>
    <w:p>
      <w:r>
        <w:t>status_500:错误: 笼位:202-1-2-I 已被使用，请刷新页面: 1</w:t>
      </w:r>
    </w:p>
    <w:p>
      <w:r>
        <w:t>status_500:错误: 笼位:202-1-2-J 已被使用，请刷新页面: 1</w:t>
      </w:r>
    </w:p>
    <w:p>
      <w:r>
        <w:t>status_500:错误: 笼位:202-1-3-A 已被使用，请刷新页面: 1</w:t>
      </w:r>
    </w:p>
    <w:p>
      <w:r>
        <w:t>status_500:错误: 笼位:202-1-3-B 已被使用，请刷新页面: 1</w:t>
      </w:r>
    </w:p>
    <w:p>
      <w:r>
        <w:t>status_500:错误: 笼位:202-1-3-C 已被使用，请刷新页面: 1</w:t>
      </w:r>
    </w:p>
    <w:p>
      <w:r>
        <w:t>status_500:错误: 笼位:202-1-3-D 已被使用，请刷新页面: 1</w:t>
      </w:r>
    </w:p>
    <w:p>
      <w:r>
        <w:t>status_500:错误: 笼位:202-1-3-E 已被使用，请刷新页面: 1</w:t>
      </w:r>
    </w:p>
    <w:p>
      <w:r>
        <w:t>status_500:错误: 笼位:202-1-3-F 已被使用，请刷新页面: 1</w:t>
      </w:r>
    </w:p>
    <w:p>
      <w:r>
        <w:t>status_500:错误: 笼位:202-1-3-G 已被使用，请刷新页面: 1</w:t>
      </w:r>
    </w:p>
    <w:p>
      <w:r>
        <w:t>status_500:错误: 笼位:202-1-3-H 已被使用，请刷新页面: 1</w:t>
      </w:r>
    </w:p>
    <w:p>
      <w:r>
        <w:t>status_500:错误: 笼位:202-1-3-I 已被使用，请刷新页面: 1</w:t>
      </w:r>
    </w:p>
    <w:p>
      <w:r>
        <w:t>status_500:错误: 笼位:202-1-3-J 已被使用，请刷新页面: 1</w:t>
      </w:r>
    </w:p>
    <w:p>
      <w:r>
        <w:t>status_500:错误: 笼位:202-1-4-A 已被使用，请刷新页面: 1</w:t>
      </w:r>
    </w:p>
    <w:p>
      <w:r>
        <w:t>status_500:错误: 笼位:202-1-4-B 已被使用，请刷新页面: 1</w:t>
      </w:r>
    </w:p>
    <w:p>
      <w:r>
        <w:t>status_500:错误: 笼位:202-1-4-D 已被使用，请刷新页面: 1</w:t>
      </w:r>
    </w:p>
    <w:p>
      <w:r>
        <w:t>status_500:错误: 笼位:202-1-4-C 已被使用，请刷新页面: 1</w:t>
      </w:r>
    </w:p>
    <w:p>
      <w:r>
        <w:t>status_500:错误: 笼位:202-1-4-E 已被使用，请刷新页面: 1</w:t>
      </w:r>
    </w:p>
    <w:p>
      <w:r>
        <w:t>status_500:错误: 笼位:202-1-4-F 已被使用，请刷新页面: 1</w:t>
      </w:r>
    </w:p>
    <w:p>
      <w:r>
        <w:t>status_500:错误: 笼位:202-1-4-G 已被使用，请刷新页面: 1</w:t>
      </w:r>
    </w:p>
    <w:p>
      <w:r>
        <w:t>status_500:错误: 笼位:202-1-4-H 已被使用，请刷新页面: 1</w:t>
      </w:r>
    </w:p>
    <w:p>
      <w:r>
        <w:t>status_500:错误: 笼位:202-1-4-I 已被使用，请刷新页面: 1</w:t>
      </w:r>
    </w:p>
    <w:p>
      <w:r>
        <w:t>status_500:错误: 笼位:202-1-4-J 已被使用，请刷新页面: 1</w:t>
      </w:r>
    </w:p>
    <w:p>
      <w:r>
        <w:t>status_500:错误: 笼位:202-1-5-A 已被使用，请刷新页面: 1</w:t>
      </w:r>
    </w:p>
    <w:p>
      <w:r>
        <w:t>status_500:错误: 笼位:202-1-5-B 已被使用，请刷新页面: 1</w:t>
      </w:r>
    </w:p>
    <w:p>
      <w:r>
        <w:t>status_500:错误: 笼位:202-1-5-C 已被使用，请刷新页面: 1</w:t>
      </w:r>
    </w:p>
    <w:p>
      <w:r>
        <w:t>status_500:错误: 笼位:202-1-5-D 已被使用，请刷新页面: 1</w:t>
      </w:r>
    </w:p>
    <w:p>
      <w:r>
        <w:t>status_500:错误: 笼位:202-1-5-E 已被使用，请刷新页面: 1</w:t>
      </w:r>
    </w:p>
    <w:p>
      <w:r>
        <w:t>status_500:错误: 笼位:202-1-5-F 已被使用，请刷新页面: 1</w:t>
      </w:r>
    </w:p>
    <w:p>
      <w:r>
        <w:t>status_500:错误: 笼位:202-1-5-G 已被使用，请刷新页面: 1</w:t>
      </w:r>
    </w:p>
    <w:p>
      <w:r>
        <w:t>status_500:错误: 笼位:202-1-5-H 已被使用，请刷新页面: 1</w:t>
      </w:r>
    </w:p>
    <w:p>
      <w:r>
        <w:t>status_500:错误: 笼位:202-1-5-I 已被使用，请刷新页面: 1</w:t>
      </w:r>
    </w:p>
    <w:p>
      <w:r>
        <w:t>status_500:错误: 笼位:202-1-5-J 已被使用，请刷新页面: 1</w:t>
      </w:r>
    </w:p>
    <w:p>
      <w:r>
        <w:t>status_500:错误: 笼位:202-1-6-A 已被使用，请刷新页面: 1</w:t>
      </w:r>
    </w:p>
    <w:p>
      <w:r>
        <w:t>status_500:错误: 笼位:202-1-6-C 已被使用，请刷新页面: 1</w:t>
      </w:r>
    </w:p>
    <w:p>
      <w:r>
        <w:t>status_500:错误: 笼位:202-1-6-B 已被使用，请刷新页面: 1</w:t>
      </w:r>
    </w:p>
    <w:p>
      <w:r>
        <w:t>status_500:错误: 笼位:202-1-6-D 已被使用，请刷新页面: 1</w:t>
      </w:r>
    </w:p>
    <w:p>
      <w:r>
        <w:t>status_500:错误: 笼位:202-1-6-E 已被使用，请刷新页面: 1</w:t>
      </w:r>
    </w:p>
    <w:p>
      <w:r>
        <w:t>status_500:错误: 笼位:202-1-6-F 已被使用，请刷新页面: 1</w:t>
      </w:r>
    </w:p>
    <w:p>
      <w:r>
        <w:t>status_500:错误: 笼位:202-1-6-G 已被使用，请刷新页面: 1</w:t>
      </w:r>
    </w:p>
    <w:p>
      <w:r>
        <w:t>status_500:错误: 笼位:202-1-6-H 已被使用，请刷新页面: 1</w:t>
      </w:r>
    </w:p>
    <w:p>
      <w:r>
        <w:t>status_500:错误: 笼位:202-1-6-I 已被使用，请刷新页面: 1</w:t>
      </w:r>
    </w:p>
    <w:p>
      <w:r>
        <w:t>status_500:错误: 笼位:202-1-6-J 已被使用，请刷新页面: 1</w:t>
      </w:r>
    </w:p>
    <w:p>
      <w:r>
        <w:t>status_500:错误: 笼位:202-1-7-A 已被使用，请刷新页面: 1</w:t>
      </w:r>
    </w:p>
    <w:p>
      <w:r>
        <w:t>status_500:错误: 笼位:202-1-7-B 已被使用，请刷新页面: 1</w:t>
      </w:r>
    </w:p>
    <w:p>
      <w:r>
        <w:t>status_500:错误: 笼位:202-1-7-C 已被使用，请刷新页面: 1</w:t>
      </w:r>
    </w:p>
    <w:p>
      <w:r>
        <w:t>status_500:错误: 笼位:202-1-7-D 已被使用，请刷新页面: 1</w:t>
      </w:r>
    </w:p>
    <w:p>
      <w:r>
        <w:t>status_500:错误: 笼位:202-1-7-E 已被使用，请刷新页面: 1</w:t>
      </w:r>
    </w:p>
    <w:p>
      <w:r>
        <w:t>status_500:错误: 笼位:202-1-7-F 已被使用，请刷新页面: 1</w:t>
      </w:r>
    </w:p>
    <w:p>
      <w:r>
        <w:t>status_500:错误: 笼位:202-1-7-G 已被使用，请刷新页面: 1</w:t>
      </w:r>
    </w:p>
    <w:p>
      <w:r>
        <w:t>status_500:错误: 笼位:202-1-7-H 已被使用，请刷新页面: 1</w:t>
      </w:r>
    </w:p>
    <w:p>
      <w:r>
        <w:t>status_500:错误: 笼位:202-1-7-I 已被使用，请刷新页面: 1</w:t>
      </w:r>
    </w:p>
    <w:p>
      <w:r>
        <w:t>status_500:错误: 笼位:202-1-7-J 已被使用，请刷新页面: 1</w:t>
      </w:r>
    </w:p>
    <w:p>
      <w:r>
        <w:t>status_500:错误: 笼位:202-1-8-A 已被使用，请刷新页面: 1</w:t>
      </w:r>
    </w:p>
    <w:p>
      <w:r>
        <w:t>status_500:错误: 笼位:202-1-8-B 已被使用，请刷新页面: 1</w:t>
      </w:r>
    </w:p>
    <w:p>
      <w:r>
        <w:t>status_500:错误: 笼位:202-1-8-D 已被使用，请刷新页面: 1</w:t>
      </w:r>
    </w:p>
    <w:p>
      <w:r>
        <w:t>status_500:错误: 笼位:202-1-8-C 已被使用，请刷新页面: 1</w:t>
      </w:r>
    </w:p>
    <w:p>
      <w:r>
        <w:t>status_500:错误: 笼位:202-1-8-E 已被使用，请刷新页面: 1</w:t>
      </w:r>
    </w:p>
    <w:p>
      <w:r>
        <w:t>status_500:错误: 笼位:202-1-8-F 已被使用，请刷新页面: 1</w:t>
      </w:r>
    </w:p>
    <w:p>
      <w:r>
        <w:t>status_500:错误: 笼位:202-1-8-H 已被使用，请刷新页面: 1</w:t>
      </w:r>
    </w:p>
    <w:p>
      <w:r>
        <w:t>status_500:错误: 笼位:202-1-8-G 已被使用，请刷新页面: 1</w:t>
      </w:r>
    </w:p>
    <w:p>
      <w:r>
        <w:t>status_500:错误: 笼位:202-1-8-I 已被使用，请刷新页面: 1</w:t>
      </w:r>
    </w:p>
    <w:p>
      <w:r>
        <w:t>status_500:错误: 笼位:202-1-8-J 已被使用，请刷新页面: 1</w:t>
      </w:r>
    </w:p>
    <w:p>
      <w:r>
        <w:t>status_500:错误: 笼位:202-1-9-A 已被使用，请刷新页面: 1</w:t>
      </w:r>
    </w:p>
    <w:p>
      <w:r>
        <w:t>status_500:错误: 笼位:202-1-9-B 已被使用，请刷新页面: 1</w:t>
      </w:r>
    </w:p>
    <w:p>
      <w:r>
        <w:t>status_500:错误: 笼位:202-1-9-C 已被使用，请刷新页面: 1</w:t>
      </w:r>
    </w:p>
    <w:p>
      <w:r>
        <w:t>status_500:错误: 笼位:202-1-9-D 已被使用，请刷新页面: 1</w:t>
      </w:r>
    </w:p>
    <w:p>
      <w:r>
        <w:t>status_500:错误: 笼位:202-1-9-E 已被使用，请刷新页面: 1</w:t>
      </w:r>
    </w:p>
    <w:p>
      <w:r>
        <w:t>status_500:错误: 笼位:202-1-9-F 已被使用，请刷新页面: 1</w:t>
      </w:r>
    </w:p>
    <w:p>
      <w:r>
        <w:t>status_500:错误: 笼位:202-1-9-G 已被使用，请刷新页面: 1</w:t>
      </w:r>
    </w:p>
    <w:p>
      <w:r>
        <w:t>status_500:错误: 笼位:202-1-9-H 已被使用，请刷新页面: 1</w:t>
      </w:r>
    </w:p>
    <w:p>
      <w:r>
        <w:t>status_500:错误: 笼位:202-1-9-I 已被使用，请刷新页面: 1</w:t>
      </w:r>
    </w:p>
    <w:p>
      <w:r>
        <w:t>status_500:错误: 笼位:202-1-10-B 已被使用，请刷新页面: 1</w:t>
      </w:r>
    </w:p>
    <w:p>
      <w:r>
        <w:t>status_500:错误: 笼位:202-1-10-A 已被使用，请刷新页面: 1</w:t>
      </w:r>
    </w:p>
    <w:p>
      <w:r>
        <w:t>status_500:错误: 笼位:202-1-9-J 已被使用，请刷新页面: 1</w:t>
      </w:r>
    </w:p>
    <w:p>
      <w:r>
        <w:t>status_500:错误: 笼位:202-1-10-C 已被使用，请刷新页面: 1</w:t>
      </w:r>
    </w:p>
    <w:p>
      <w:r>
        <w:t>status_500:错误: 笼位:202-1-10-D 已被使用，请刷新页面: 1</w:t>
      </w:r>
    </w:p>
    <w:p>
      <w:r>
        <w:t>status_500:错误: 笼位:202-1-10-E 已被使用，请刷新页面: 1</w:t>
      </w:r>
    </w:p>
    <w:p>
      <w:r>
        <w:t>status_500:错误: 笼位:202-1-10-F 已被使用，请刷新页面: 1</w:t>
      </w:r>
    </w:p>
    <w:p>
      <w:r>
        <w:t>status_500:错误: 笼位:202-1-10-G 已被使用，请刷新页面: 1</w:t>
      </w:r>
    </w:p>
    <w:p>
      <w:r>
        <w:t>status_500:错误: 笼位:202-1-10-H 已被使用，请刷新页面: 1</w:t>
      </w:r>
    </w:p>
    <w:p>
      <w:r>
        <w:t>status_500:错误: 笼位:202-1-10-I 已被使用，请刷新页面: 1</w:t>
      </w:r>
    </w:p>
    <w:p>
      <w:r>
        <w:t>status_500:错误: 笼位:202-1-10-J 已被使用，请刷新页面: 1</w:t>
      </w:r>
    </w:p>
    <w:p>
      <w:r>
        <w:t>status_500:错误: 笼位:204-1-1-A 已被使用，请刷新页面: 1</w:t>
      </w:r>
    </w:p>
    <w:p>
      <w:r>
        <w:t>status_500:错误: 笼位:204-1-1-B 已被使用，请刷新页面: 1</w:t>
      </w:r>
    </w:p>
    <w:p>
      <w:r>
        <w:t>status_500:错误: 笼位:204-1-3-F 已被使用，请刷新页面: 1</w:t>
      </w:r>
    </w:p>
    <w:p>
      <w:r>
        <w:t>status_500:错误: 笼位:204-1-1-D 已被使用，请刷新页面: 1</w:t>
      </w:r>
    </w:p>
    <w:p>
      <w:r>
        <w:t>status_500:错误: 笼位:204-1-1-E 已被使用，请刷新页面: 1</w:t>
      </w:r>
    </w:p>
    <w:p>
      <w:r>
        <w:t>status_500:错误: 笼位:204-1-1-F 已被使用，请刷新页面: 1</w:t>
      </w:r>
    </w:p>
    <w:p>
      <w:r>
        <w:t>status_500:错误: 笼位:204-1-1-G 已被使用，请刷新页面: 1</w:t>
      </w:r>
    </w:p>
    <w:p>
      <w:r>
        <w:t>status_500:错误: 笼位:204-1-1-H 已被使用，请刷新页面: 1</w:t>
      </w:r>
    </w:p>
    <w:p>
      <w:r>
        <w:t>status_500:错误: 笼位:204-1-1-I 已被使用，请刷新页面: 1</w:t>
      </w:r>
    </w:p>
    <w:p>
      <w:r>
        <w:t>status_500:错误: 笼位:204-1-1-J 已被使用，请刷新页面: 1</w:t>
      </w:r>
    </w:p>
    <w:p>
      <w:r>
        <w:t>status_500:错误: 笼位:204-1-2-A 已被使用，请刷新页面: 1</w:t>
      </w:r>
    </w:p>
    <w:p>
      <w:r>
        <w:t>status_500:错误: 笼位:204-1-2-B 已被使用，请刷新页面: 1</w:t>
      </w:r>
    </w:p>
    <w:p>
      <w:r>
        <w:t>status_500:错误: 笼位:204-1-2-C 已被使用，请刷新页面: 1</w:t>
      </w:r>
    </w:p>
    <w:p>
      <w:r>
        <w:t>status_500:错误: 笼位:204-1-2-D 已被使用，请刷新页面: 1</w:t>
      </w:r>
    </w:p>
    <w:p>
      <w:r>
        <w:t>status_500:错误: 笼位:204-1-2-E 已被使用，请刷新页面: 1</w:t>
      </w:r>
    </w:p>
    <w:p>
      <w:r>
        <w:t>status_500:错误: 笼位:204-1-2-F 已被使用，请刷新页面: 1</w:t>
      </w:r>
    </w:p>
    <w:p>
      <w:r>
        <w:t>status_500:错误: 笼位:204-1-2-G 已被使用，请刷新页面: 1</w:t>
      </w:r>
    </w:p>
    <w:p>
      <w:r>
        <w:t>status_500:错误: 笼位:204-1-2-H 已被使用，请刷新页面: 1</w:t>
      </w:r>
    </w:p>
    <w:p>
      <w:r>
        <w:t>status_500:错误: 笼位:204-1-2-I 已被使用，请刷新页面: 1</w:t>
      </w:r>
    </w:p>
    <w:p>
      <w:r>
        <w:t>status_500:错误: 笼位:204-1-2-J 已被使用，请刷新页面: 1</w:t>
      </w:r>
    </w:p>
    <w:p>
      <w:r>
        <w:t>status_500:错误: 笼位:204-1-3-A 已被使用，请刷新页面: 1</w:t>
      </w:r>
    </w:p>
    <w:p>
      <w:r>
        <w:t>status_500:错误: 笼位:204-1-3-B 已被使用，请刷新页面: 1</w:t>
      </w:r>
    </w:p>
    <w:p>
      <w:r>
        <w:t>status_500:错误: 笼位:204-1-3-C 已被使用，请刷新页面: 1</w:t>
      </w:r>
    </w:p>
    <w:p>
      <w:r>
        <w:t>status_500:错误: 笼位:204-1-3-D 已被使用，请刷新页面: 1</w:t>
      </w:r>
    </w:p>
    <w:p>
      <w:r>
        <w:t>status_500:错误: 笼位:204-1-3-E 已被使用，请刷新页面: 1</w:t>
      </w:r>
    </w:p>
    <w:p>
      <w:r>
        <w:t>status_500:错误: 笼位:204-1-1-C 已被使用，请刷新页面: 1</w:t>
      </w:r>
    </w:p>
    <w:p>
      <w:r>
        <w:t>status_500:错误: 笼位:204-1-3-G 已被使用，请刷新页面: 1</w:t>
      </w:r>
    </w:p>
    <w:p>
      <w:r>
        <w:t>status_500:错误: 笼位:204-1-3-H 已被使用，请刷新页面: 1</w:t>
      </w:r>
    </w:p>
    <w:p>
      <w:r>
        <w:t>status_500:错误: 笼位:204-1-3-I 已被使用，请刷新页面: 1</w:t>
      </w:r>
    </w:p>
    <w:p>
      <w:r>
        <w:t>status_500:错误: 笼位:204-1-3-J 已被使用，请刷新页面: 1</w:t>
      </w:r>
    </w:p>
    <w:p>
      <w:r>
        <w:t>status_500:错误: 笼位:204-1-4-A 已被使用，请刷新页面: 1</w:t>
      </w:r>
    </w:p>
    <w:p>
      <w:r>
        <w:t>status_500:错误: 笼位:204-1-4-B 已被使用，请刷新页面: 1</w:t>
      </w:r>
    </w:p>
    <w:p>
      <w:r>
        <w:t>status_500:错误: 笼位:204-1-4-C 已被使用，请刷新页面: 1</w:t>
      </w:r>
    </w:p>
    <w:p>
      <w:r>
        <w:t>status_500:错误: 笼位:204-1-4-D 已被使用，请刷新页面: 1</w:t>
      </w:r>
    </w:p>
    <w:p>
      <w:r>
        <w:t>status_500:错误: 笼位:204-1-4-E 已被使用，请刷新页面: 1</w:t>
      </w:r>
    </w:p>
    <w:p>
      <w:r>
        <w:t>status_500:错误: 笼位:204-1-4-F 已被使用，请刷新页面: 1</w:t>
      </w:r>
    </w:p>
    <w:p>
      <w:r>
        <w:t>status_500:错误: 笼位:204-1-4-G 已被使用，请刷新页面: 1</w:t>
      </w:r>
    </w:p>
    <w:p>
      <w:r>
        <w:t>status_500:错误: 笼位:204-1-4-H 已被使用，请刷新页面: 1</w:t>
      </w:r>
    </w:p>
    <w:p>
      <w:r>
        <w:t>status_500:错误: 笼位:204-1-4-I 已被使用，请刷新页面: 1</w:t>
      </w:r>
    </w:p>
    <w:p>
      <w:r>
        <w:t>status_500:错误: 笼位:204-1-4-J 已被使用，请刷新页面: 1</w:t>
      </w:r>
    </w:p>
    <w:p>
      <w:r>
        <w:t>status_500:错误: 笼位:204-1-5-A 已被使用，请刷新页面: 1</w:t>
      </w:r>
    </w:p>
    <w:p>
      <w:r>
        <w:t>status_500:错误: 笼位:204-1-5-B 已被使用，请刷新页面: 1</w:t>
      </w:r>
    </w:p>
    <w:p>
      <w:r>
        <w:t>status_500:错误: 笼位:204-1-5-C 已被使用，请刷新页面: 1</w:t>
      </w:r>
    </w:p>
    <w:p>
      <w:r>
        <w:t>status_500:错误: 笼位:204-1-5-D 已被使用，请刷新页面: 1</w:t>
      </w:r>
    </w:p>
    <w:p>
      <w:r>
        <w:t>status_500:错误: 笼位:204-1-5-E 已被使用，请刷新页面: 1</w:t>
      </w:r>
    </w:p>
    <w:p>
      <w:r>
        <w:t>status_500:错误: 笼位:204-1-5-F 已被使用，请刷新页面: 1</w:t>
      </w:r>
    </w:p>
    <w:p>
      <w:r>
        <w:t>status_500:错误: 笼位:204-1-5-G 已被使用，请刷新页面: 1</w:t>
      </w:r>
    </w:p>
    <w:p>
      <w:r>
        <w:t>status_500:错误: 笼位:204-1-5-I 已被使用，请刷新页面: 1</w:t>
      </w:r>
    </w:p>
    <w:p>
      <w:r>
        <w:t>status_500:错误: 笼位:204-1-5-H 已被使用，请刷新页面: 1</w:t>
      </w:r>
    </w:p>
    <w:p>
      <w:r>
        <w:t>status_500:错误: 笼位:204-1-5-J 已被使用，请刷新页面: 1</w:t>
      </w:r>
    </w:p>
    <w:p>
      <w:r>
        <w:t>status_500:错误: 笼位:204-1-6-B 已被使用，请刷新页面: 1</w:t>
      </w:r>
    </w:p>
    <w:p>
      <w:r>
        <w:t>status_500:错误: 笼位:204-1-6-A 已被使用，请刷新页面: 1</w:t>
      </w:r>
    </w:p>
    <w:p>
      <w:r>
        <w:t>status_500:错误: 笼位:204-1-6-C 已被使用，请刷新页面: 1</w:t>
      </w:r>
    </w:p>
    <w:p>
      <w:r>
        <w:t>status_500:错误: 笼位:204-1-6-D 已被使用，请刷新页面: 1</w:t>
      </w:r>
    </w:p>
    <w:p>
      <w:r>
        <w:t>status_500:错误: 笼位:204-1-6-E 已被使用，请刷新页面: 1</w:t>
      </w:r>
    </w:p>
    <w:p>
      <w:r>
        <w:t>status_500:错误: 笼位:204-1-6-F 已被使用，请刷新页面: 1</w:t>
      </w:r>
    </w:p>
    <w:p>
      <w:r>
        <w:t>status_500:错误: 笼位:204-1-6-G 已被使用，请刷新页面: 1</w:t>
      </w:r>
    </w:p>
    <w:p>
      <w:r>
        <w:t>status_500:错误: 笼位:204-1-6-H 已被使用，请刷新页面: 1</w:t>
      </w:r>
    </w:p>
    <w:p>
      <w:r>
        <w:t>status_500:错误: 笼位:204-1-6-I 已被使用，请刷新页面: 1</w:t>
      </w:r>
    </w:p>
    <w:p>
      <w:r>
        <w:t>status_500:错误: 笼位:204-1-6-J 已被使用，请刷新页面: 1</w:t>
      </w:r>
    </w:p>
    <w:p>
      <w:r>
        <w:t>status_500:错误: 笼位:204-1-7-A 已被使用，请刷新页面: 1</w:t>
      </w:r>
    </w:p>
    <w:p>
      <w:r>
        <w:t>status_500:错误: 笼位:204-1-7-B 已被使用，请刷新页面: 1</w:t>
      </w:r>
    </w:p>
    <w:p>
      <w:r>
        <w:t>status_500:错误: 笼位:204-1-7-C 已被使用，请刷新页面: 1</w:t>
      </w:r>
    </w:p>
    <w:p>
      <w:r>
        <w:t>status_500:错误: 笼位:204-1-7-D 已被使用，请刷新页面: 1</w:t>
      </w:r>
    </w:p>
    <w:p>
      <w:r>
        <w:t>status_500:错误: 笼位:204-1-7-E 已被使用，请刷新页面: 1</w:t>
      </w:r>
    </w:p>
    <w:p>
      <w:r>
        <w:t>status_500:错误: 笼位:204-1-7-F 已被使用，请刷新页面: 1</w:t>
      </w:r>
    </w:p>
    <w:p>
      <w:r>
        <w:t>status_500:错误: 笼位:204-1-7-G 已被使用，请刷新页面: 1</w:t>
      </w:r>
    </w:p>
    <w:p>
      <w:r>
        <w:t>status_500:错误: 笼位:204-1-7-H 已被使用，请刷新页面: 1</w:t>
      </w:r>
    </w:p>
    <w:p>
      <w:r>
        <w:t>status_500:错误: 笼位:204-1-7-I 已被使用，请刷新页面: 1</w:t>
      </w:r>
    </w:p>
    <w:p>
      <w:r>
        <w:t>status_500:错误: 笼位:204-1-8-A 已被使用，请刷新页面: 1</w:t>
      </w:r>
    </w:p>
    <w:p>
      <w:r>
        <w:t>status_500:错误: 笼位:204-1-7-J 已被使用，请刷新页面: 1</w:t>
      </w:r>
    </w:p>
    <w:p>
      <w:r>
        <w:t>status_500:错误: 笼位:204-1-8-B 已被使用，请刷新页面: 1</w:t>
      </w:r>
    </w:p>
    <w:p>
      <w:r>
        <w:t>status_500:错误: 笼位:204-1-8-C 已被使用，请刷新页面: 1</w:t>
      </w:r>
    </w:p>
    <w:p>
      <w:r>
        <w:t>status_500:错误: 笼位:204-1-8-D 已被使用，请刷新页面: 1</w:t>
      </w:r>
    </w:p>
    <w:p>
      <w:r>
        <w:t>status_500:错误: 笼位:204-1-8-E 已被使用，请刷新页面: 1</w:t>
      </w:r>
    </w:p>
    <w:p>
      <w:r>
        <w:t>status_500:错误: 笼位:204-1-8-F 已被使用，请刷新页面: 1</w:t>
      </w:r>
    </w:p>
    <w:p>
      <w:r>
        <w:t>status_500:错误: 笼位:204-1-8-G 已被使用，请刷新页面: 1</w:t>
      </w:r>
    </w:p>
    <w:p>
      <w:r>
        <w:t>status_500:错误: 笼位:204-1-8-H 已被使用，请刷新页面: 1</w:t>
      </w:r>
    </w:p>
    <w:p>
      <w:r>
        <w:t>status_500:错误: 笼位:204-1-8-I 已被使用，请刷新页面: 1</w:t>
      </w:r>
    </w:p>
    <w:p>
      <w:r>
        <w:t>status_500:错误: 笼位:204-1-8-J 已被使用，请刷新页面: 1</w:t>
      </w:r>
    </w:p>
    <w:p>
      <w:r>
        <w:t>status_500:错误: 笼位:204-1-9-A 已被使用，请刷新页面: 1</w:t>
      </w:r>
    </w:p>
    <w:p>
      <w:r>
        <w:t>status_500:错误: 笼位:204-1-9-B 已被使用，请刷新页面: 1</w:t>
      </w:r>
    </w:p>
    <w:p>
      <w:r>
        <w:t>status_500:错误: 笼位:204-1-9-C 已被使用，请刷新页面: 1</w:t>
      </w:r>
    </w:p>
    <w:p>
      <w:r>
        <w:t>status_500:错误: 笼位:204-1-9-D 已被使用，请刷新页面: 1</w:t>
      </w:r>
    </w:p>
    <w:p>
      <w:r>
        <w:t>status_500:错误: 笼位:204-1-9-E 已被使用，请刷新页面: 1</w:t>
      </w:r>
    </w:p>
    <w:p>
      <w:r>
        <w:t>status_500:错误: 笼位:204-1-9-F 已被使用，请刷新页面: 1</w:t>
      </w:r>
    </w:p>
    <w:p>
      <w:r>
        <w:t>status_500:错误: 笼位:204-1-9-G 已被使用，请刷新页面: 1</w:t>
      </w:r>
    </w:p>
    <w:p>
      <w:r>
        <w:t>status_500:错误: 笼位:204-1-9-H 已被使用，请刷新页面: 1</w:t>
      </w:r>
    </w:p>
    <w:p>
      <w:r>
        <w:t>status_500:错误: 笼位:204-1-9-I 已被使用，请刷新页面: 1</w:t>
      </w:r>
    </w:p>
    <w:p>
      <w:r>
        <w:t>status_500:错误: 笼位:204-1-9-J 已被使用，请刷新页面: 1</w:t>
      </w:r>
    </w:p>
    <w:p>
      <w:r>
        <w:t>status_500:错误: 笼位:204-1-10-B 已被使用，请刷新页面: 1</w:t>
      </w:r>
    </w:p>
    <w:p>
      <w:r>
        <w:t>status_500:错误: 笼位:204-1-10-A 已被使用，请刷新页面: 1</w:t>
      </w:r>
    </w:p>
    <w:p>
      <w:r>
        <w:t>status_500:错误: 笼位:204-1-10-C 已被使用，请刷新页面: 1</w:t>
      </w:r>
    </w:p>
    <w:p>
      <w:r>
        <w:t>status_500:错误: 笼位:204-1-10-D 已被使用，请刷新页面: 1</w:t>
      </w:r>
    </w:p>
    <w:p>
      <w:r>
        <w:t>status_500:错误: 笼位:204-1-10-F 已被使用，请刷新页面: 1</w:t>
      </w:r>
    </w:p>
    <w:p>
      <w:r>
        <w:t>status_500:错误: 笼位:204-1-10-E 已被使用，请刷新页面: 1</w:t>
      </w:r>
    </w:p>
    <w:p>
      <w:r>
        <w:t>status_500:错误: 笼位:204-1-10-G 已被使用，请刷新页面: 1</w:t>
      </w:r>
    </w:p>
    <w:p>
      <w:r>
        <w:t>status_500:错误: 笼位:204-1-10-I 已被使用，请刷新页面: 1</w:t>
      </w:r>
    </w:p>
    <w:p>
      <w:r>
        <w:t>status_500:错误: 笼位:204-1-10-H 已被使用，请刷新页面: 1</w:t>
      </w:r>
    </w:p>
    <w:p>
      <w:r>
        <w:t>status_500:错误: 笼位:204-1-10-J 已被使用，请刷新页面: 1</w:t>
      </w:r>
    </w:p>
    <w:p>
      <w:r>
        <w:t>status_500:错误: 笼位:203-1-1-A 已被使用，请刷新页面: 1</w:t>
      </w:r>
    </w:p>
    <w:p>
      <w:r>
        <w:t>status_500:错误: 笼位:203-1-1-B 已被使用，请刷新页面: 1</w:t>
      </w:r>
    </w:p>
    <w:p>
      <w:r>
        <w:t>status_500:错误: 笼位:203-1-1-C 已被使用，请刷新页面: 1</w:t>
      </w:r>
    </w:p>
    <w:p>
      <w:r>
        <w:t>status_500:错误: 笼位:203-1-2-D 已被使用，请刷新页面: 1</w:t>
      </w:r>
    </w:p>
    <w:p>
      <w:r>
        <w:t>status_500:错误: 笼位:203-1-2-E 已被使用，请刷新页面: 1</w:t>
      </w:r>
    </w:p>
    <w:p>
      <w:r>
        <w:t>status_500:错误: 笼位:203-1-3-A 已被使用，请刷新页面: 1</w:t>
      </w:r>
    </w:p>
    <w:p>
      <w:r>
        <w:t>status_500:错误: 笼位:203-1-3-B 已被使用，请刷新页面: 1</w:t>
      </w:r>
    </w:p>
    <w:p>
      <w:r>
        <w:t>status_500:错误: 笼位:203-1-3-C 已被使用，请刷新页面: 1</w:t>
      </w:r>
    </w:p>
    <w:p>
      <w:r>
        <w:t>status_500:错误: 笼位:203-1-3-D 已被使用，请刷新页面: 1</w:t>
      </w:r>
    </w:p>
    <w:p>
      <w:r>
        <w:t>status_500:错误: 笼位:202-15-1-H 已被使用，请刷新页面: 1</w:t>
      </w:r>
    </w:p>
    <w:p>
      <w:r>
        <w:t>status_500:错误: 笼位:203-1-3-E 已被使用，请刷新页面: 1</w:t>
      </w:r>
    </w:p>
    <w:p>
      <w:r>
        <w:t>status_500:错误: 笼位:203-1-4-A 已被使用，请刷新页面: 1</w:t>
      </w:r>
    </w:p>
    <w:p>
      <w:r>
        <w:t>status_500:错误: 笼位:203-1-4-B 已被使用，请刷新页面: 1</w:t>
      </w:r>
    </w:p>
    <w:p>
      <w:r>
        <w:t>status_500:错误: 笼位:203-1-4-C 已被使用，请刷新页面: 1</w:t>
      </w:r>
    </w:p>
    <w:p>
      <w:r>
        <w:t>status_500:错误: 笼位:203-1-4-D 已被使用，请刷新页面: 1</w:t>
      </w:r>
    </w:p>
    <w:p>
      <w:r>
        <w:t>status_500:错误: 笼位:203-1-4-E 已被使用，请刷新页面: 1</w:t>
      </w:r>
    </w:p>
    <w:p>
      <w:r>
        <w:t>status_500:错误: 笼位:203-1-5-A 已被使用，请刷新页面: 1</w:t>
      </w:r>
    </w:p>
    <w:p>
      <w:r>
        <w:t>status_500:错误: 笼位:203-1-5-B 已被使用，请刷新页面: 1</w:t>
      </w:r>
    </w:p>
    <w:p>
      <w:r>
        <w:t>status_500:错误: 笼位:203-1-5-C 已被使用，请刷新页面: 1</w:t>
      </w:r>
    </w:p>
    <w:p>
      <w:r>
        <w:t>status_500:错误: 笼位:203-1-5-D 已被使用，请刷新页面: 1</w:t>
      </w:r>
    </w:p>
    <w:p>
      <w:r>
        <w:t>status_500:错误: 笼位:203-1-5-E 已被使用，请刷新页面: 1</w:t>
      </w:r>
    </w:p>
    <w:p>
      <w:r>
        <w:t>status_500:错误: 笼位:202-15-1-A 已被使用，请刷新页面: 1</w:t>
      </w:r>
    </w:p>
    <w:p>
      <w:r>
        <w:t>status_500:错误: 笼位:202-15-1-B 已被使用，请刷新页面: 1</w:t>
      </w:r>
    </w:p>
    <w:p>
      <w:r>
        <w:t>status_500:错误: 笼位:202-15-1-C 已被使用，请刷新页面: 1</w:t>
      </w:r>
    </w:p>
    <w:p>
      <w:r>
        <w:t>status_500:错误: 笼位:202-15-1-D 已被使用，请刷新页面: 1</w:t>
      </w:r>
    </w:p>
    <w:p>
      <w:r>
        <w:t>status_500:错误: 笼位:202-15-1-E 已被使用，请刷新页面: 1</w:t>
      </w:r>
    </w:p>
    <w:p>
      <w:r>
        <w:t>status_500:错误: 笼位:202-15-1-F 已被使用，请刷新页面: 1</w:t>
      </w:r>
    </w:p>
    <w:p>
      <w:r>
        <w:t>status_500:错误: 笼位:202-15-1-G 已被使用，请刷新页面: 1</w:t>
      </w:r>
    </w:p>
    <w:p>
      <w:r>
        <w:t>status_500:错误: 笼位:202-15-2-A 已被使用，请刷新页面: 1</w:t>
      </w:r>
    </w:p>
    <w:p>
      <w:r>
        <w:t>status_500:错误: 笼位:202-15-2-B 已被使用，请刷新页面: 1</w:t>
      </w:r>
    </w:p>
    <w:p>
      <w:r>
        <w:t>status_500:错误: 笼位:202-15-2-C 已被使用，请刷新页面: 1</w:t>
      </w:r>
    </w:p>
    <w:p>
      <w:r>
        <w:t>status_500:错误: 笼位:202-15-2-E 已被使用，请刷新页面: 1</w:t>
      </w:r>
    </w:p>
    <w:p>
      <w:r>
        <w:t>status_500:错误: 笼位:202-15-2-D 已被使用，请刷新页面: 1</w:t>
      </w:r>
    </w:p>
    <w:p>
      <w:r>
        <w:t>status_500:错误: 笼位:202-15-2-F 已被使用，请刷新页面: 1</w:t>
      </w:r>
    </w:p>
    <w:p>
      <w:r>
        <w:t>status_500:错误: 笼位:202-15-2-G 已被使用，请刷新页面: 1</w:t>
      </w:r>
    </w:p>
    <w:p>
      <w:r>
        <w:t>status_500:错误: 笼位:202-15-2-H 已被使用，请刷新页面: 1</w:t>
      </w:r>
    </w:p>
    <w:p>
      <w:r>
        <w:t>status_500:错误: 笼位:202-15-3-A 已被使用，请刷新页面: 1</w:t>
      </w:r>
    </w:p>
    <w:p>
      <w:r>
        <w:t>status_500:错误: 笼位:202-15-3-B 已被使用，请刷新页面: 1</w:t>
      </w:r>
    </w:p>
    <w:p>
      <w:r>
        <w:t>status_500:错误: 笼位:202-15-3-C 已被使用，请刷新页面: 1</w:t>
      </w:r>
    </w:p>
    <w:p>
      <w:r>
        <w:t>status_500:错误: 笼位:202-15-3-D 已被使用，请刷新页面: 1</w:t>
      </w:r>
    </w:p>
    <w:p>
      <w:r>
        <w:t>status_500:错误: 笼位:202-15-3-F 已被使用，请刷新页面: 1</w:t>
      </w:r>
    </w:p>
    <w:p>
      <w:r>
        <w:t>status_500:错误: 笼位:202-15-3-G 已被使用，请刷新页面: 1</w:t>
      </w:r>
    </w:p>
    <w:p>
      <w:r>
        <w:t>status_500:错误: 笼位:202-15-3-H 已被使用，请刷新页面: 1</w:t>
      </w:r>
    </w:p>
    <w:p>
      <w:r>
        <w:t>status_500:错误: 笼位:202-15-4-A 已被使用，请刷新页面: 1</w:t>
      </w:r>
    </w:p>
    <w:p>
      <w:r>
        <w:t>status_500:错误: 笼位:202-15-4-B 已被使用，请刷新页面: 1</w:t>
      </w:r>
    </w:p>
    <w:p>
      <w:r>
        <w:t>status_500:错误: 笼位:202-15-4-C 已被使用，请刷新页面: 1</w:t>
      </w:r>
    </w:p>
    <w:p>
      <w:r>
        <w:t>status_500:错误: 笼位:202-15-4-E 已被使用，请刷新页面: 1</w:t>
      </w:r>
    </w:p>
    <w:p>
      <w:r>
        <w:t>status_500:错误: 笼位:202-15-4-D 已被使用，请刷新页面: 1</w:t>
      </w:r>
    </w:p>
    <w:p>
      <w:r>
        <w:t>status_500:错误: 笼位:202-15-4-F 已被使用，请刷新页面: 1</w:t>
      </w:r>
    </w:p>
    <w:p>
      <w:r>
        <w:t>status_500:错误: 笼位:202-15-4-H 已被使用，请刷新页面: 1</w:t>
      </w:r>
    </w:p>
    <w:p>
      <w:r>
        <w:t>status_500:错误: 笼位:202-15-4-G 已被使用，请刷新页面: 1</w:t>
      </w:r>
    </w:p>
    <w:p>
      <w:r>
        <w:t>status_500:错误: 笼位:202-15-5-A 已被使用，请刷新页面: 1</w:t>
      </w:r>
    </w:p>
    <w:p>
      <w:r>
        <w:t>status_500:错误: 笼位:202-15-5-B 已被使用，请刷新页面: 1</w:t>
      </w:r>
    </w:p>
    <w:p>
      <w:r>
        <w:t>status_500:错误: 笼位:202-15-5-D 已被使用，请刷新页面: 1</w:t>
      </w:r>
    </w:p>
    <w:p>
      <w:r>
        <w:t>status_500:错误: 笼位:202-15-5-C 已被使用，请刷新页面: 1</w:t>
      </w:r>
    </w:p>
    <w:p>
      <w:r>
        <w:t>status_500:错误: 笼位:202-15-5-E 已被使用，请刷新页面: 1</w:t>
      </w:r>
    </w:p>
    <w:p>
      <w:r>
        <w:t>status_500:错误: 笼位:202-15-5-G 已被使用，请刷新页面: 1</w:t>
      </w:r>
    </w:p>
    <w:p>
      <w:r>
        <w:t>status_500:错误: 笼位:202-15-5-F 已被使用，请刷新页面: 1</w:t>
      </w:r>
    </w:p>
    <w:p>
      <w:r>
        <w:t>status_500:错误: 笼位:202-15-5-H 已被使用，请刷新页面: 1</w:t>
      </w:r>
    </w:p>
    <w:p>
      <w:r>
        <w:t>status_500:错误: 笼位:202-15-6-A 已被使用，请刷新页面: 1</w:t>
      </w:r>
    </w:p>
    <w:p>
      <w:r>
        <w:t>status_500:错误: 笼位:202-15-6-B 已被使用，请刷新页面: 1</w:t>
      </w:r>
    </w:p>
    <w:p>
      <w:r>
        <w:t>status_500:错误: 笼位:202-15-6-D 已被使用，请刷新页面: 1</w:t>
      </w:r>
    </w:p>
    <w:p>
      <w:r>
        <w:t>status_500:错误: 笼位:202-15-6-C 已被使用，请刷新页面: 1</w:t>
      </w:r>
    </w:p>
    <w:p>
      <w:r>
        <w:t>status_500:错误: 笼位:202-15-6-E 已被使用，请刷新页面: 1</w:t>
      </w:r>
    </w:p>
    <w:p>
      <w:r>
        <w:t>status_500:错误: 笼位:202-15-6-F 已被使用，请刷新页面: 1</w:t>
      </w:r>
    </w:p>
    <w:p>
      <w:r>
        <w:t>status_500:错误: 笼位:202-15-6-G 已被使用，请刷新页面: 1</w:t>
      </w:r>
    </w:p>
    <w:p>
      <w:r>
        <w:t>status_500:错误: 笼位:202-15-3-E 已被使用，请刷新页面: 1</w:t>
      </w:r>
    </w:p>
    <w:p>
      <w:r>
        <w:t>status_500:错误: 笼位:202-15-6-H 已被使用，请刷新页面: 1</w:t>
      </w:r>
    </w:p>
    <w:p>
      <w:r>
        <w:t>status_500:错误: 笼位:202-15-7-A 已被使用，请刷新页面: 1</w:t>
      </w:r>
    </w:p>
    <w:p>
      <w:r>
        <w:t>status_500:错误: 笼位:202-15-7-B 已被使用，请刷新页面: 1</w:t>
      </w:r>
    </w:p>
    <w:p>
      <w:r>
        <w:t>status_500:错误: 笼位:202-15-7-C 已被使用，请刷新页面: 1</w:t>
      </w:r>
    </w:p>
    <w:p>
      <w:r>
        <w:t>status_500:错误: 笼位:202-15-7-D 已被使用，请刷新页面: 1</w:t>
      </w:r>
    </w:p>
    <w:p>
      <w:r>
        <w:t>status_500:错误: 笼位:202-15-7-E 已被使用，请刷新页面: 1</w:t>
      </w:r>
    </w:p>
    <w:p>
      <w:r>
        <w:t>status_500:错误: 笼位:202-15-7-G 已被使用，请刷新页面: 1</w:t>
      </w:r>
    </w:p>
    <w:p>
      <w:r>
        <w:t>status_500:错误: 笼位:202-15-7-F 已被使用，请刷新页面: 1</w:t>
      </w:r>
    </w:p>
    <w:p>
      <w:r>
        <w:t>status_500:错误: 笼位:202-15-7-H 已被使用，请刷新页面: 1</w:t>
      </w:r>
    </w:p>
    <w:p>
      <w:r>
        <w:t>status_500:错误: 笼位:202-15-8-A 已被使用，请刷新页面: 1</w:t>
      </w:r>
    </w:p>
    <w:p>
      <w:r>
        <w:t>status_500:错误: 笼位:202-15-8-B 已被使用，请刷新页面: 1</w:t>
      </w:r>
    </w:p>
    <w:p>
      <w:r>
        <w:t>status_500:错误: 笼位:202-15-8-C 已被使用，请刷新页面: 1</w:t>
      </w:r>
    </w:p>
    <w:p>
      <w:r>
        <w:t>status_500:错误: 笼位:202-15-8-D 已被使用，请刷新页面: 1</w:t>
      </w:r>
    </w:p>
    <w:p>
      <w:r>
        <w:t>status_500:错误: 笼位:202-15-8-F 已被使用，请刷新页面: 1</w:t>
      </w:r>
    </w:p>
    <w:p>
      <w:r>
        <w:t>status_500:错误: 笼位:202-15-8-E 已被使用，请刷新页面: 1</w:t>
      </w:r>
    </w:p>
    <w:p>
      <w:r>
        <w:t>status_500:错误: 笼位:202-15-8-G 已被使用，请刷新页面: 1</w:t>
      </w:r>
    </w:p>
    <w:p>
      <w:r>
        <w:t>status_500:错误: 笼位:202-15-8-H 已被使用，请刷新页面: 1</w:t>
      </w:r>
    </w:p>
    <w:p>
      <w:r>
        <w:t>status_500:错误: 笼位:210-1-1-1-A 已被使用，请刷新页面: 1</w:t>
      </w:r>
    </w:p>
    <w:p>
      <w:r>
        <w:t>status_500:错误: 笼位:210-1-1-1-B 已被使用，请刷新页面: 1</w:t>
      </w:r>
    </w:p>
    <w:p>
      <w:r>
        <w:t>status_500:错误: 笼位:210-1-1-1-C 已被使用，请刷新页面: 1</w:t>
      </w:r>
    </w:p>
    <w:p>
      <w:r>
        <w:t>status_500:错误: 笼位:210-1-1-1-D 已被使用，请刷新页面: 1</w:t>
      </w:r>
    </w:p>
    <w:p>
      <w:r>
        <w:t>status_500:错误: 笼位:210-1-1-1-F 已被使用，请刷新页面: 1</w:t>
      </w:r>
    </w:p>
    <w:p>
      <w:r>
        <w:t>status_500:错误: 笼位:210-1-1-1-G 已被使用，请刷新页面: 1</w:t>
      </w:r>
    </w:p>
    <w:p>
      <w:r>
        <w:t>status_500:错误: 笼位:210-1-1-1-E 已被使用，请刷新页面: 1</w:t>
      </w:r>
    </w:p>
    <w:p>
      <w:r>
        <w:t>status_500:错误: 笼位:210-1-1-1-H 已被使用，请刷新页面: 1</w:t>
      </w:r>
    </w:p>
    <w:p>
      <w:r>
        <w:t>status_500:错误: 笼位:210-1-1-2-A 已被使用，请刷新页面: 1</w:t>
      </w:r>
    </w:p>
    <w:p>
      <w:r>
        <w:t>status_500:错误: 笼位:210-1-1-2-B 已被使用，请刷新页面: 1</w:t>
      </w:r>
    </w:p>
    <w:p>
      <w:r>
        <w:t>status_500:错误: 笼位:210-1-1-2-C 已被使用，请刷新页面: 1</w:t>
      </w:r>
    </w:p>
    <w:p>
      <w:r>
        <w:t>status_500:错误: 笼位:210-1-1-2-D 已被使用，请刷新页面: 1</w:t>
      </w:r>
    </w:p>
    <w:p>
      <w:r>
        <w:t>status_500:错误: 笼位:210-1-1-2-E 已被使用，请刷新页面: 1</w:t>
      </w:r>
    </w:p>
    <w:p>
      <w:r>
        <w:t>status_500:错误: 笼位:210-1-1-2-G 已被使用，请刷新页面: 1</w:t>
      </w:r>
    </w:p>
    <w:p>
      <w:r>
        <w:t>status_500:错误: 笼位:210-1-1-2-F 已被使用，请刷新页面: 1</w:t>
      </w:r>
    </w:p>
    <w:p>
      <w:r>
        <w:t>status_500:错误: 笼位:210-1-1-3-A 已被使用，请刷新页面: 1</w:t>
      </w:r>
    </w:p>
    <w:p>
      <w:r>
        <w:t>status_500:错误: 笼位:210-1-1-3-C 已被使用，请刷新页面: 1</w:t>
      </w:r>
    </w:p>
    <w:p>
      <w:r>
        <w:t>status_500:错误: 笼位:210-1-1-3-B 已被使用，请刷新页面: 1</w:t>
      </w:r>
    </w:p>
    <w:p>
      <w:r>
        <w:t>status_500:错误: 笼位:210-1-1-3-D 已被使用，请刷新页面: 1</w:t>
      </w:r>
    </w:p>
    <w:p>
      <w:r>
        <w:t>status_500:错误: 笼位:210-1-1-3-E 已被使用，请刷新页面: 1</w:t>
      </w:r>
    </w:p>
    <w:p>
      <w:r>
        <w:t>status_500:错误: 笼位:210-1-1-3-F 已被使用，请刷新页面: 1</w:t>
      </w:r>
    </w:p>
    <w:p>
      <w:r>
        <w:t>status_500:错误: 笼位:210-1-1-3-G 已被使用，请刷新页面: 1</w:t>
      </w:r>
    </w:p>
    <w:p>
      <w:r>
        <w:t>status_500:错误: 笼位:210-1-1-3-H 已被使用，请刷新页面: 1</w:t>
      </w:r>
    </w:p>
    <w:p>
      <w:r>
        <w:t>status_500:错误: 笼位:210-1-1-4-A 已被使用，请刷新页面: 1</w:t>
      </w:r>
    </w:p>
    <w:p>
      <w:r>
        <w:t>status_500:错误: 笼位:210-1-1-4-B 已被使用，请刷新页面: 1</w:t>
      </w:r>
    </w:p>
    <w:p>
      <w:r>
        <w:t>status_500:错误: 笼位:210-1-1-4-C 已被使用，请刷新页面: 1</w:t>
      </w:r>
    </w:p>
    <w:p>
      <w:r>
        <w:t>status_500:错误: 笼位:210-1-1-4-D 已被使用，请刷新页面: 1</w:t>
      </w:r>
    </w:p>
    <w:p>
      <w:r>
        <w:t>status_500:错误: 笼位:210-1-1-4-E 已被使用，请刷新页面: 1</w:t>
      </w:r>
    </w:p>
    <w:p>
      <w:r>
        <w:t>status_500:错误: 笼位:210-1-1-4-F 已被使用，请刷新页面: 1</w:t>
      </w:r>
    </w:p>
    <w:p>
      <w:r>
        <w:t>status_500:错误: 笼位:210-1-1-4-G 已被使用，请刷新页面: 1</w:t>
      </w:r>
    </w:p>
    <w:p>
      <w:r>
        <w:t>status_500:错误: 笼位:210-1-1-4-H 已被使用，请刷新页面: 1</w:t>
      </w:r>
    </w:p>
    <w:p>
      <w:r>
        <w:t>status_500:错误: 笼位:210-1-1-5-C 已被使用，请刷新页面: 1</w:t>
      </w:r>
    </w:p>
    <w:p>
      <w:r>
        <w:t>status_500:错误: 笼位:210-1-1-5-A 已被使用，请刷新页面: 1</w:t>
      </w:r>
    </w:p>
    <w:p>
      <w:r>
        <w:t>status_500:错误: 笼位:210-1-1-5-B 已被使用，请刷新页面: 1</w:t>
      </w:r>
    </w:p>
    <w:p>
      <w:r>
        <w:t>status_500:错误: 笼位:210-1-1-5-F 已被使用，请刷新页面: 1</w:t>
      </w:r>
    </w:p>
    <w:p>
      <w:r>
        <w:t>status_500:错误: 笼位:210-1-1-5-D 已被使用，请刷新页面: 1</w:t>
      </w:r>
    </w:p>
    <w:p>
      <w:r>
        <w:t>status_500:错误: 笼位:210-1-1-5-E 已被使用，请刷新页面: 1</w:t>
      </w:r>
    </w:p>
    <w:p>
      <w:r>
        <w:t>status_500:错误: 笼位:210-1-1-5-G 已被使用，请刷新页面: 1</w:t>
      </w:r>
    </w:p>
    <w:p>
      <w:r>
        <w:t>status_500:错误: 笼位:210-1-1-2-H 已被使用，请刷新页面: 1</w:t>
      </w:r>
    </w:p>
    <w:p>
      <w:r>
        <w:t>status_500:错误: 笼位:210-1-1-5-H 已被使用，请刷新页面: 1</w:t>
      </w:r>
    </w:p>
    <w:p>
      <w:r>
        <w:t>status_500:错误: 笼位:210-1-1-6-A 已被使用，请刷新页面: 1</w:t>
      </w:r>
    </w:p>
    <w:p>
      <w:r>
        <w:t>status_500:错误: 笼位:210-1-1-6-B 已被使用，请刷新页面: 1</w:t>
      </w:r>
    </w:p>
    <w:p>
      <w:r>
        <w:t>status_500:错误: 笼位:210-1-1-6-C 已被使用，请刷新页面: 1</w:t>
      </w:r>
    </w:p>
    <w:p>
      <w:r>
        <w:t>status_500:错误: 笼位:210-1-1-6-D 已被使用，请刷新页面: 1</w:t>
      </w:r>
    </w:p>
    <w:p>
      <w:r>
        <w:t>status_500:错误: 笼位:210-1-1-6-E 已被使用，请刷新页面: 1</w:t>
      </w:r>
    </w:p>
    <w:p>
      <w:r>
        <w:t>status_500:错误: 笼位:210-1-1-6-F 已被使用，请刷新页面: 1</w:t>
      </w:r>
    </w:p>
    <w:p>
      <w:r>
        <w:t>status_500:错误: 笼位:210-1-1-6-G 已被使用，请刷新页面: 1</w:t>
      </w:r>
    </w:p>
    <w:p>
      <w:r>
        <w:t>status_500:错误: 笼位:210-1-1-7-A 已被使用，请刷新页面: 1</w:t>
      </w:r>
    </w:p>
    <w:p>
      <w:r>
        <w:t>status_500:错误: 笼位:210-1-1-6-H 已被使用，请刷新页面: 1</w:t>
      </w:r>
    </w:p>
    <w:p>
      <w:r>
        <w:t>status_500:错误: 笼位:210-1-1-7-B 已被使用，请刷新页面: 1</w:t>
      </w:r>
    </w:p>
    <w:p>
      <w:r>
        <w:t>status_500:错误: 笼位:210-1-1-7-C 已被使用，请刷新页面: 1</w:t>
      </w:r>
    </w:p>
    <w:p>
      <w:r>
        <w:t>status_500:错误: 笼位:210-1-1-7-D 已被使用，请刷新页面: 1</w:t>
      </w:r>
    </w:p>
    <w:p>
      <w:r>
        <w:t>status_500:错误: 笼位:210-1-1-7-E 已被使用，请刷新页面: 1</w:t>
      </w:r>
    </w:p>
    <w:p>
      <w:r>
        <w:t>status_500:错误: 笼位:210-1-1-7-F 已被使用，请刷新页面: 1</w:t>
      </w:r>
    </w:p>
    <w:p>
      <w:r>
        <w:t>status_500:错误: 笼位:210-1-1-7-G 已被使用，请刷新页面: 1</w:t>
      </w:r>
    </w:p>
    <w:p>
      <w:r>
        <w:t>status_500:错误: 笼位:210-1-1-7-H 已被使用，请刷新页面: 1</w:t>
      </w:r>
    </w:p>
    <w:p>
      <w:r>
        <w:t>status_500:错误: 笼位:210-1-1-8-A 已被使用，请刷新页面: 1</w:t>
      </w:r>
    </w:p>
    <w:p>
      <w:r>
        <w:t>status_500:错误: 笼位:210-1-1-8-B 已被使用，请刷新页面: 1</w:t>
      </w:r>
    </w:p>
    <w:p>
      <w:r>
        <w:t>status_500:错误: 笼位:210-1-1-8-C 已被使用，请刷新页面: 1</w:t>
      </w:r>
    </w:p>
    <w:p>
      <w:r>
        <w:t>status_500:错误: 笼位:210-1-1-8-E 已被使用，请刷新页面: 1</w:t>
      </w:r>
    </w:p>
    <w:p>
      <w:r>
        <w:t>status_500:错误: 笼位:210-1-1-8-D 已被使用，请刷新页面: 1</w:t>
      </w:r>
    </w:p>
    <w:p>
      <w:r>
        <w:t>status_500:错误: 笼位:210-1-1-8-F 已被使用，请刷新页面: 1</w:t>
      </w:r>
    </w:p>
    <w:p>
      <w:r>
        <w:t>status_500:错误: 笼位:210-1-1-8-G 已被使用，请刷新页面: 1</w:t>
      </w:r>
    </w:p>
    <w:p>
      <w:r>
        <w:t>status_500:错误: 笼位:210-1-1-9-A 已被使用，请刷新页面: 1</w:t>
      </w:r>
    </w:p>
    <w:p>
      <w:r>
        <w:t>status_500:错误: 笼位:210-1-1-8-H 已被使用，请刷新页面: 1</w:t>
      </w:r>
    </w:p>
    <w:p>
      <w:r>
        <w:t>status_500:错误: 笼位:210-1-1-9-B 已被使用，请刷新页面: 1</w:t>
      </w:r>
    </w:p>
    <w:p>
      <w:r>
        <w:t>status_500:错误: 笼位:210-1-1-9-C 已被使用，请刷新页面: 1</w:t>
      </w:r>
    </w:p>
    <w:p>
      <w:r>
        <w:t>status_500:错误: 笼位:210-1-1-9-D 已被使用，请刷新页面: 1</w:t>
      </w:r>
    </w:p>
    <w:p>
      <w:r>
        <w:t>status_500:错误: 笼位:210-1-1-9-F 已被使用，请刷新页面: 1</w:t>
      </w:r>
    </w:p>
    <w:p>
      <w:r>
        <w:t>status_500:错误: 笼位:210-1-1-9-G 已被使用，请刷新页面: 1</w:t>
      </w:r>
    </w:p>
    <w:p>
      <w:r>
        <w:t>status_500:错误: 笼位:210-1-1-9-H 已被使用，请刷新页面: 1</w:t>
      </w:r>
    </w:p>
    <w:p>
      <w:r>
        <w:t>status_500:错误: 笼位:210-1-1-10-A 已被使用，请刷新页面: 1</w:t>
      </w:r>
    </w:p>
    <w:p>
      <w:r>
        <w:t>status_500:错误: 笼位:210-1-1-10-B 已被使用，请刷新页面: 1</w:t>
      </w:r>
    </w:p>
    <w:p>
      <w:r>
        <w:t>status_500:错误: 笼位:210-1-1-10-C 已被使用，请刷新页面: 1</w:t>
      </w:r>
    </w:p>
    <w:p>
      <w:r>
        <w:t>status_500:错误: 笼位:210-1-1-10-D 已被使用，请刷新页面: 1</w:t>
      </w:r>
    </w:p>
    <w:p>
      <w:r>
        <w:t>status_500:错误: 笼位:210-1-1-10-E 已被使用，请刷新页面: 1</w:t>
      </w:r>
    </w:p>
    <w:p>
      <w:r>
        <w:t>status_500:错误: 笼位:210-1-1-10-F 已被使用，请刷新页面: 1</w:t>
      </w:r>
    </w:p>
    <w:p>
      <w:r>
        <w:t>status_500:错误: 笼位:210-1-1-10-G 已被使用，请刷新页面: 1</w:t>
      </w:r>
    </w:p>
    <w:p>
      <w:r>
        <w:t>status_500:错误: 笼位:211-1-1-1-A 已被使用，请刷新页面: 1</w:t>
      </w:r>
    </w:p>
    <w:p>
      <w:r>
        <w:t>status_500:错误: 笼位:210-1-1-10-H 已被使用，请刷新页面: 1</w:t>
      </w:r>
    </w:p>
    <w:p>
      <w:r>
        <w:t>status_500:错误: 笼位:211-1-1-1-B 已被使用，请刷新页面: 1</w:t>
      </w:r>
    </w:p>
    <w:p>
      <w:r>
        <w:t>status_500:错误: 笼位:211-1-1-1-D 已被使用，请刷新页面: 1</w:t>
      </w:r>
    </w:p>
    <w:p>
      <w:r>
        <w:t>status_500:错误: 笼位:211-1-1-1-C 已被使用，请刷新页面: 1</w:t>
      </w:r>
    </w:p>
    <w:p>
      <w:r>
        <w:t>status_500:错误: 笼位:211-1-1-1-E 已被使用，请刷新页面: 1</w:t>
      </w:r>
    </w:p>
    <w:p>
      <w:r>
        <w:t>status_500:错误: 笼位:211-1-1-1-F 已被使用，请刷新页面: 1</w:t>
      </w:r>
    </w:p>
    <w:p>
      <w:r>
        <w:t>status_500:错误: 笼位:211-1-1-1-H 已被使用，请刷新页面: 1</w:t>
      </w:r>
    </w:p>
    <w:p>
      <w:r>
        <w:t>status_500:错误: 笼位:211-1-1-2-A 已被使用，请刷新页面: 1</w:t>
      </w:r>
    </w:p>
    <w:p>
      <w:r>
        <w:t>status_500:错误: 笼位:211-1-1-2-B 已被使用，请刷新页面: 1</w:t>
      </w:r>
    </w:p>
    <w:p>
      <w:r>
        <w:t>status_500:错误: 笼位:211-1-1-1-G 已被使用，请刷新页面: 1</w:t>
      </w:r>
    </w:p>
    <w:p>
      <w:r>
        <w:t>status_500:错误: 笼位:211-1-1-2-C 已被使用，请刷新页面: 1</w:t>
      </w:r>
    </w:p>
    <w:p>
      <w:r>
        <w:t>status_500:错误: 笼位:211-1-1-2-D 已被使用，请刷新页面: 1</w:t>
      </w:r>
    </w:p>
    <w:p>
      <w:r>
        <w:t>status_500:错误: 笼位:211-1-1-2-E 已被使用，请刷新页面: 1</w:t>
      </w:r>
    </w:p>
    <w:p>
      <w:r>
        <w:t>status_500:错误: 笼位:211-1-1-2-G 已被使用，请刷新页面: 1</w:t>
      </w:r>
    </w:p>
    <w:p>
      <w:r>
        <w:t>status_500:错误: 笼位:211-1-1-2-F 已被使用，请刷新页面: 1</w:t>
      </w:r>
    </w:p>
    <w:p>
      <w:r>
        <w:t>status_500:错误: 笼位:211-1-1-2-H 已被使用，请刷新页面: 1</w:t>
      </w:r>
    </w:p>
    <w:p>
      <w:r>
        <w:t>status_500:错误: 笼位:211-1-1-3-A 已被使用，请刷新页面: 1</w:t>
      </w:r>
    </w:p>
    <w:p>
      <w:r>
        <w:t>status_500:错误: 笼位:211-1-1-3-B 已被使用，请刷新页面: 1</w:t>
      </w:r>
    </w:p>
    <w:p>
      <w:r>
        <w:t>status_500:错误: 笼位:211-1-1-3-D 已被使用，请刷新页面: 1</w:t>
      </w:r>
    </w:p>
    <w:p>
      <w:r>
        <w:t>status_500:错误: 笼位:210-1-1-9-E 已被使用，请刷新页面: 1</w:t>
      </w:r>
    </w:p>
    <w:p>
      <w:r>
        <w:t>status_500:错误: 笼位:211-1-1-3-C 已被使用，请刷新页面: 1</w:t>
      </w:r>
    </w:p>
    <w:p>
      <w:r>
        <w:t>status_500:错误: 笼位:211-1-1-3-E 已被使用，请刷新页面: 1</w:t>
      </w:r>
    </w:p>
    <w:p>
      <w:r>
        <w:t>status_500:错误: 笼位:211-1-1-3-F 已被使用，请刷新页面: 1</w:t>
      </w:r>
    </w:p>
    <w:p>
      <w:r>
        <w:t>status_500:错误: 笼位:211-1-1-3-G 已被使用，请刷新页面: 1</w:t>
      </w:r>
    </w:p>
    <w:p>
      <w:r>
        <w:t>status_500:错误: 笼位:211-1-1-3-H 已被使用，请刷新页面: 1</w:t>
      </w:r>
    </w:p>
    <w:p>
      <w:r>
        <w:t>status_500:错误: 笼位:211-1-1-4-A 已被使用，请刷新页面: 1</w:t>
      </w:r>
    </w:p>
    <w:p>
      <w:r>
        <w:t>status_500:错误: 笼位:211-1-1-4-C 已被使用，请刷新页面: 1</w:t>
      </w:r>
    </w:p>
    <w:p>
      <w:r>
        <w:t>status_500:错误: 笼位:211-1-1-4-B 已被使用，请刷新页面: 1</w:t>
      </w:r>
    </w:p>
    <w:p>
      <w:r>
        <w:t>status_500:错误: 笼位:211-1-1-4-D 已被使用，请刷新页面: 1</w:t>
      </w:r>
    </w:p>
    <w:p>
      <w:r>
        <w:t>status_500:错误: 笼位:211-1-1-4-E 已被使用，请刷新页面: 1</w:t>
      </w:r>
    </w:p>
    <w:p>
      <w:r>
        <w:t>status_500:错误: 笼位:211-1-1-4-F 已被使用，请刷新页面: 1</w:t>
      </w:r>
    </w:p>
    <w:p>
      <w:r>
        <w:t>status_500:错误: 笼位:211-1-1-4-H 已被使用，请刷新页面: 1</w:t>
      </w:r>
    </w:p>
    <w:p>
      <w:r>
        <w:t>status_500:错误: 笼位:211-1-1-7-H 已被使用，请刷新页面: 1</w:t>
      </w:r>
    </w:p>
    <w:p>
      <w:r>
        <w:t>status_500:错误: 笼位:211-1-1-5-B 已被使用，请刷新页面: 1</w:t>
      </w:r>
    </w:p>
    <w:p>
      <w:r>
        <w:t>status_500:错误: 笼位:211-1-1-4-G 已被使用，请刷新页面: 1</w:t>
      </w:r>
    </w:p>
    <w:p>
      <w:r>
        <w:t>status_500:错误: 笼位:211-1-1-5-C 已被使用，请刷新页面: 1</w:t>
      </w:r>
    </w:p>
    <w:p>
      <w:r>
        <w:t>status_500:错误: 笼位:211-1-1-5-D 已被使用，请刷新页面: 1</w:t>
      </w:r>
    </w:p>
    <w:p>
      <w:r>
        <w:t>status_500:错误: 笼位:211-1-1-5-E 已被使用，请刷新页面: 1</w:t>
      </w:r>
    </w:p>
    <w:p>
      <w:r>
        <w:t>status_500:错误: 笼位:211-1-1-5-G 已被使用，请刷新页面: 1</w:t>
      </w:r>
    </w:p>
    <w:p>
      <w:r>
        <w:t>status_500:错误: 笼位:211-1-1-5-F 已被使用，请刷新页面: 1</w:t>
      </w:r>
    </w:p>
    <w:p>
      <w:r>
        <w:t>status_500:错误: 笼位:211-1-1-5-H 已被使用，请刷新页面: 1</w:t>
      </w:r>
    </w:p>
    <w:p>
      <w:r>
        <w:t>status_500:错误: 笼位:211-1-1-6-A 已被使用，请刷新页面: 1</w:t>
      </w:r>
    </w:p>
    <w:p>
      <w:r>
        <w:t>status_500:错误: 笼位:211-1-1-6-C 已被使用，请刷新页面: 1</w:t>
      </w:r>
    </w:p>
    <w:p>
      <w:r>
        <w:t>status_500:错误: 笼位:211-1-1-6-B 已被使用，请刷新页面: 1</w:t>
      </w:r>
    </w:p>
    <w:p>
      <w:r>
        <w:t>status_500:错误: 笼位:211-1-1-6-E 已被使用，请刷新页面: 1</w:t>
      </w:r>
    </w:p>
    <w:p>
      <w:r>
        <w:t>status_500:错误: 笼位:211-1-1-6-D 已被使用，请刷新页面: 1</w:t>
      </w:r>
    </w:p>
    <w:p>
      <w:r>
        <w:t>status_500:错误: 笼位:211-1-1-6-F 已被使用，请刷新页面: 1</w:t>
      </w:r>
    </w:p>
    <w:p>
      <w:r>
        <w:t>status_500:错误: 笼位:211-1-1-6-G 已被使用，请刷新页面: 1</w:t>
      </w:r>
    </w:p>
    <w:p>
      <w:r>
        <w:t>status_500:错误: 笼位:211-1-1-6-H 已被使用，请刷新页面: 1</w:t>
      </w:r>
    </w:p>
    <w:p>
      <w:r>
        <w:t>status_500:错误: 笼位:211-1-1-7-A 已被使用，请刷新页面: 1</w:t>
      </w:r>
    </w:p>
    <w:p>
      <w:r>
        <w:t>status_500:错误: 笼位:211-1-1-7-B 已被使用，请刷新页面: 1</w:t>
      </w:r>
    </w:p>
    <w:p>
      <w:r>
        <w:t>status_500:错误: 笼位:211-1-1-7-C 已被使用，请刷新页面: 1</w:t>
      </w:r>
    </w:p>
    <w:p>
      <w:r>
        <w:t>status_500:错误: 笼位:211-1-1-7-D 已被使用，请刷新页面: 1</w:t>
      </w:r>
    </w:p>
    <w:p>
      <w:r>
        <w:t>status_500:错误: 笼位:211-1-1-7-F 已被使用，请刷新页面: 1</w:t>
      </w:r>
    </w:p>
    <w:p>
      <w:r>
        <w:t>status_500:错误: 笼位:211-1-1-7-E 已被使用，请刷新页面: 1</w:t>
      </w:r>
    </w:p>
    <w:p>
      <w:r>
        <w:t>status_500:错误: 笼位:211-1-1-7-G 已被使用，请刷新页面: 1</w:t>
      </w:r>
    </w:p>
    <w:p>
      <w:r>
        <w:t>status_500:错误: 笼位:211-1-1-5-A 已被使用，请刷新页面: 1</w:t>
      </w:r>
    </w:p>
    <w:p>
      <w:r>
        <w:t>status_500:错误: 笼位:211-1-1-8-A 已被使用，请刷新页面: 1</w:t>
      </w:r>
    </w:p>
    <w:p>
      <w:r>
        <w:t>status_500:错误: 笼位:211-1-1-8-C 已被使用，请刷新页面: 1</w:t>
      </w:r>
    </w:p>
    <w:p>
      <w:r>
        <w:t>status_500:错误: 笼位:211-1-1-8-D 已被使用，请刷新页面: 1</w:t>
      </w:r>
    </w:p>
    <w:p>
      <w:r>
        <w:t>status_500:错误: 笼位:211-1-1-8-B 已被使用，请刷新页面: 1</w:t>
      </w:r>
    </w:p>
    <w:p>
      <w:r>
        <w:t>status_500:错误: 笼位:211-1-1-8-E 已被使用，请刷新页面: 1</w:t>
      </w:r>
    </w:p>
    <w:p>
      <w:r>
        <w:t>status_500:错误: 笼位:211-1-1-8-F 已被使用，请刷新页面: 1</w:t>
      </w:r>
    </w:p>
    <w:p>
      <w:r>
        <w:t>status_500:错误: 笼位:211-1-1-8-H 已被使用，请刷新页面: 1</w:t>
      </w:r>
    </w:p>
    <w:p>
      <w:r>
        <w:t>status_500:错误: 笼位:211-1-1-8-G 已被使用，请刷新页面: 1</w:t>
      </w:r>
    </w:p>
    <w:p>
      <w:r>
        <w:t>status_500:错误: 笼位:211-1-1-9-B 已被使用，请刷新页面: 1</w:t>
      </w:r>
    </w:p>
    <w:p>
      <w:r>
        <w:t>status_500:错误: 笼位:211-1-1-9-C 已被使用，请刷新页面: 1</w:t>
      </w:r>
    </w:p>
    <w:p>
      <w:r>
        <w:t>status_500:错误: 笼位:211-1-1-9-E 已被使用，请刷新页面: 1</w:t>
      </w:r>
    </w:p>
    <w:p>
      <w:r>
        <w:t>status_500:错误: 笼位:211-1-1-9-D 已被使用，请刷新页面: 1</w:t>
      </w:r>
    </w:p>
    <w:p>
      <w:r>
        <w:t>status_500:错误: 笼位:211-1-1-9-H 已被使用，请刷新页面: 1</w:t>
      </w:r>
    </w:p>
    <w:p>
      <w:r>
        <w:t>status_500:错误: 笼位:211-1-1-9-F 已被使用，请刷新页面: 1</w:t>
      </w:r>
    </w:p>
    <w:p>
      <w:r>
        <w:t>status_500:错误: 笼位:211-1-1-9-G 已被使用，请刷新页面: 1</w:t>
      </w:r>
    </w:p>
    <w:p>
      <w:r>
        <w:t>status_500:错误: 笼位:211-1-1-10-A 已被使用，请刷新页面: 1</w:t>
      </w:r>
    </w:p>
    <w:p>
      <w:r>
        <w:t>status_500:错误: 笼位:211-1-1-10-B 已被使用，请刷新页面: 1</w:t>
      </w:r>
    </w:p>
    <w:p>
      <w:r>
        <w:t>status_500:错误: 笼位:211-1-1-10-C 已被使用，请刷新页面: 1</w:t>
      </w:r>
    </w:p>
    <w:p>
      <w:r>
        <w:t>status_500:错误: 笼位:211-1-1-10-D 已被使用，请刷新页面: 1</w:t>
      </w:r>
    </w:p>
    <w:p>
      <w:r>
        <w:t>status_500:错误: 笼位:211-1-1-10-F 已被使用，请刷新页面: 1</w:t>
      </w:r>
    </w:p>
    <w:p>
      <w:r>
        <w:t>status_500:错误: 笼位:211-1-1-10-G 已被使用，请刷新页面: 1</w:t>
      </w:r>
    </w:p>
    <w:p>
      <w:r>
        <w:t>status_500:错误: 笼位:211-1-1-10-E 已被使用，请刷新页面: 1</w:t>
      </w:r>
    </w:p>
    <w:p>
      <w:r>
        <w:t>status_500:错误: 笼位:123-1-A 已被使用，请刷新页面: 1</w:t>
      </w:r>
    </w:p>
    <w:p>
      <w:r>
        <w:t>status_500:错误: 笼位:211-1-1-10-H 已被使用，请刷新页面: 1</w:t>
      </w:r>
    </w:p>
    <w:p>
      <w:r>
        <w:t>status_500:错误: 笼位:211-1-1-9-A 已被使用，请刷新页面: 1</w:t>
      </w:r>
    </w:p>
    <w:p>
      <w:r>
        <w:t>status_500:错误: 笼位:123-1-B 已被使用，请刷新页面: 1</w:t>
      </w:r>
    </w:p>
    <w:p>
      <w:r>
        <w:t>status_500:错误: 笼位:123-1-E 已被使用，请刷新页面: 1</w:t>
      </w:r>
    </w:p>
    <w:p>
      <w:r>
        <w:t>status_500:错误: 笼位:123-1-D 已被使用，请刷新页面: 1</w:t>
      </w:r>
    </w:p>
    <w:p>
      <w:r>
        <w:t>status_500:错误: 笼位:123-1-C 已被使用，请刷新页面: 1</w:t>
      </w:r>
    </w:p>
    <w:p>
      <w:r>
        <w:t>status_500:错误: 笼位:123-1-F 已被使用，请刷新页面: 1</w:t>
      </w:r>
    </w:p>
    <w:p>
      <w:r>
        <w:t>status_500:错误: 笼位:123-1-G 已被使用，请刷新页面: 1</w:t>
      </w:r>
    </w:p>
    <w:p>
      <w:r>
        <w:t>status_500:错误: 笼位:123-2-A 已被使用，请刷新页面: 1</w:t>
      </w:r>
    </w:p>
    <w:p>
      <w:r>
        <w:t>status_500:错误: 笼位:123-2-B 已被使用，请刷新页面: 1</w:t>
      </w:r>
    </w:p>
    <w:p>
      <w:r>
        <w:t>status_500:错误: 笼位:123-2-C 已被使用，请刷新页面: 1</w:t>
      </w:r>
    </w:p>
    <w:p>
      <w:r>
        <w:t>status_500:错误: 笼位:123-1-H 已被使用，请刷新页面: 1</w:t>
      </w:r>
    </w:p>
    <w:p>
      <w:r>
        <w:t>status_500:错误: 笼位:123-2-D 已被使用，请刷新页面: 1</w:t>
      </w:r>
    </w:p>
    <w:p>
      <w:r>
        <w:t>status_500:错误: 笼位:123-5-H 已被使用，请刷新页面: 1</w:t>
      </w:r>
    </w:p>
    <w:p>
      <w:r>
        <w:t>status_500:错误: 笼位:123-2-E 已被使用，请刷新页面: 1</w:t>
      </w:r>
    </w:p>
    <w:p>
      <w:r>
        <w:t>status_500:错误: 笼位:123-2-G 已被使用，请刷新页面: 1</w:t>
      </w:r>
    </w:p>
    <w:p>
      <w:r>
        <w:t>status_500:错误: 笼位:123-2-H 已被使用，请刷新页面: 1</w:t>
      </w:r>
    </w:p>
    <w:p>
      <w:r>
        <w:t>status_500:错误: 笼位:123-2-F 已被使用，请刷新页面: 1</w:t>
      </w:r>
    </w:p>
    <w:p>
      <w:r>
        <w:t>status_500:错误: 笼位:123-3-A 已被使用，请刷新页面: 1</w:t>
      </w:r>
    </w:p>
    <w:p>
      <w:r>
        <w:t>status_500:错误: 笼位:123-3-B 已被使用，请刷新页面: 1</w:t>
      </w:r>
    </w:p>
    <w:p>
      <w:r>
        <w:t>status_500:错误: 笼位:123-3-C 已被使用，请刷新页面: 1</w:t>
      </w:r>
    </w:p>
    <w:p>
      <w:r>
        <w:t>status_500:错误: 笼位:123-3-D 已被使用，请刷新页面: 1</w:t>
      </w:r>
    </w:p>
    <w:p>
      <w:r>
        <w:t>status_500:错误: 笼位:123-3-E 已被使用，请刷新页面: 1</w:t>
      </w:r>
    </w:p>
    <w:p>
      <w:r>
        <w:t>status_500:错误: 笼位:123-3-G 已被使用，请刷新页面: 1</w:t>
      </w:r>
    </w:p>
    <w:p>
      <w:r>
        <w:t>status_500:错误: 笼位:123-3-F 已被使用，请刷新页面: 1</w:t>
      </w:r>
    </w:p>
    <w:p>
      <w:r>
        <w:t>status_500:错误: 笼位:123-4-B 已被使用，请刷新页面: 1</w:t>
      </w:r>
    </w:p>
    <w:p>
      <w:r>
        <w:t>status_500:错误: 笼位:123-4-A 已被使用，请刷新页面: 1</w:t>
      </w:r>
    </w:p>
    <w:p>
      <w:r>
        <w:t>status_500:错误: 笼位:123-3-H 已被使用，请刷新页面: 1</w:t>
      </w:r>
    </w:p>
    <w:p>
      <w:r>
        <w:t>status_500:错误: 笼位:123-4-C 已被使用，请刷新页面: 1</w:t>
      </w:r>
    </w:p>
    <w:p>
      <w:r>
        <w:t>status_500:错误: 笼位:123-4-E 已被使用，请刷新页面: 1</w:t>
      </w:r>
    </w:p>
    <w:p>
      <w:r>
        <w:t>status_500:错误: 笼位:123-4-D 已被使用，请刷新页面: 1</w:t>
      </w:r>
    </w:p>
    <w:p>
      <w:r>
        <w:t>status_500:错误: 笼位:123-4-F 已被使用，请刷新页面: 1</w:t>
      </w:r>
    </w:p>
    <w:p>
      <w:r>
        <w:t>status_500:错误: 笼位:123-4-G 已被使用，请刷新页面: 1</w:t>
      </w:r>
    </w:p>
    <w:p>
      <w:r>
        <w:t>status_500:错误: 笼位:123-4-H 已被使用，请刷新页面: 1</w:t>
      </w:r>
    </w:p>
    <w:p>
      <w:r>
        <w:t>status_500:错误: 笼位:123-5-A 已被使用，请刷新页面: 1</w:t>
      </w:r>
    </w:p>
    <w:p>
      <w:r>
        <w:t>status_500:错误: 笼位:123-5-B 已被使用，请刷新页面: 1</w:t>
      </w:r>
    </w:p>
    <w:p>
      <w:r>
        <w:t>status_500:错误: 笼位:123-5-C 已被使用，请刷新页面: 1</w:t>
      </w:r>
    </w:p>
    <w:p>
      <w:r>
        <w:t>status_500:错误: 笼位:123-5-D 已被使用，请刷新页面: 1</w:t>
      </w:r>
    </w:p>
    <w:p>
      <w:r>
        <w:t>status_500:错误: 笼位:123-5-E 已被使用，请刷新页面: 1</w:t>
      </w:r>
    </w:p>
    <w:p>
      <w:r>
        <w:t>status_500:错误: 笼位:123-5-G 已被使用，请刷新页面: 1</w:t>
      </w:r>
    </w:p>
    <w:p>
      <w:r>
        <w:t>status_500:错误: 笼位:123-5-F 已被使用，请刷新页面: 1</w:t>
      </w:r>
    </w:p>
    <w:p>
      <w:r>
        <w:t>status_500:错误: 笼位:123-6-A 已被使用，请刷新页面: 1</w:t>
      </w:r>
    </w:p>
    <w:p>
      <w:r>
        <w:t>status_500:错误: 笼位:123-6-B 已被使用，请刷新页面: 1</w:t>
      </w:r>
    </w:p>
    <w:p>
      <w:r>
        <w:t>status_500:错误: 笼位:123-6-C 已被使用，请刷新页面: 1</w:t>
      </w:r>
    </w:p>
    <w:p>
      <w:r>
        <w:t>status_500:错误: 笼位:123-6-E 已被使用，请刷新页面: 1</w:t>
      </w:r>
    </w:p>
    <w:p>
      <w:r>
        <w:t>status_500:错误: 笼位:123-6-H 已被使用，请刷新页面: 1</w:t>
      </w:r>
    </w:p>
    <w:p>
      <w:r>
        <w:t>status_500:错误: 笼位:123-6-D 已被使用，请刷新页面: 1</w:t>
      </w:r>
    </w:p>
    <w:p>
      <w:r>
        <w:t>status_500:错误: 笼位:123-6-G 已被使用，请刷新页面: 1</w:t>
      </w:r>
    </w:p>
    <w:p>
      <w:r>
        <w:t>status_500:错误: 笼位:123-7-A 已被使用，请刷新页面: 1</w:t>
      </w:r>
    </w:p>
    <w:p>
      <w:r>
        <w:t>status_500:错误: 笼位:123-6-F 已被使用，请刷新页面: 1</w:t>
      </w:r>
    </w:p>
    <w:p>
      <w:r>
        <w:t>status_500:错误: 笼位:123-7-B 已被使用，请刷新页面: 1</w:t>
      </w:r>
    </w:p>
    <w:p>
      <w:r>
        <w:t>status_500:错误: 笼位:123-7-C 已被使用，请刷新页面: 1</w:t>
      </w:r>
    </w:p>
    <w:p>
      <w:r>
        <w:t>status_500:错误: 笼位:123-7-E 已被使用，请刷新页面: 1</w:t>
      </w:r>
    </w:p>
    <w:p>
      <w:r>
        <w:t>status_500:错误: 笼位:123-7-F 已被使用，请刷新页面: 1</w:t>
      </w:r>
    </w:p>
    <w:p>
      <w:r>
        <w:t>status_500:错误: 笼位:123-7-D 已被使用，请刷新页面: 1</w:t>
      </w:r>
    </w:p>
    <w:p>
      <w:r>
        <w:t>status_500:错误: 笼位:123-7-G 已被使用，请刷新页面: 1</w:t>
      </w:r>
    </w:p>
    <w:p>
      <w:r>
        <w:t>status_500:错误: 笼位:123-7-H 已被使用，请刷新页面: 1</w:t>
      </w:r>
    </w:p>
    <w:p>
      <w:r>
        <w:t>status_500:错误: 笼位:123-8-A 已被使用，请刷新页面: 1</w:t>
      </w:r>
    </w:p>
    <w:p>
      <w:r>
        <w:t>status_500:错误: 笼位:123-8-B 已被使用，请刷新页面: 1</w:t>
      </w:r>
    </w:p>
    <w:p>
      <w:r>
        <w:t>status_500:错误: 笼位:123-8-C 已被使用，请刷新页面: 1</w:t>
      </w:r>
    </w:p>
    <w:p>
      <w:r>
        <w:t>status_500:错误: 笼位:123-8-D 已被使用，请刷新页面: 1</w:t>
      </w:r>
    </w:p>
    <w:p>
      <w:r>
        <w:t>status_500:错误: 笼位:123-8-G 已被使用，请刷新页面: 1</w:t>
      </w:r>
    </w:p>
    <w:p>
      <w:r>
        <w:t>status_500:错误: 笼位:123-8-H 已被使用，请刷新页面: 1</w:t>
      </w:r>
    </w:p>
    <w:p>
      <w:r>
        <w:t>status_500:错误: 笼位:123-8-F 已被使用，请刷新页面: 1</w:t>
      </w:r>
    </w:p>
    <w:p>
      <w:r>
        <w:t>status_500:错误: 笼位:123-9-B 已被使用，请刷新页面: 1</w:t>
      </w:r>
    </w:p>
    <w:p>
      <w:r>
        <w:t>status_500:错误: 笼位:123-9-A 已被使用，请刷新页面: 1</w:t>
      </w:r>
    </w:p>
    <w:p>
      <w:r>
        <w:t>status_500:错误: 笼位:123-9-C 已被使用，请刷新页面: 1</w:t>
      </w:r>
    </w:p>
    <w:p>
      <w:r>
        <w:t>status_500:错误: 笼位:123-9-D 已被使用，请刷新页面: 1</w:t>
      </w:r>
    </w:p>
    <w:p>
      <w:r>
        <w:t>status_500:错误: 笼位:123-9-E 已被使用，请刷新页面: 1</w:t>
      </w:r>
    </w:p>
    <w:p>
      <w:r>
        <w:t>status_500:错误: 笼位:123-9-F 已被使用，请刷新页面: 1</w:t>
      </w:r>
    </w:p>
    <w:p>
      <w:r>
        <w:t>status_500:错误: 笼位:123-9-G 已被使用，请刷新页面: 1</w:t>
      </w:r>
    </w:p>
    <w:p>
      <w:r>
        <w:t>status_500:错误: 笼位:123-9-H 已被使用，请刷新页面: 1</w:t>
      </w:r>
    </w:p>
    <w:p>
      <w:r>
        <w:t>status_500:错误: 笼位:123-10-F 已被使用，请刷新页面: 1</w:t>
      </w:r>
    </w:p>
    <w:p>
      <w:r>
        <w:t>status_500:错误: 笼位:123-10-G 已被使用，请刷新页面: 1</w:t>
      </w:r>
    </w:p>
    <w:p>
      <w:r>
        <w:t>status_500:错误: 笼位:210-2-1-1-A 已被使用，请刷新页面: 1</w:t>
      </w:r>
    </w:p>
    <w:p>
      <w:r>
        <w:t>status_500:错误: 笼位:123-10-H 已被使用，请刷新页面: 1</w:t>
      </w:r>
    </w:p>
    <w:p>
      <w:r>
        <w:t>status_500:错误: 笼位:210-2-1-1-B 已被使用，请刷新页面: 1</w:t>
      </w:r>
    </w:p>
    <w:p>
      <w:r>
        <w:t>status_500:错误: 笼位:210-2-1-1-C 已被使用，请刷新页面: 1</w:t>
      </w:r>
    </w:p>
    <w:p>
      <w:r>
        <w:t>status_500:错误: 笼位:210-2-1-1-D 已被使用，请刷新页面: 1</w:t>
      </w:r>
    </w:p>
    <w:p>
      <w:r>
        <w:t>status_500:错误: 笼位:123-8-E 已被使用，请刷新页面: 1</w:t>
      </w:r>
    </w:p>
    <w:p>
      <w:r>
        <w:t>status_500:错误: 笼位:210-2-1-1-E 已被使用，请刷新页面: 1</w:t>
      </w:r>
    </w:p>
    <w:p>
      <w:r>
        <w:t>status_500:错误: 笼位:210-2-1-1-F 已被使用，请刷新页面: 1</w:t>
      </w:r>
    </w:p>
    <w:p>
      <w:r>
        <w:t>status_500:错误: 笼位:210-2-1-1-G 已被使用，请刷新页面: 1</w:t>
      </w:r>
    </w:p>
    <w:p>
      <w:r>
        <w:t>status_500:错误: 笼位:210-2-1-1-H 已被使用，请刷新页面: 1</w:t>
      </w:r>
    </w:p>
    <w:p>
      <w:r>
        <w:t>status_500:错误: 笼位:210-2-1-2-A 已被使用，请刷新页面: 1</w:t>
      </w:r>
    </w:p>
    <w:p>
      <w:r>
        <w:t>status_500:错误: 笼位:210-2-1-2-B 已被使用，请刷新页面: 1</w:t>
      </w:r>
    </w:p>
    <w:p>
      <w:r>
        <w:t>status_500:错误: 笼位:210-2-1-2-C 已被使用，请刷新页面: 1</w:t>
      </w:r>
    </w:p>
    <w:p>
      <w:r>
        <w:t>status_500:错误: 笼位:210-2-1-2-E 已被使用，请刷新页面: 1</w:t>
      </w:r>
    </w:p>
    <w:p>
      <w:r>
        <w:t>status_500:错误: 笼位:210-2-1-2-D 已被使用，请刷新页面: 1</w:t>
      </w:r>
    </w:p>
    <w:p>
      <w:r>
        <w:t>status_500:错误: 笼位:210-2-1-2-F 已被使用，请刷新页面: 1</w:t>
      </w:r>
    </w:p>
    <w:p>
      <w:r>
        <w:t>status_500:错误: 笼位:210-2-1-3-A 已被使用，请刷新页面: 1</w:t>
      </w:r>
    </w:p>
    <w:p>
      <w:r>
        <w:t>status_500:错误: 笼位:210-2-1-2-G 已被使用，请刷新页面: 1</w:t>
      </w:r>
    </w:p>
    <w:p>
      <w:r>
        <w:t>status_500:错误: 笼位:210-2-1-2-H 已被使用，请刷新页面: 1</w:t>
      </w:r>
    </w:p>
    <w:p>
      <w:r>
        <w:t>status_500:错误: 笼位:210-2-1-3-C 已被使用，请刷新页面: 1</w:t>
      </w:r>
    </w:p>
    <w:p>
      <w:r>
        <w:t>status_500:错误: 笼位:210-2-1-3-B 已被使用，请刷新页面: 1</w:t>
      </w:r>
    </w:p>
    <w:p>
      <w:r>
        <w:t>status_500:错误: 笼位:210-2-1-3-E 已被使用，请刷新页面: 1</w:t>
      </w:r>
    </w:p>
    <w:p>
      <w:r>
        <w:t>status_500:错误: 笼位:210-2-1-3-F 已被使用，请刷新页面: 1</w:t>
      </w:r>
    </w:p>
    <w:p>
      <w:r>
        <w:t>status_500:错误: 笼位:210-2-1-3-D 已被使用，请刷新页面: 1</w:t>
      </w:r>
    </w:p>
    <w:p>
      <w:r>
        <w:t>status_500:错误: 笼位:210-2-1-3-G 已被使用，请刷新页面: 1</w:t>
      </w:r>
    </w:p>
    <w:p>
      <w:r>
        <w:t>status_500:错误: 笼位:210-2-1-4-B 已被使用，请刷新页面: 1</w:t>
      </w:r>
    </w:p>
    <w:p>
      <w:r>
        <w:t>status_500:错误: 笼位:210-2-1-3-H 已被使用，请刷新页面: 1</w:t>
      </w:r>
    </w:p>
    <w:p>
      <w:r>
        <w:t>status_500:错误: 笼位:210-2-1-4-A 已被使用，请刷新页面: 1</w:t>
      </w:r>
    </w:p>
    <w:p>
      <w:r>
        <w:t>status_500:错误: 笼位:210-2-1-4-C 已被使用，请刷新页面: 1</w:t>
      </w:r>
    </w:p>
    <w:p>
      <w:r>
        <w:t>status_500:错误: 笼位:210-2-1-4-D 已被使用，请刷新页面: 1</w:t>
      </w:r>
    </w:p>
    <w:p>
      <w:r>
        <w:t>status_500:错误: 笼位:210-2-1-4-G 已被使用，请刷新页面: 1</w:t>
      </w:r>
    </w:p>
    <w:p>
      <w:r>
        <w:t>status_500:错误: 笼位:210-2-1-4-F 已被使用，请刷新页面: 1</w:t>
      </w:r>
    </w:p>
    <w:p>
      <w:r>
        <w:t>status_500:错误: 笼位:210-2-1-4-E 已被使用，请刷新页面: 1</w:t>
      </w:r>
    </w:p>
    <w:p>
      <w:r>
        <w:t>status_500:错误: 笼位:210-2-1-4-H 已被使用，请刷新页面: 1</w:t>
      </w:r>
    </w:p>
    <w:p>
      <w:r>
        <w:t>status_500:错误: 笼位:210-2-1-5-A 已被使用，请刷新页面: 1</w:t>
      </w:r>
    </w:p>
    <w:p>
      <w:r>
        <w:t>status_500:错误: 笼位:210-2-1-5-B 已被使用，请刷新页面: 1</w:t>
      </w:r>
    </w:p>
    <w:p>
      <w:r>
        <w:t>status_500:错误: 笼位:210-2-1-5-C 已被使用，请刷新页面: 1</w:t>
      </w:r>
    </w:p>
    <w:p>
      <w:r>
        <w:t>status_500:错误: 笼位:210-2-1-5-D 已被使用，请刷新页面: 1</w:t>
      </w:r>
    </w:p>
    <w:p>
      <w:r>
        <w:t>status_500:错误: 笼位:210-2-1-5-F 已被使用，请刷新页面: 1</w:t>
      </w:r>
    </w:p>
    <w:p>
      <w:r>
        <w:t>status_500:错误: 笼位:210-2-1-5-G 已被使用，请刷新页面: 1</w:t>
      </w:r>
    </w:p>
    <w:p>
      <w:r>
        <w:t>status_500:错误: 笼位:210-2-1-5-E 已被使用，请刷新页面: 1</w:t>
      </w:r>
    </w:p>
    <w:p>
      <w:r>
        <w:t>status_500:错误: 笼位:210-2-1-5-H 已被使用，请刷新页面: 1</w:t>
      </w:r>
    </w:p>
    <w:p>
      <w:r>
        <w:t>status_500:错误: 笼位:210-2-1-6-A 已被使用，请刷新页面: 1</w:t>
      </w:r>
    </w:p>
    <w:p>
      <w:r>
        <w:t>status_500:错误: 笼位:210-2-1-6-B 已被使用，请刷新页面: 1</w:t>
      </w:r>
    </w:p>
    <w:p>
      <w:r>
        <w:t>status_500:错误: 笼位:210-2-1-6-C 已被使用，请刷新页面: 1</w:t>
      </w:r>
    </w:p>
    <w:p>
      <w:r>
        <w:t>status_500:错误: 笼位:210-2-1-6-D 已被使用，请刷新页面: 1</w:t>
      </w:r>
    </w:p>
    <w:p>
      <w:r>
        <w:t>status_500:错误: 笼位:210-2-1-6-E 已被使用，请刷新页面: 1</w:t>
      </w:r>
    </w:p>
    <w:p>
      <w:r>
        <w:t>status_500:错误: 笼位:210-2-1-6-F 已被使用，请刷新页面: 1</w:t>
      </w:r>
    </w:p>
    <w:p>
      <w:r>
        <w:t>status_500:错误: 笼位:210-2-1-6-G 已被使用，请刷新页面: 1</w:t>
      </w:r>
    </w:p>
    <w:p>
      <w:r>
        <w:t>status_500:错误: 笼位:210-2-1-7-A 已被使用，请刷新页面: 1</w:t>
      </w:r>
    </w:p>
    <w:p>
      <w:r>
        <w:t>status_500:错误: 笼位:210-2-1-6-H 已被使用，请刷新页面: 1</w:t>
      </w:r>
    </w:p>
    <w:p>
      <w:r>
        <w:t>status_500:错误: 笼位:210-2-1-7-B 已被使用，请刷新页面: 1</w:t>
      </w:r>
    </w:p>
    <w:p>
      <w:r>
        <w:t>status_500:错误: 笼位:210-2-1-7-C 已被使用，请刷新页面: 1</w:t>
      </w:r>
    </w:p>
    <w:p>
      <w:r>
        <w:t>status_500:错误: 笼位:210-2-1-7-D 已被使用，请刷新页面: 1</w:t>
      </w:r>
    </w:p>
    <w:p>
      <w:r>
        <w:t>status_500:错误: 笼位:210-2-1-7-E 已被使用，请刷新页面: 1</w:t>
      </w:r>
    </w:p>
    <w:p>
      <w:r>
        <w:t>status_500:错误: 笼位:210-2-1-7-F 已被使用，请刷新页面: 1</w:t>
      </w:r>
    </w:p>
    <w:p>
      <w:r>
        <w:t>status_500:错误: 笼位:210-2-1-7-G 已被使用，请刷新页面: 1</w:t>
      </w:r>
    </w:p>
    <w:p>
      <w:r>
        <w:t>status_500:错误: 笼位:210-2-1-7-H 已被使用，请刷新页面: 1</w:t>
      </w:r>
    </w:p>
    <w:p>
      <w:r>
        <w:t>status_500:错误: 笼位:210-2-1-8-A 已被使用，请刷新页面: 1</w:t>
      </w:r>
    </w:p>
    <w:p>
      <w:r>
        <w:t>status_500:错误: 笼位:210-2-1-8-C 已被使用，请刷新页面: 1</w:t>
      </w:r>
    </w:p>
    <w:p>
      <w:r>
        <w:t>status_500:错误: 笼位:210-2-1-8-B 已被使用，请刷新页面: 1</w:t>
      </w:r>
    </w:p>
    <w:p>
      <w:r>
        <w:t>status_500:错误: 笼位:210-2-1-8-D 已被使用，请刷新页面: 1</w:t>
      </w:r>
    </w:p>
    <w:p>
      <w:r>
        <w:t>status_500:错误: 笼位:210-2-1-8-E 已被使用，请刷新页面: 1</w:t>
      </w:r>
    </w:p>
    <w:p>
      <w:r>
        <w:t>status_500:错误: 笼位:210-2-1-8-F 已被使用，请刷新页面: 1</w:t>
      </w:r>
    </w:p>
    <w:p>
      <w:r>
        <w:t>status_500:错误: 笼位:210-2-1-8-G 已被使用，请刷新页面: 1</w:t>
      </w:r>
    </w:p>
    <w:p>
      <w:r>
        <w:t>status_500:错误: 笼位:210-2-1-9-A 已被使用，请刷新页面: 1</w:t>
      </w:r>
    </w:p>
    <w:p>
      <w:r>
        <w:t>status_500:错误: 笼位:210-2-1-8-H 已被使用，请刷新页面: 1</w:t>
      </w:r>
    </w:p>
    <w:p>
      <w:r>
        <w:t>status_500:错误: 笼位:210-2-1-9-B 已被使用，请刷新页面: 1</w:t>
      </w:r>
    </w:p>
    <w:p>
      <w:r>
        <w:t>status_500:错误: 笼位:210-2-1-9-C 已被使用，请刷新页面: 1</w:t>
      </w:r>
    </w:p>
    <w:p>
      <w:r>
        <w:t>status_500:错误: 笼位:210-2-1-9-D 已被使用，请刷新页面: 1</w:t>
      </w:r>
    </w:p>
    <w:p>
      <w:r>
        <w:t>status_500:错误: 笼位:210-2-1-9-F 已被使用，请刷新页面: 1</w:t>
      </w:r>
    </w:p>
    <w:p>
      <w:r>
        <w:t>status_500:错误: 笼位:210-2-1-9-E 已被使用，请刷新页面: 1</w:t>
      </w:r>
    </w:p>
    <w:p>
      <w:r>
        <w:t>status_500:错误: 笼位:210-2-1-9-G 已被使用，请刷新页面: 1</w:t>
      </w:r>
    </w:p>
    <w:p>
      <w:r>
        <w:t>status_500:错误: 笼位:210-2-1-9-H 已被使用，请刷新页面: 1</w:t>
      </w:r>
    </w:p>
    <w:p>
      <w:r>
        <w:t>status_500:错误: 笼位:210-2-1-10-A 已被使用，请刷新页面: 1</w:t>
      </w:r>
    </w:p>
    <w:p>
      <w:r>
        <w:t>status_500:错误: 笼位:210-2-1-10-B 已被使用，请刷新页面: 1</w:t>
      </w:r>
    </w:p>
    <w:p>
      <w:r>
        <w:t>status_500:错误: 笼位:210-2-1-10-C 已被使用，请刷新页面: 1</w:t>
      </w:r>
    </w:p>
    <w:p>
      <w:r>
        <w:t>status_500:错误: 笼位:210-2-1-10-D 已被使用，请刷新页面: 1</w:t>
      </w:r>
    </w:p>
    <w:p>
      <w:r>
        <w:t>status_500:错误: 笼位:210-2-1-10-E 已被使用，请刷新页面: 1</w:t>
      </w:r>
    </w:p>
    <w:p>
      <w:r>
        <w:t>status_500:错误: 笼位:210-2-1-10-G 已被使用，请刷新页面: 1</w:t>
      </w:r>
    </w:p>
    <w:p>
      <w:r>
        <w:t>status_500:错误: 笼位:210-2-1-10-F 已被使用，请刷新页面: 1</w:t>
      </w:r>
    </w:p>
    <w:p>
      <w:r>
        <w:t>status_500:错误: 笼位:210-2-1-10-H 已被使用，请刷新页面: 1</w:t>
      </w:r>
    </w:p>
    <w:p>
      <w:r>
        <w:t>status_500:错误: 笼位:205-1-1-A 已被使用，请刷新页面: 1</w:t>
      </w:r>
    </w:p>
    <w:p>
      <w:r>
        <w:t>status_500:错误: 笼位:205-1-1-B 已被使用，请刷新页面: 1</w:t>
      </w:r>
    </w:p>
    <w:p>
      <w:r>
        <w:t>status_500:错误: 笼位:205-1-1-C 已被使用，请刷新页面: 1</w:t>
      </w:r>
    </w:p>
    <w:p>
      <w:r>
        <w:t>status_500:错误: 笼位:205-1-1-D 已被使用，请刷新页面: 1</w:t>
      </w:r>
    </w:p>
    <w:p>
      <w:r>
        <w:t>status_500:错误: 笼位:205-1-1-E 已被使用，请刷新页面: 1</w:t>
      </w:r>
    </w:p>
    <w:p>
      <w:r>
        <w:t>status_500:错误: 笼位:205-1-1-F 已被使用，请刷新页面: 1</w:t>
      </w:r>
    </w:p>
    <w:p>
      <w:r>
        <w:t>status_500:错误: 笼位:205-1-1-G 已被使用，请刷新页面: 1</w:t>
      </w:r>
    </w:p>
    <w:p>
      <w:r>
        <w:t>status_500:错误: 笼位:205-1-1-H 已被使用，请刷新页面: 1</w:t>
      </w:r>
    </w:p>
    <w:p>
      <w:r>
        <w:t>status_500:错误: 笼位:205-1-2-A 已被使用，请刷新页面: 1</w:t>
      </w:r>
    </w:p>
    <w:p>
      <w:r>
        <w:t>status_500:错误: 笼位:205-1-2-B 已被使用，请刷新页面: 1</w:t>
      </w:r>
    </w:p>
    <w:p>
      <w:r>
        <w:t>status_500:错误: 笼位:205-1-2-C 已被使用，请刷新页面: 1</w:t>
      </w:r>
    </w:p>
    <w:p>
      <w:r>
        <w:t>status_500:错误: 笼位:205-1-2-D 已被使用，请刷新页面: 1</w:t>
      </w:r>
    </w:p>
    <w:p>
      <w:r>
        <w:t>status_500:错误: 笼位:205-1-2-E 已被使用，请刷新页面: 1</w:t>
      </w:r>
    </w:p>
    <w:p>
      <w:r>
        <w:t>status_500:错误: 笼位:205-1-2-F 已被使用，请刷新页面: 1</w:t>
      </w:r>
    </w:p>
    <w:p>
      <w:r>
        <w:t>status_500:错误: 笼位:205-1-2-G 已被使用，请刷新页面: 1</w:t>
      </w:r>
    </w:p>
    <w:p>
      <w:r>
        <w:t>status_500:错误: 笼位:205-1-2-H 已被使用，请刷新页面: 1</w:t>
      </w:r>
    </w:p>
    <w:p>
      <w:r>
        <w:t>status_500:错误: 笼位:205-1-3-A 已被使用，请刷新页面: 1</w:t>
      </w:r>
    </w:p>
    <w:p>
      <w:r>
        <w:t>status_500:错误: 笼位:205-1-3-B 已被使用，请刷新页面: 1</w:t>
      </w:r>
    </w:p>
    <w:p>
      <w:r>
        <w:t>status_500:错误: 笼位:205-1-3-C 已被使用，请刷新页面: 1</w:t>
      </w:r>
    </w:p>
    <w:p>
      <w:r>
        <w:t>status_500:错误: 笼位:205-1-3-D 已被使用，请刷新页面: 1</w:t>
      </w:r>
    </w:p>
    <w:p>
      <w:r>
        <w:t>status_500:错误: 笼位:205-1-3-E 已被使用，请刷新页面: 1</w:t>
      </w:r>
    </w:p>
    <w:p>
      <w:r>
        <w:t>status_500:错误: 笼位:205-1-3-F 已被使用，请刷新页面: 1</w:t>
      </w:r>
    </w:p>
    <w:p>
      <w:r>
        <w:t>status_500:错误: 笼位:205-1-3-G 已被使用，请刷新页面: 1</w:t>
      </w:r>
    </w:p>
    <w:p>
      <w:r>
        <w:t>status_500:错误: 笼位:205-1-3-H 已被使用，请刷新页面: 1</w:t>
      </w:r>
    </w:p>
    <w:p>
      <w:r>
        <w:t>status_500:错误: 笼位:205-1-4-A 已被使用，请刷新页面: 1</w:t>
      </w:r>
    </w:p>
    <w:p>
      <w:r>
        <w:t>status_500:错误: 笼位:205-1-4-B 已被使用，请刷新页面: 1</w:t>
      </w:r>
    </w:p>
    <w:p>
      <w:r>
        <w:t>status_500:错误: 笼位:205-1-4-D 已被使用，请刷新页面: 1</w:t>
      </w:r>
    </w:p>
    <w:p>
      <w:r>
        <w:t>status_500:错误: 笼位:205-1-4-E 已被使用，请刷新页面: 1</w:t>
      </w:r>
    </w:p>
    <w:p>
      <w:r>
        <w:t>status_500:错误: 笼位:205-1-4-F 已被使用，请刷新页面: 1</w:t>
      </w:r>
    </w:p>
    <w:p>
      <w:r>
        <w:t>status_500:错误: 笼位:205-1-4-G 已被使用，请刷新页面: 1</w:t>
      </w:r>
    </w:p>
    <w:p>
      <w:r>
        <w:t>status_500:错误: 笼位:205-1-4-H 已被使用，请刷新页面: 1</w:t>
      </w:r>
    </w:p>
    <w:p>
      <w:r>
        <w:t>status_500:错误: 笼位:205-1-5-A 已被使用，请刷新页面: 1</w:t>
      </w:r>
    </w:p>
    <w:p>
      <w:r>
        <w:t>status_500:错误: 笼位:205-1-5-B 已被使用，请刷新页面: 1</w:t>
      </w:r>
    </w:p>
    <w:p>
      <w:r>
        <w:t>status_500:错误: 笼位:205-1-7-A 已被使用，请刷新页面: 1</w:t>
      </w:r>
    </w:p>
    <w:p>
      <w:r>
        <w:t>status_500:错误: 笼位:205-1-5-C 已被使用，请刷新页面: 1</w:t>
      </w:r>
    </w:p>
    <w:p>
      <w:r>
        <w:t>status_500:错误: 笼位:205-1-5-D 已被使用，请刷新页面: 1</w:t>
      </w:r>
    </w:p>
    <w:p>
      <w:r>
        <w:t>status_500:错误: 笼位:205-1-5-E 已被使用，请刷新页面: 1</w:t>
      </w:r>
    </w:p>
    <w:p>
      <w:r>
        <w:t>status_500:错误: 笼位:205-1-5-F 已被使用，请刷新页面: 1</w:t>
      </w:r>
    </w:p>
    <w:p>
      <w:r>
        <w:t>status_500:错误: 笼位:205-1-8-C 已被使用，请刷新页面: 1</w:t>
      </w:r>
    </w:p>
    <w:p>
      <w:r>
        <w:t>status_500:错误: 笼位:205-1-5-G 已被使用，请刷新页面: 1</w:t>
      </w:r>
    </w:p>
    <w:p>
      <w:r>
        <w:t>status_500:错误: 笼位:205-1-5-H 已被使用，请刷新页面: 1</w:t>
      </w:r>
    </w:p>
    <w:p>
      <w:r>
        <w:t>status_500:错误: 笼位:205-1-4-C 已被使用，请刷新页面: 1</w:t>
      </w:r>
    </w:p>
    <w:p>
      <w:r>
        <w:t>status_500:错误: 笼位:205-1-6-A 已被使用，请刷新页面: 1</w:t>
      </w:r>
    </w:p>
    <w:p>
      <w:r>
        <w:t>status_500:错误: 笼位:205-1-6-C 已被使用，请刷新页面: 1</w:t>
      </w:r>
    </w:p>
    <w:p>
      <w:r>
        <w:t>status_500:错误: 笼位:205-1-8-G 已被使用，请刷新页面: 1</w:t>
      </w:r>
    </w:p>
    <w:p>
      <w:r>
        <w:t>status_500:错误: 笼位:205-1-6-D 已被使用，请刷新页面: 1</w:t>
      </w:r>
    </w:p>
    <w:p>
      <w:r>
        <w:t>status_500:错误: 笼位:205-1-6-E 已被使用，请刷新页面: 1</w:t>
      </w:r>
    </w:p>
    <w:p>
      <w:r>
        <w:t>status_500:错误: 笼位:205-1-6-F 已被使用，请刷新页面: 1</w:t>
      </w:r>
    </w:p>
    <w:p>
      <w:r>
        <w:t>status_500:错误: 笼位:205-1-6-G 已被使用，请刷新页面: 1</w:t>
      </w:r>
    </w:p>
    <w:p>
      <w:r>
        <w:t>status_500:错误: 笼位:205-1-6-H 已被使用，请刷新页面: 1</w:t>
      </w:r>
    </w:p>
    <w:p>
      <w:r>
        <w:t>status_500:错误: 笼位:205-1-7-B 已被使用，请刷新页面: 1</w:t>
      </w:r>
    </w:p>
    <w:p>
      <w:r>
        <w:t>status_500:错误: 笼位:205-1-7-C 已被使用，请刷新页面: 1</w:t>
      </w:r>
    </w:p>
    <w:p>
      <w:r>
        <w:t>status_500:错误: 笼位:205-1-7-D 已被使用，请刷新页面: 1</w:t>
      </w:r>
    </w:p>
    <w:p>
      <w:r>
        <w:t>status_500:错误: 笼位:205-1-7-E 已被使用，请刷新页面: 1</w:t>
      </w:r>
    </w:p>
    <w:p>
      <w:r>
        <w:t>status_500:错误: 笼位:205-1-7-F 已被使用，请刷新页面: 1</w:t>
      </w:r>
    </w:p>
    <w:p>
      <w:r>
        <w:t>status_500:错误: 笼位:205-1-7-H 已被使用，请刷新页面: 1</w:t>
      </w:r>
    </w:p>
    <w:p>
      <w:r>
        <w:t>status_500:错误: 笼位:205-1-8-A 已被使用，请刷新页面: 1</w:t>
      </w:r>
    </w:p>
    <w:p>
      <w:r>
        <w:t>status_500:错误: 笼位:205-1-7-G 已被使用，请刷新页面: 1</w:t>
      </w:r>
    </w:p>
    <w:p>
      <w:r>
        <w:t>status_500:错误: 笼位:205-1-8-B 已被使用，请刷新页面: 1</w:t>
      </w:r>
    </w:p>
    <w:p>
      <w:r>
        <w:t>status_500:错误: 笼位:205-1-8-D 已被使用，请刷新页面: 1</w:t>
      </w:r>
    </w:p>
    <w:p>
      <w:r>
        <w:t>status_500:错误: 笼位:205-1-8-E 已被使用，请刷新页面: 1</w:t>
      </w:r>
    </w:p>
    <w:p>
      <w:r>
        <w:t>status_500:错误: 笼位:205-1-8-F 已被使用，请刷新页面: 1</w:t>
      </w:r>
    </w:p>
    <w:p>
      <w:r>
        <w:t>status_500:错误: 笼位:205-1-6-B 已被使用，请刷新页面: 1</w:t>
      </w:r>
    </w:p>
    <w:p>
      <w:r>
        <w:t>status_500:错误: 笼位:205-1-8-H 已被使用，请刷新页面: 1</w:t>
      </w:r>
    </w:p>
    <w:p>
      <w:r>
        <w:t>status_500:错误: 笼位:hyb压测笼架0001-1-A 已被使用，请刷新页面: 1</w:t>
      </w:r>
    </w:p>
    <w:p>
      <w:r>
        <w:t>status_500:错误: 笼位:hyb压测笼架0001-1-C 已被使用，请刷新页面: 1</w:t>
      </w:r>
    </w:p>
    <w:p>
      <w:r>
        <w:t>status_500:错误: 笼位:hyb压测笼架0001-1-B 已被使用，请刷新页面: 1</w:t>
      </w:r>
    </w:p>
    <w:p>
      <w:r>
        <w:t>status_500:错误: 笼位:hyb压测笼架0001-1-D 已被使用，请刷新页面: 1</w:t>
      </w:r>
    </w:p>
    <w:p>
      <w:r>
        <w:t>status_500:错误: 笼位:hyb压测笼架0001-1-E 已被使用，请刷新页面: 1</w:t>
      </w:r>
    </w:p>
    <w:p>
      <w:r>
        <w:t>status_500:错误: 笼位:hyb压测笼架0001-1-F 已被使用，请刷新页面: 1</w:t>
      </w:r>
    </w:p>
    <w:p>
      <w:r>
        <w:t>status_500:错误: 笼位:hyb压测笼架0001-1-G 已被使用，请刷新页面: 1</w:t>
      </w:r>
    </w:p>
    <w:p>
      <w:r>
        <w:t>status_500:错误: 笼位:hyb压测笼架0001-1-H 已被使用，请刷新页面: 1</w:t>
      </w:r>
    </w:p>
    <w:p>
      <w:r>
        <w:t>status_500:错误: 笼位:hyb压测笼架0001-1-I 已被使用，请刷新页面: 1</w:t>
      </w:r>
    </w:p>
    <w:p>
      <w:r>
        <w:t>status_500:错误: 笼位:hyb压测笼架0001-1-J 已被使用，请刷新页面: 1</w:t>
      </w:r>
    </w:p>
    <w:p>
      <w:r>
        <w:t>status_500:错误: 笼位:hyb压测笼架0001-1-K 已被使用，请刷新页面: 1</w:t>
      </w:r>
    </w:p>
    <w:p>
      <w:r>
        <w:t>status_500:错误: 笼位:hyb压测笼架0001-1-L 已被使用，请刷新页面: 1</w:t>
      </w:r>
    </w:p>
    <w:p>
      <w:r>
        <w:t>status_500:错误: 笼位:hyb压测笼架0001-1-M 已被使用，请刷新页面: 1</w:t>
      </w:r>
    </w:p>
    <w:p>
      <w:r>
        <w:t>status_500:错误: 笼位:hyb压测笼架0001-1-N 已被使用，请刷新页面: 1</w:t>
      </w:r>
    </w:p>
    <w:p>
      <w:r>
        <w:t>status_500:错误: 笼位:hyb压测笼架0001-1-O 已被使用，请刷新页面: 1</w:t>
      </w:r>
    </w:p>
    <w:p>
      <w:r>
        <w:t>status_500:错误: 笼位:hyb压测笼架0001-1-Q 已被使用，请刷新页面: 1</w:t>
      </w:r>
    </w:p>
    <w:p>
      <w:r>
        <w:t>status_500:错误: 笼位:hyb压测笼架0001-1-P 已被使用，请刷新页面: 1</w:t>
      </w:r>
    </w:p>
    <w:p>
      <w:r>
        <w:t>status_500:错误: 笼位:hyb压测笼架0001-1-R 已被使用，请刷新页面: 1</w:t>
      </w:r>
    </w:p>
    <w:p>
      <w:r>
        <w:t>status_500:错误: 笼位:hyb压测笼架0001-1-S 已被使用，请刷新页面: 1</w:t>
      </w:r>
    </w:p>
    <w:p>
      <w:r>
        <w:t>status_500:错误: 笼位:hyb压测笼架0001-1-T 已被使用，请刷新页面: 1</w:t>
      </w:r>
    </w:p>
    <w:p>
      <w:r>
        <w:t>status_500:错误: 笼位:hyb压测笼架0001-1-U 已被使用，请刷新页面: 1</w:t>
      </w:r>
    </w:p>
    <w:p>
      <w:r>
        <w:t>status_500:错误: 笼位:hyb压测笼架0001-1-V 已被使用，请刷新页面: 1</w:t>
      </w:r>
    </w:p>
    <w:p>
      <w:r>
        <w:t>status_500:错误: 笼位:hyb压测笼架0001-1-W 已被使用，请刷新页面: 1</w:t>
      </w:r>
    </w:p>
    <w:p>
      <w:r>
        <w:t>status_500:错误: 笼位:hyb压测笼架0001-2-A 已被使用，请刷新页面: 1</w:t>
      </w:r>
    </w:p>
    <w:p>
      <w:r>
        <w:t>status_500:错误: 笼位:hyb压测笼架0001-2-C 已被使用，请刷新页面: 1</w:t>
      </w:r>
    </w:p>
    <w:p>
      <w:r>
        <w:t>status_500:错误: 笼位:hyb压测笼架0001-2-B 已被使用，请刷新页面: 1</w:t>
      </w:r>
    </w:p>
    <w:p>
      <w:r>
        <w:t>status_500:错误: 笼位:hyb压测笼架0001-2-D 已被使用，请刷新页面: 1</w:t>
      </w:r>
    </w:p>
    <w:p>
      <w:r>
        <w:t>status_500:错误: 笼位:hyb压测笼架0001-2-E 已被使用，请刷新页面: 1</w:t>
      </w:r>
    </w:p>
    <w:p>
      <w:r>
        <w:t>status_500:错误: 笼位:hyb压测笼架0001-2-F 已被使用，请刷新页面: 1</w:t>
      </w:r>
    </w:p>
    <w:p>
      <w:r>
        <w:t>status_500:错误: 笼位:hyb压测笼架0001-2-G 已被使用，请刷新页面: 1</w:t>
      </w:r>
    </w:p>
    <w:p>
      <w:r>
        <w:t>status_500:错误: 笼位:hyb压测笼架0001-2-H 已被使用，请刷新页面: 1</w:t>
      </w:r>
    </w:p>
    <w:p>
      <w:r>
        <w:t>status_500:错误: 笼位:hyb压测笼架0001-2-I 已被使用，请刷新页面: 1</w:t>
      </w:r>
    </w:p>
    <w:p>
      <w:r>
        <w:t>status_500:错误: 笼位:hyb压测笼架0001-2-J 已被使用，请刷新页面: 1</w:t>
      </w:r>
    </w:p>
    <w:p>
      <w:r>
        <w:t>status_500:错误: 笼位:hyb压测笼架0001-2-K 已被使用，请刷新页面: 1</w:t>
      </w:r>
    </w:p>
    <w:p>
      <w:r>
        <w:t>status_500:错误: 笼位:hyb压测笼架0001-2-L 已被使用，请刷新页面: 1</w:t>
      </w:r>
    </w:p>
    <w:p>
      <w:r>
        <w:t>status_500:错误: 笼位:hyb压测笼架0001-2-M 已被使用，请刷新页面: 1</w:t>
      </w:r>
    </w:p>
    <w:p>
      <w:r>
        <w:t>status_500:错误: 笼位:hyb压测笼架0001-2-N 已被使用，请刷新页面: 1</w:t>
      </w:r>
    </w:p>
    <w:p>
      <w:r>
        <w:t>status_500:错误: 笼位:hyb压测笼架0001-2-P 已被使用，请刷新页面: 1</w:t>
      </w:r>
    </w:p>
    <w:p>
      <w:r>
        <w:t>status_500:错误: 笼位:hyb压测笼架0001-2-O 已被使用，请刷新页面: 1</w:t>
      </w:r>
    </w:p>
    <w:p>
      <w:r>
        <w:t>status_500:错误: 笼位:hyb压测笼架0001-2-Q 已被使用，请刷新页面: 1</w:t>
      </w:r>
    </w:p>
    <w:p>
      <w:r>
        <w:t>status_500:错误: 笼位:hyb压测笼架0001-2-R 已被使用，请刷新页面: 1</w:t>
      </w:r>
    </w:p>
    <w:p>
      <w:r>
        <w:t>status_500:错误: 笼位:hyb压测笼架0001-2-S 已被使用，请刷新页面: 1</w:t>
      </w:r>
    </w:p>
    <w:p>
      <w:r>
        <w:t>status_500:错误: 笼位:hyb压测笼架0001-2-T 已被使用，请刷新页面: 1</w:t>
      </w:r>
    </w:p>
    <w:p>
      <w:r>
        <w:t>status_500:错误: 笼位:hyb压测笼架0001-2-U 已被使用，请刷新页面: 1</w:t>
      </w:r>
    </w:p>
    <w:p>
      <w:r>
        <w:t>status_500:错误: 笼位:hyb压测笼架0001-2-V 已被使用，请刷新页面: 1</w:t>
      </w:r>
    </w:p>
    <w:p>
      <w:r>
        <w:t>status_500:错误: 笼位:hyb压测笼架0001-2-W 已被使用，请刷新页面: 1</w:t>
      </w:r>
    </w:p>
    <w:p>
      <w:r>
        <w:t>status_500:错误: 笼位:hyb压测笼架0001-3-A 已被使用，请刷新页面: 1</w:t>
      </w:r>
    </w:p>
    <w:p>
      <w:r>
        <w:t>status_500:错误: 笼位:hyb压测笼架0001-3-B 已被使用，请刷新页面: 1</w:t>
      </w:r>
    </w:p>
    <w:p>
      <w:r>
        <w:t>status_500:错误: 笼位:hyb压测笼架0001-3-C 已被使用，请刷新页面: 1</w:t>
      </w:r>
    </w:p>
    <w:p>
      <w:r>
        <w:t>status_500:错误: 笼位:hyb压测笼架0001-3-D 已被使用，请刷新页面: 1</w:t>
      </w:r>
    </w:p>
    <w:p>
      <w:r>
        <w:t>status_500:错误: 笼位:hyb压测笼架0001-3-E 已被使用，请刷新页面: 1</w:t>
      </w:r>
    </w:p>
    <w:p>
      <w:r>
        <w:t>status_500:错误: 笼位:hyb压测笼架0001-3-F 已被使用，请刷新页面: 1</w:t>
      </w:r>
    </w:p>
    <w:p>
      <w:r>
        <w:t>status_500:错误: 笼位:hyb压测笼架0001-3-G 已被使用，请刷新页面: 1</w:t>
      </w:r>
    </w:p>
    <w:p>
      <w:r>
        <w:t>status_500:错误: 笼位:hyb压测笼架0001-3-H 已被使用，请刷新页面: 1</w:t>
      </w:r>
    </w:p>
    <w:p>
      <w:r>
        <w:t>status_500:错误: 笼位:hyb压测笼架0001-3-I 已被使用，请刷新页面: 1</w:t>
      </w:r>
    </w:p>
    <w:p>
      <w:r>
        <w:t>status_500:错误: 笼位:hyb压测笼架0001-3-J 已被使用，请刷新页面: 1</w:t>
      </w:r>
    </w:p>
    <w:p>
      <w:r>
        <w:t>status_500:错误: 笼位:hyb压测笼架0001-3-K 已被使用，请刷新页面: 1</w:t>
      </w:r>
    </w:p>
    <w:p>
      <w:r>
        <w:t>status_500:错误: 笼位:hyb压测笼架0001-3-L 已被使用，请刷新页面: 1</w:t>
      </w:r>
    </w:p>
    <w:p>
      <w:r>
        <w:t>status_500:错误: 笼位:hyb压测笼架0001-3-M 已被使用，请刷新页面: 1</w:t>
      </w:r>
    </w:p>
    <w:p>
      <w:r>
        <w:t>status_500:错误: 笼位:hyb压测笼架0001-3-N 已被使用，请刷新页面: 1</w:t>
      </w:r>
    </w:p>
    <w:p>
      <w:r>
        <w:t>status_500:错误: 笼位:hyb压测笼架0001-3-O 已被使用，请刷新页面: 1</w:t>
      </w:r>
    </w:p>
    <w:p>
      <w:r>
        <w:t>status_500:错误: 笼位:hyb压测笼架0001-3-P 已被使用，请刷新页面: 1</w:t>
      </w:r>
    </w:p>
    <w:p>
      <w:r>
        <w:t>status_500:错误: 笼位:hyb压测笼架0001-3-Q 已被使用，请刷新页面: 1</w:t>
      </w:r>
    </w:p>
    <w:p>
      <w:r>
        <w:t>status_500:错误: 笼位:hyb压测笼架0001-3-R 已被使用，请刷新页面: 1</w:t>
      </w:r>
    </w:p>
    <w:p>
      <w:r>
        <w:t>status_500:错误: 笼位:hyb压测笼架0001-3-S 已被使用，请刷新页面: 1</w:t>
      </w:r>
    </w:p>
    <w:p>
      <w:r>
        <w:t>status_500:错误: 笼位:hyb压测笼架0001-3-T 已被使用，请刷新页面: 1</w:t>
      </w:r>
    </w:p>
    <w:p>
      <w:r>
        <w:t>status_500:错误: 笼位:hyb压测笼架0001-3-U 已被使用，请刷新页面: 1</w:t>
      </w:r>
    </w:p>
    <w:p>
      <w:r>
        <w:t>status_500:错误: 笼位:hyb压测笼架0001-3-V 已被使用，请刷新页面: 1</w:t>
      </w:r>
    </w:p>
    <w:p>
      <w:r>
        <w:t>status_500:错误: 笼位:hyb压测笼架0001-3-W 已被使用，请刷新页面: 1</w:t>
      </w:r>
    </w:p>
    <w:p>
      <w:r>
        <w:t>status_500:错误: 笼位:hyb压测笼架0001-4-A 已被使用，请刷新页面: 1</w:t>
      </w:r>
    </w:p>
    <w:p>
      <w:r>
        <w:t>status_500:错误: 笼位:hyb压测笼架0001-4-B 已被使用，请刷新页面: 1</w:t>
      </w:r>
    </w:p>
    <w:p>
      <w:r>
        <w:t>status_500:错误: 笼位:hyb压测笼架0001-4-C 已被使用，请刷新页面: 1</w:t>
      </w:r>
    </w:p>
    <w:p>
      <w:r>
        <w:t>status_500:错误: 笼位:hyb压测笼架0001-4-D 已被使用，请刷新页面: 1</w:t>
      </w:r>
    </w:p>
    <w:p>
      <w:r>
        <w:t>status_500:错误: 笼位:hyb压测笼架0001-4-E 已被使用，请刷新页面: 1</w:t>
      </w:r>
    </w:p>
    <w:p>
      <w:r>
        <w:t>status_500:错误: 笼位:hyb压测笼架0001-4-F 已被使用，请刷新页面: 1</w:t>
      </w:r>
    </w:p>
    <w:p>
      <w:r>
        <w:t>status_500:错误: 笼位:hyb压测笼架0001-4-G 已被使用，请刷新页面: 1</w:t>
      </w:r>
    </w:p>
    <w:p>
      <w:r>
        <w:t>status_500:错误: 笼位:hyb压测笼架0001-4-H 已被使用，请刷新页面: 1</w:t>
      </w:r>
    </w:p>
    <w:p>
      <w:r>
        <w:t>status_500:错误: 笼位:hyb压测笼架0001-4-J 已被使用，请刷新页面: 1</w:t>
      </w:r>
    </w:p>
    <w:p>
      <w:r>
        <w:t>status_500:错误: 笼位:hyb压测笼架0001-4-I 已被使用，请刷新页面: 1</w:t>
      </w:r>
    </w:p>
    <w:p>
      <w:r>
        <w:t>status_500:错误: 笼位:hyb压测笼架0001-4-K 已被使用，请刷新页面: 1</w:t>
      </w:r>
    </w:p>
    <w:p>
      <w:r>
        <w:t>status_500:错误: 笼位:hyb压测笼架0001-4-L 已被使用，请刷新页面: 1</w:t>
      </w:r>
    </w:p>
    <w:p>
      <w:r>
        <w:t>status_500:错误: 笼位:hyb压测笼架0001-4-M 已被使用，请刷新页面: 1</w:t>
      </w:r>
    </w:p>
    <w:p>
      <w:r>
        <w:t>status_500:错误: 笼位:hyb压测笼架0001-4-N 已被使用，请刷新页面: 1</w:t>
      </w:r>
    </w:p>
    <w:p>
      <w:r>
        <w:t>status_500:错误: 笼位:hyb压测笼架0001-4-O 已被使用，请刷新页面: 1</w:t>
      </w:r>
    </w:p>
    <w:p>
      <w:r>
        <w:t>status_500:错误: 笼位:hyb压测笼架0001-4-P 已被使用，请刷新页面: 1</w:t>
      </w:r>
    </w:p>
    <w:p>
      <w:r>
        <w:t>status_500:错误: 笼位:hyb压测笼架0001-4-Q 已被使用，请刷新页面: 1</w:t>
      </w:r>
    </w:p>
    <w:p>
      <w:r>
        <w:t>status_500:错误: 笼位:hyb压测笼架0001-4-R 已被使用，请刷新页面: 1</w:t>
      </w:r>
    </w:p>
    <w:p>
      <w:r>
        <w:t>status_500:错误: 笼位:hyb压测笼架0001-4-S 已被使用，请刷新页面: 1</w:t>
      </w:r>
    </w:p>
    <w:p>
      <w:r>
        <w:t>status_500:错误: 笼位:hyb压测笼架0001-4-T 已被使用，请刷新页面: 1</w:t>
      </w:r>
    </w:p>
    <w:p>
      <w:r>
        <w:t>status_500:错误: 笼位:hyb压测笼架0001-4-U 已被使用，请刷新页面: 1</w:t>
      </w:r>
    </w:p>
    <w:p>
      <w:r>
        <w:t>status_500:错误: 笼位:hyb压测笼架0001-4-V 已被使用，请刷新页面: 1</w:t>
      </w:r>
    </w:p>
    <w:p>
      <w:r>
        <w:t>status_500:错误: 笼位:hyb压测笼架0001-4-W 已被使用，请刷新页面: 1</w:t>
      </w:r>
    </w:p>
    <w:p>
      <w:r>
        <w:t>status_500:错误: 笼位:hyb压测笼架0001-5-A 已被使用，请刷新页面: 1</w:t>
      </w:r>
    </w:p>
    <w:p>
      <w:r>
        <w:t>status_500:错误: 笼位:hyb压测笼架0001-5-B 已被使用，请刷新页面: 1</w:t>
      </w:r>
    </w:p>
    <w:p>
      <w:r>
        <w:t>status_500:错误: 笼位:hyb压测笼架0001-5-C 已被使用，请刷新页面: 1</w:t>
      </w:r>
    </w:p>
    <w:p>
      <w:r>
        <w:t>status_500:错误: 笼位:hyb压测笼架0001-5-D 已被使用，请刷新页面: 1</w:t>
      </w:r>
    </w:p>
    <w:p>
      <w:r>
        <w:t>status_500:错误: 笼位:hyb压测笼架0001-5-E 已被使用，请刷新页面: 1</w:t>
      </w:r>
    </w:p>
    <w:p>
      <w:r>
        <w:t>status_500:错误: 笼位:hyb压测笼架0001-5-F 已被使用，请刷新页面: 1</w:t>
      </w:r>
    </w:p>
    <w:p>
      <w:r>
        <w:t>status_500:错误: 笼位:hyb压测笼架0001-5-G 已被使用，请刷新页面: 1</w:t>
      </w:r>
    </w:p>
    <w:p>
      <w:r>
        <w:t>status_500:错误: 笼位:hyb压测笼架0001-5-H 已被使用，请刷新页面: 1</w:t>
      </w:r>
    </w:p>
    <w:p>
      <w:r>
        <w:t>status_500:错误: 笼位:hyb压测笼架0001-5-I 已被使用，请刷新页面: 1</w:t>
      </w:r>
    </w:p>
    <w:p>
      <w:r>
        <w:t>status_500:错误: 笼位:hyb压测笼架0001-5-J 已被使用，请刷新页面: 1</w:t>
      </w:r>
    </w:p>
    <w:p>
      <w:r>
        <w:t>status_500:错误: 笼位:hyb压测笼架0001-5-K 已被使用，请刷新页面: 1</w:t>
      </w:r>
    </w:p>
    <w:p>
      <w:r>
        <w:t>status_500:错误: 笼位:hyb压测笼架0001-5-L 已被使用，请刷新页面: 1</w:t>
      </w:r>
    </w:p>
    <w:p>
      <w:r>
        <w:t>status_500:错误: 笼位:hyb压测笼架0001-5-M 已被使用，请刷新页面: 1</w:t>
      </w:r>
    </w:p>
    <w:p>
      <w:r>
        <w:t>status_500:错误: 笼位:hyb压测笼架0001-5-N 已被使用，请刷新页面: 1</w:t>
      </w:r>
    </w:p>
    <w:p>
      <w:r>
        <w:t>status_500:错误: 笼位:hyb压测笼架0001-5-O 已被使用，请刷新页面: 1</w:t>
      </w:r>
    </w:p>
    <w:p>
      <w:r>
        <w:t>status_500:错误: 笼位:hyb压测笼架0001-5-P 已被使用，请刷新页面: 1</w:t>
      </w:r>
    </w:p>
    <w:p>
      <w:r>
        <w:t>status_500:错误: 笼位:hyb压测笼架0001-5-Q 已被使用，请刷新页面: 1</w:t>
      </w:r>
    </w:p>
    <w:p>
      <w:r>
        <w:t>status_500:错误: 笼位:hyb压测笼架0001-5-S 已被使用，请刷新页面: 1</w:t>
      </w:r>
    </w:p>
    <w:p>
      <w:r>
        <w:t>status_500:错误: 笼位:hyb压测笼架0001-5-R 已被使用，请刷新页面: 1</w:t>
      </w:r>
    </w:p>
    <w:p>
      <w:r>
        <w:t>status_500:错误: 笼位:hyb压测笼架0001-5-T 已被使用，请刷新页面: 1</w:t>
      </w:r>
    </w:p>
    <w:p>
      <w:r>
        <w:t>status_500:错误: 笼位:hyb压测笼架0001-5-U 已被使用，请刷新页面: 1</w:t>
      </w:r>
    </w:p>
    <w:p>
      <w:r>
        <w:t>status_500:错误: 笼位:hyb压测笼架0001-5-V 已被使用，请刷新页面: 1</w:t>
      </w:r>
    </w:p>
    <w:p>
      <w:r>
        <w:t>status_500:错误: 笼位:hyb压测笼架0001-5-W 已被使用，请刷新页面: 1</w:t>
      </w:r>
    </w:p>
    <w:p>
      <w:r>
        <w:t>status_500:错误: 笼位:hyb压测笼架0001-6-A 已被使用，请刷新页面: 1</w:t>
      </w:r>
    </w:p>
    <w:p>
      <w:r>
        <w:t>status_500:错误: 笼位:hyb压测笼架0001-6-B 已被使用，请刷新页面: 1</w:t>
      </w:r>
    </w:p>
    <w:p>
      <w:r>
        <w:t>status_500:错误: 笼位:hyb压测笼架0001-6-C 已被使用，请刷新页面: 1</w:t>
      </w:r>
    </w:p>
    <w:p>
      <w:r>
        <w:t>status_500:错误: 笼位:hyb压测笼架0001-6-D 已被使用，请刷新页面: 1</w:t>
      </w:r>
    </w:p>
    <w:p>
      <w:r>
        <w:t>status_500:错误: 笼位:hyb压测笼架0001-6-E 已被使用，请刷新页面: 1</w:t>
      </w:r>
    </w:p>
    <w:p>
      <w:r>
        <w:t>status_500:错误: 笼位:hyb压测笼架0001-6-F 已被使用，请刷新页面: 1</w:t>
      </w:r>
    </w:p>
    <w:p>
      <w:r>
        <w:t>status_500:错误: 笼位:hyb压测笼架0001-6-G 已被使用，请刷新页面: 1</w:t>
      </w:r>
    </w:p>
    <w:p>
      <w:r>
        <w:t>status_500:错误: 笼位:hyb压测笼架0001-6-H 已被使用，请刷新页面: 1</w:t>
      </w:r>
    </w:p>
    <w:p>
      <w:r>
        <w:t>status_500:错误: 笼位:hyb压测笼架0001-6-I 已被使用，请刷新页面: 1</w:t>
      </w:r>
    </w:p>
    <w:p>
      <w:r>
        <w:t>status_500:错误: 笼位:hyb压测笼架0001-6-J 已被使用，请刷新页面: 1</w:t>
      </w:r>
    </w:p>
    <w:p>
      <w:r>
        <w:t>status_500:错误: 笼位:hyb压测笼架0001-6-K 已被使用，请刷新页面: 1</w:t>
      </w:r>
    </w:p>
    <w:p>
      <w:r>
        <w:t>status_500:错误: 笼位:hyb压测笼架0001-6-L 已被使用，请刷新页面: 1</w:t>
      </w:r>
    </w:p>
    <w:p>
      <w:r>
        <w:t>status_500:错误: 笼位:hyb压测笼架0001-6-M 已被使用，请刷新页面: 1</w:t>
      </w:r>
    </w:p>
    <w:p>
      <w:r>
        <w:t>status_500:错误: 笼位:hyb压测笼架0001-6-N 已被使用，请刷新页面: 1</w:t>
      </w:r>
    </w:p>
    <w:p>
      <w:r>
        <w:t>status_500:错误: 笼位:hyb压测笼架0001-6-O 已被使用，请刷新页面: 1</w:t>
      </w:r>
    </w:p>
    <w:p>
      <w:r>
        <w:t>status_500:错误: 笼位:hyb压测笼架0001-6-P 已被使用，请刷新页面: 1</w:t>
      </w:r>
    </w:p>
    <w:p>
      <w:r>
        <w:t>status_500:错误: 笼位:hyb压测笼架0001-6-Q 已被使用，请刷新页面: 1</w:t>
      </w:r>
    </w:p>
    <w:p>
      <w:r>
        <w:t>status_500:错误: 笼位:hyb压测笼架0001-6-R 已被使用，请刷新页面: 1</w:t>
      </w:r>
    </w:p>
    <w:p>
      <w:r>
        <w:t>status_500:错误: 笼位:hyb压测笼架0001-6-S 已被使用，请刷新页面: 1</w:t>
      </w:r>
    </w:p>
    <w:p>
      <w:r>
        <w:t>status_500:错误: 笼位:hyb压测笼架0001-6-T 已被使用，请刷新页面: 1</w:t>
      </w:r>
    </w:p>
    <w:p>
      <w:r>
        <w:t>status_500:错误: 笼位:hyb压测笼架0001-6-U 已被使用，请刷新页面: 1</w:t>
      </w:r>
    </w:p>
    <w:p>
      <w:r>
        <w:t>status_500:错误: 笼位:hyb压测笼架0001-6-V 已被使用，请刷新页面: 1</w:t>
      </w:r>
    </w:p>
    <w:p>
      <w:r>
        <w:t>status_500:错误: 笼位:hyb压测笼架0001-6-W 已被使用，请刷新页面: 1</w:t>
      </w:r>
    </w:p>
    <w:p>
      <w:r>
        <w:t>status_500:错误: 笼位:hyb压测笼架0001-7-A 已被使用，请刷新页面: 1</w:t>
      </w:r>
    </w:p>
    <w:p>
      <w:r>
        <w:t>status_500:错误: 笼位:hyb压测笼架0001-7-B 已被使用，请刷新页面: 1</w:t>
      </w:r>
    </w:p>
    <w:p>
      <w:r>
        <w:t>status_500:错误: 笼位:hyb压测笼架0001-7-C 已被使用，请刷新页面: 1</w:t>
      </w:r>
    </w:p>
    <w:p>
      <w:r>
        <w:t>status_500:错误: 笼位:hyb压测笼架0001-7-D 已被使用，请刷新页面: 1</w:t>
      </w:r>
    </w:p>
    <w:p>
      <w:r>
        <w:t>status_500:错误: 笼位:hyb压测笼架0001-7-E 已被使用，请刷新页面: 1</w:t>
      </w:r>
    </w:p>
    <w:p>
      <w:r>
        <w:t>status_500:错误: 笼位:hyb压测笼架0001-7-F 已被使用，请刷新页面: 1</w:t>
      </w:r>
    </w:p>
    <w:p>
      <w:r>
        <w:t>status_500:错误: 笼位:hyb压测笼架0001-7-G 已被使用，请刷新页面: 1</w:t>
      </w:r>
    </w:p>
    <w:p>
      <w:r>
        <w:t>status_500:错误: 笼位:hyb压测笼架0001-7-H 已被使用，请刷新页面: 1</w:t>
      </w:r>
    </w:p>
    <w:p>
      <w:r>
        <w:t>status_500:错误: 笼位:hyb压测笼架0001-7-I 已被使用，请刷新页面: 1</w:t>
      </w:r>
    </w:p>
    <w:p>
      <w:r>
        <w:t>status_500:错误: 笼位:hyb压测笼架0001-7-J 已被使用，请刷新页面: 1</w:t>
      </w:r>
    </w:p>
    <w:p>
      <w:r>
        <w:t>status_500:错误: 笼位:hyb压测笼架0001-7-K 已被使用，请刷新页面: 1</w:t>
      </w:r>
    </w:p>
    <w:p>
      <w:r>
        <w:t>status_500:错误: 笼位:hyb压测笼架0001-7-L 已被使用，请刷新页面: 1</w:t>
      </w:r>
    </w:p>
    <w:p>
      <w:r>
        <w:t>status_500:错误: 笼位:hyb压测笼架0001-7-M 已被使用，请刷新页面: 1</w:t>
      </w:r>
    </w:p>
    <w:p>
      <w:r>
        <w:t>status_500:错误: 笼位:hyb压测笼架0001-7-N 已被使用，请刷新页面: 1</w:t>
      </w:r>
    </w:p>
    <w:p>
      <w:r>
        <w:t>status_500:错误: 笼位:hyb压测笼架0001-7-O 已被使用，请刷新页面: 1</w:t>
      </w:r>
    </w:p>
    <w:p>
      <w:r>
        <w:t>status_500:错误: 笼位:hyb压测笼架0001-7-P 已被使用，请刷新页面: 1</w:t>
      </w:r>
    </w:p>
    <w:p>
      <w:r>
        <w:t>status_500:错误: 笼位:hyb压测笼架0001-7-Q 已被使用，请刷新页面: 1</w:t>
      </w:r>
    </w:p>
    <w:p>
      <w:r>
        <w:t>status_500:错误: 笼位:hyb压测笼架0001-7-R 已被使用，请刷新页面: 1</w:t>
      </w:r>
    </w:p>
    <w:p>
      <w:r>
        <w:t>status_500:错误: 笼位:hyb压测笼架0001-7-S 已被使用，请刷新页面: 1</w:t>
      </w:r>
    </w:p>
    <w:p>
      <w:r>
        <w:t>status_500:错误: 笼位:hyb压测笼架0001-7-T 已被使用，请刷新页面: 1</w:t>
      </w:r>
    </w:p>
    <w:p>
      <w:r>
        <w:t>status_500:错误: 笼位:hyb压测笼架0001-7-U 已被使用，请刷新页面: 1</w:t>
      </w:r>
    </w:p>
    <w:p>
      <w:r>
        <w:t>status_500:错误: 笼位:hyb压测笼架0001-7-V 已被使用，请刷新页面: 1</w:t>
      </w:r>
    </w:p>
    <w:p>
      <w:r>
        <w:t>status_500:错误: 笼位:hyb压测笼架0001-7-W 已被使用，请刷新页面: 1</w:t>
      </w:r>
    </w:p>
    <w:p>
      <w:r>
        <w:t>status_500:错误: 笼位:hyb压测笼架0001-8-A 已被使用，请刷新页面: 1</w:t>
      </w:r>
    </w:p>
    <w:p>
      <w:r>
        <w:t>status_500:错误: 笼位:hyb压测笼架0001-8-B 已被使用，请刷新页面: 1</w:t>
      </w:r>
    </w:p>
    <w:p>
      <w:r>
        <w:t>status_500:错误: 笼位:hyb压测笼架0001-8-C 已被使用，请刷新页面: 1</w:t>
      </w:r>
    </w:p>
    <w:p>
      <w:r>
        <w:t>status_500:错误: 笼位:hyb压测笼架0001-8-D 已被使用，请刷新页面: 1</w:t>
      </w:r>
    </w:p>
    <w:p>
      <w:r>
        <w:t>status_500:错误: 笼位:hyb压测笼架0001-8-E 已被使用，请刷新页面: 1</w:t>
      </w:r>
    </w:p>
    <w:p>
      <w:r>
        <w:t>status_500:错误: 笼位:hyb压测笼架0001-8-F 已被使用，请刷新页面: 1</w:t>
      </w:r>
    </w:p>
    <w:p>
      <w:r>
        <w:t>status_500:错误: 笼位:hyb压测笼架0001-8-G 已被使用，请刷新页面: 1</w:t>
      </w:r>
    </w:p>
    <w:p>
      <w:r>
        <w:t>status_500:错误: 笼位:hyb压测笼架0001-8-H 已被使用，请刷新页面: 1</w:t>
      </w:r>
    </w:p>
    <w:p>
      <w:r>
        <w:t>status_500:错误: 笼位:hyb压测笼架0001-8-I 已被使用，请刷新页面: 1</w:t>
      </w:r>
    </w:p>
    <w:p>
      <w:r>
        <w:t>status_500:错误: 笼位:hyb压测笼架0001-8-J 已被使用，请刷新页面: 1</w:t>
      </w:r>
    </w:p>
    <w:p>
      <w:r>
        <w:t>status_500:错误: 笼位:hyb压测笼架0001-8-K 已被使用，请刷新页面: 1</w:t>
      </w:r>
    </w:p>
    <w:p>
      <w:r>
        <w:t>status_500:错误: 笼位:hyb压测笼架0001-8-L 已被使用，请刷新页面: 1</w:t>
      </w:r>
    </w:p>
    <w:p>
      <w:r>
        <w:t>status_500:错误: 笼位:hyb压测笼架0001-8-M 已被使用，请刷新页面: 1</w:t>
      </w:r>
    </w:p>
    <w:p>
      <w:r>
        <w:t>status_500:错误: 笼位:hyb压测笼架0001-8-N 已被使用，请刷新页面: 1</w:t>
      </w:r>
    </w:p>
    <w:p>
      <w:r>
        <w:t>status_500:错误: 笼位:hyb压测笼架0001-8-O 已被使用，请刷新页面: 1</w:t>
      </w:r>
    </w:p>
    <w:p>
      <w:r>
        <w:t>status_500:错误: 笼位:hyb压测笼架0001-8-P 已被使用，请刷新页面: 1</w:t>
      </w:r>
    </w:p>
    <w:p>
      <w:r>
        <w:t>status_500:错误: 笼位:hyb压测笼架0001-8-R 已被使用，请刷新页面: 1</w:t>
      </w:r>
    </w:p>
    <w:p>
      <w:r>
        <w:t>status_500:错误: 笼位:hyb压测笼架0001-8-S 已被使用，请刷新页面: 1</w:t>
      </w:r>
    </w:p>
    <w:p>
      <w:r>
        <w:t>status_500:错误: 笼位:hyb压测笼架0001-8-T 已被使用，请刷新页面: 1</w:t>
      </w:r>
    </w:p>
    <w:p>
      <w:r>
        <w:t>status_500:错误: 笼位:hyb压测笼架0001-8-U 已被使用，请刷新页面: 1</w:t>
      </w:r>
    </w:p>
    <w:p>
      <w:r>
        <w:t>status_500:错误: 笼位:hyb压测笼架0001-8-W 已被使用，请刷新页面: 1</w:t>
      </w:r>
    </w:p>
    <w:p>
      <w:r>
        <w:t>status_500:错误: 笼位:hyb压测笼架0001-8-V 已被使用，请刷新页面: 1</w:t>
      </w:r>
    </w:p>
    <w:p>
      <w:r>
        <w:t>status_500:错误: 笼位:hyb压测笼架0001-9-A 已被使用，请刷新页面: 1</w:t>
      </w:r>
    </w:p>
    <w:p>
      <w:r>
        <w:t>status_500:错误: 笼位:hyb压测笼架0001-9-B 已被使用，请刷新页面: 1</w:t>
      </w:r>
    </w:p>
    <w:p>
      <w:r>
        <w:t>status_500:错误: 笼位:hyb压测笼架0001-9-C 已被使用，请刷新页面: 1</w:t>
      </w:r>
    </w:p>
    <w:p>
      <w:r>
        <w:t>status_500:错误: 笼位:hyb压测笼架0001-9-D 已被使用，请刷新页面: 1</w:t>
      </w:r>
    </w:p>
    <w:p>
      <w:r>
        <w:t>status_500:错误: 笼位:hyb压测笼架0001-9-E 已被使用，请刷新页面: 1</w:t>
      </w:r>
    </w:p>
    <w:p>
      <w:r>
        <w:t>status_500:错误: 笼位:hyb压测笼架0001-9-F 已被使用，请刷新页面: 1</w:t>
      </w:r>
    </w:p>
    <w:p>
      <w:r>
        <w:t>status_500:错误: 笼位:hyb压测笼架0001-9-G 已被使用，请刷新页面: 1</w:t>
      </w:r>
    </w:p>
    <w:p>
      <w:r>
        <w:t>status_500:错误: 笼位:hyb压测笼架0001-9-H 已被使用，请刷新页面: 1</w:t>
      </w:r>
    </w:p>
    <w:p>
      <w:r>
        <w:t>status_500:错误: 笼位:hyb压测笼架0001-10-H 已被使用，请刷新页面: 1</w:t>
      </w:r>
    </w:p>
    <w:p>
      <w:r>
        <w:t>status_500:错误: 笼位:hyb压测笼架0001-9-J 已被使用，请刷新页面: 1</w:t>
      </w:r>
    </w:p>
    <w:p>
      <w:r>
        <w:t>status_500:错误: 笼位:hyb压测笼架0001-9-K 已被使用，请刷新页面: 1</w:t>
      </w:r>
    </w:p>
    <w:p>
      <w:r>
        <w:t>status_500:错误: 笼位:hyb压测笼架0001-9-L 已被使用，请刷新页面: 1</w:t>
      </w:r>
    </w:p>
    <w:p>
      <w:r>
        <w:t>status_500:错误: 笼位:hyb压测笼架0001-9-M 已被使用，请刷新页面: 1</w:t>
      </w:r>
    </w:p>
    <w:p>
      <w:r>
        <w:t>status_500:错误: 笼位:hyb压测笼架0001-9-N 已被使用，请刷新页面: 1</w:t>
      </w:r>
    </w:p>
    <w:p>
      <w:r>
        <w:t>status_500:错误: 笼位:hyb压测笼架0001-8-Q 已被使用，请刷新页面: 1</w:t>
      </w:r>
    </w:p>
    <w:p>
      <w:r>
        <w:t>status_500:错误: 笼位:hyb压测笼架0001-9-O 已被使用，请刷新页面: 1</w:t>
      </w:r>
    </w:p>
    <w:p>
      <w:r>
        <w:t>status_500:错误: 笼位:hyb压测笼架0001-9-P 已被使用，请刷新页面: 1</w:t>
      </w:r>
    </w:p>
    <w:p>
      <w:r>
        <w:t>status_500:错误: 笼位:hyb压测笼架0001-9-Q 已被使用，请刷新页面: 1</w:t>
      </w:r>
    </w:p>
    <w:p>
      <w:r>
        <w:t>status_500:错误: 笼位:hyb压测笼架0001-9-R 已被使用，请刷新页面: 1</w:t>
      </w:r>
    </w:p>
    <w:p>
      <w:r>
        <w:t>status_500:错误: 笼位:hyb压测笼架0001-9-S 已被使用，请刷新页面: 1</w:t>
      </w:r>
    </w:p>
    <w:p>
      <w:r>
        <w:t>status_500:错误: 笼位:hyb压测笼架0001-9-U 已被使用，请刷新页面: 1</w:t>
      </w:r>
    </w:p>
    <w:p>
      <w:r>
        <w:t>status_500:错误: 笼位:hyb压测笼架0001-9-T 已被使用，请刷新页面: 1</w:t>
      </w:r>
    </w:p>
    <w:p>
      <w:r>
        <w:t>status_500:错误: 笼位:hyb压测笼架0001-9-V 已被使用，请刷新页面: 1</w:t>
      </w:r>
    </w:p>
    <w:p>
      <w:r>
        <w:t>status_500:错误: 笼位:hyb压测笼架0001-9-W 已被使用，请刷新页面: 1</w:t>
      </w:r>
    </w:p>
    <w:p>
      <w:r>
        <w:t>status_500:错误: 笼位:hyb压测笼架0001-10-W 已被使用，请刷新页面: 1</w:t>
      </w:r>
    </w:p>
    <w:p>
      <w:r>
        <w:t>status_500:错误: 笼位:hyb压测笼架0001-10-A 已被使用，请刷新页面: 1</w:t>
      </w:r>
    </w:p>
    <w:p>
      <w:r>
        <w:t>status_500:错误: 笼位:hyb压测笼架0001-10-B 已被使用，请刷新页面: 1</w:t>
      </w:r>
    </w:p>
    <w:p>
      <w:r>
        <w:t>status_500:错误: 笼位:hyb压测笼架0001-10-D 已被使用，请刷新页面: 1</w:t>
      </w:r>
    </w:p>
    <w:p>
      <w:r>
        <w:t>status_500:错误: 笼位:hyb压测笼架0001-10-C 已被使用，请刷新页面: 1</w:t>
      </w:r>
    </w:p>
    <w:p>
      <w:r>
        <w:t>status_500:错误: 笼位:hyb压测笼架0001-10-E 已被使用，请刷新页面: 1</w:t>
      </w:r>
    </w:p>
    <w:p>
      <w:r>
        <w:t>status_500:错误: 笼位:hyb压测笼架0001-10-F 已被使用，请刷新页面: 1</w:t>
      </w:r>
    </w:p>
    <w:p>
      <w:r>
        <w:t>status_500:错误: 笼位:hyb压测笼架0001-10-G 已被使用，请刷新页面: 1</w:t>
      </w:r>
    </w:p>
    <w:p>
      <w:r>
        <w:t>status_500:错误: 笼位:hyb压测笼架0001-9-I 已被使用，请刷新页面: 1</w:t>
      </w:r>
    </w:p>
    <w:p>
      <w:r>
        <w:t>status_500:错误: 笼位:hyb压测笼架0001-10-I 已被使用，请刷新页面: 1</w:t>
      </w:r>
    </w:p>
    <w:p>
      <w:r>
        <w:t>status_500:错误: 笼位:hyb压测笼架0001-10-J 已被使用，请刷新页面: 1</w:t>
      </w:r>
    </w:p>
    <w:p>
      <w:r>
        <w:t>status_500:错误: 笼位:hyb压测笼架0001-10-K 已被使用，请刷新页面: 1</w:t>
      </w:r>
    </w:p>
    <w:p>
      <w:r>
        <w:t>status_500:错误: 笼位:hyb压测笼架0001-10-L 已被使用，请刷新页面: 1</w:t>
      </w:r>
    </w:p>
    <w:p>
      <w:r>
        <w:t>status_500:错误: 笼位:hyb压测笼架0001-10-M 已被使用，请刷新页面: 1</w:t>
      </w:r>
    </w:p>
    <w:p>
      <w:r>
        <w:t>status_500:错误: 笼位:hyb压测笼架0001-10-N 已被使用，请刷新页面: 1</w:t>
      </w:r>
    </w:p>
    <w:p>
      <w:r>
        <w:t>status_500:错误: 笼位:hyb压测笼架0001-10-O 已被使用，请刷新页面: 1</w:t>
      </w:r>
    </w:p>
    <w:p>
      <w:r>
        <w:t>status_500:错误: 笼位:hyb压测笼架0001-10-P 已被使用，请刷新页面: 1</w:t>
      </w:r>
    </w:p>
    <w:p>
      <w:r>
        <w:t>status_500:错误: 笼位:hyb压测笼架0001-10-Q 已被使用，请刷新页面: 1</w:t>
      </w:r>
    </w:p>
    <w:p>
      <w:r>
        <w:t>status_500:错误: 笼位:hyb压测笼架0001-10-R 已被使用，请刷新页面: 1</w:t>
      </w:r>
    </w:p>
    <w:p>
      <w:r>
        <w:t>status_500:错误: 笼位:hyb压测笼架0001-10-S 已被使用，请刷新页面: 1</w:t>
      </w:r>
    </w:p>
    <w:p>
      <w:r>
        <w:t>status_500:错误: 笼位:hyb压测笼架0001-10-T 已被使用，请刷新页面: 1</w:t>
      </w:r>
    </w:p>
    <w:p>
      <w:r>
        <w:t>status_500:错误: 笼位:hyb压测笼架0001-10-U 已被使用，请刷新页面: 1</w:t>
      </w:r>
    </w:p>
    <w:p>
      <w:r>
        <w:t>status_500:错误: 笼位:hyb压测笼架0001-10-V 已被使用，请刷新页面: 1</w:t>
      </w:r>
    </w:p>
    <w:p>
      <w:r>
        <w:t>status_500:错误: 笼位:hyb压测笼架0001-11-Q 已被使用，请刷新页面: 1</w:t>
      </w:r>
    </w:p>
    <w:p>
      <w:r>
        <w:t>status_500:错误: 笼位:hyb压测笼架0001-11-A 已被使用，请刷新页面: 1</w:t>
      </w:r>
    </w:p>
    <w:p>
      <w:r>
        <w:t>status_500:错误: 笼位:hyb压测笼架0001-11-B 已被使用，请刷新页面: 1</w:t>
      </w:r>
    </w:p>
    <w:p>
      <w:r>
        <w:t>status_500:错误: 笼位:hyb压测笼架0001-11-C 已被使用，请刷新页面: 1</w:t>
      </w:r>
    </w:p>
    <w:p>
      <w:r>
        <w:t>status_500:错误: 笼位:hyb压测笼架0001-11-D 已被使用，请刷新页面: 1</w:t>
      </w:r>
    </w:p>
    <w:p>
      <w:r>
        <w:t>status_500:错误: 笼位:hyb压测笼架0001-11-E 已被使用，请刷新页面: 1</w:t>
      </w:r>
    </w:p>
    <w:p>
      <w:r>
        <w:t>status_500:错误: 笼位:hyb压测笼架0001-11-F 已被使用，请刷新页面: 1</w:t>
      </w:r>
    </w:p>
    <w:p>
      <w:r>
        <w:t>status_500:错误: 笼位:hyb压测笼架0001-11-G 已被使用，请刷新页面: 1</w:t>
      </w:r>
    </w:p>
    <w:p>
      <w:r>
        <w:t>status_500:错误: 笼位:hyb压测笼架0001-11-H 已被使用，请刷新页面: 1</w:t>
      </w:r>
    </w:p>
    <w:p>
      <w:r>
        <w:t>status_500:错误: 笼位:hyb压测笼架0001-11-J 已被使用，请刷新页面: 1</w:t>
      </w:r>
    </w:p>
    <w:p>
      <w:r>
        <w:t>status_500:错误: 笼位:hyb压测笼架0001-11-I 已被使用，请刷新页面: 1</w:t>
      </w:r>
    </w:p>
    <w:p>
      <w:r>
        <w:t>status_500:错误: 笼位:hyb压测笼架0001-11-K 已被使用，请刷新页面: 1</w:t>
      </w:r>
    </w:p>
    <w:p>
      <w:r>
        <w:t>status_500:错误: 笼位:hyb压测笼架0001-11-L 已被使用，请刷新页面: 1</w:t>
      </w:r>
    </w:p>
    <w:p>
      <w:r>
        <w:t>status_500:错误: 笼位:hyb压测笼架0001-11-M 已被使用，请刷新页面: 1</w:t>
      </w:r>
    </w:p>
    <w:p>
      <w:r>
        <w:t>status_500:错误: 笼位:hyb压测笼架0001-11-N 已被使用，请刷新页面: 1</w:t>
      </w:r>
    </w:p>
    <w:p>
      <w:r>
        <w:t>status_500:错误: 笼位:hyb压测笼架0001-11-O 已被使用，请刷新页面: 1</w:t>
      </w:r>
    </w:p>
    <w:p>
      <w:r>
        <w:t>status_500:错误: 笼位:hyb压测笼架0001-11-P 已被使用，请刷新页面: 1</w:t>
      </w:r>
    </w:p>
    <w:p>
      <w:r>
        <w:t>status_500:错误: 笼位:hyb压测笼架0001-11-R 已被使用，请刷新页面: 1</w:t>
      </w:r>
    </w:p>
    <w:p>
      <w:r>
        <w:t>status_500:错误: 笼位:hyb压测笼架0001-11-S 已被使用，请刷新页面: 1</w:t>
      </w:r>
    </w:p>
    <w:p>
      <w:r>
        <w:t>status_500:错误: 笼位:hyb压测笼架0001-11-T 已被使用，请刷新页面: 1</w:t>
      </w:r>
    </w:p>
    <w:p>
      <w:r>
        <w:t>status_500:错误: 笼位:hyb压测笼架0001-11-U 已被使用，请刷新页面: 1</w:t>
      </w:r>
    </w:p>
    <w:p>
      <w:r>
        <w:t>status_500:错误: 笼位:hyb压测笼架0001-11-V 已被使用，请刷新页面: 1</w:t>
      </w:r>
    </w:p>
    <w:p>
      <w:r>
        <w:t>status_500:错误: 笼位:hyb压测笼架0001-11-W 已被使用，请刷新页面: 1</w:t>
      </w:r>
    </w:p>
    <w:p>
      <w:r>
        <w:t>status_500:错误: 笼位:hyb压测笼架0001-12-A 已被使用，请刷新页面: 1</w:t>
      </w:r>
    </w:p>
    <w:p>
      <w:r>
        <w:t>status_500:错误: 笼位:hyb压测笼架0001-12-B 已被使用，请刷新页面: 1</w:t>
      </w:r>
    </w:p>
    <w:p>
      <w:r>
        <w:t>status_500:错误: 笼位:hyb压测笼架0001-12-C 已被使用，请刷新页面: 1</w:t>
      </w:r>
    </w:p>
    <w:p>
      <w:r>
        <w:t>status_500:错误: 笼位:hyb压测笼架0001-12-D 已被使用，请刷新页面: 1</w:t>
      </w:r>
    </w:p>
    <w:p>
      <w:r>
        <w:t>status_500:错误: 笼位:hyb压测笼架0001-12-E 已被使用，请刷新页面: 1</w:t>
      </w:r>
    </w:p>
    <w:p>
      <w:r>
        <w:t>status_500:错误: 笼位:hyb压测笼架0001-12-F 已被使用，请刷新页面: 1</w:t>
      </w:r>
    </w:p>
    <w:p>
      <w:r>
        <w:t>status_500:错误: 笼位:hyb压测笼架0001-12-G 已被使用，请刷新页面: 1</w:t>
      </w:r>
    </w:p>
    <w:p>
      <w:r>
        <w:t>status_500:错误: 笼位:hyb压测笼架0001-12-H 已被使用，请刷新页面: 1</w:t>
      </w:r>
    </w:p>
    <w:p>
      <w:r>
        <w:t>status_500:错误: 笼位:hyb压测笼架0001-12-I 已被使用，请刷新页面: 1</w:t>
      </w:r>
    </w:p>
    <w:p>
      <w:r>
        <w:t>status_500:错误: 笼位:hyb压测笼架0001-12-J 已被使用，请刷新页面: 1</w:t>
      </w:r>
    </w:p>
    <w:p>
      <w:r>
        <w:t>status_500:错误: 笼位:hyb压测笼架0001-12-K 已被使用，请刷新页面: 1</w:t>
      </w:r>
    </w:p>
    <w:p>
      <w:r>
        <w:t>status_500:错误: 笼位:hyb压测笼架0001-12-L 已被使用，请刷新页面: 1</w:t>
      </w:r>
    </w:p>
    <w:p>
      <w:r>
        <w:t>status_500:错误: 笼位:hyb压测笼架0001-12-M 已被使用，请刷新页面: 1</w:t>
      </w:r>
    </w:p>
    <w:p>
      <w:r>
        <w:t>status_500:错误: 笼位:hyb压测笼架0001-12-N 已被使用，请刷新页面: 1</w:t>
      </w:r>
    </w:p>
    <w:p>
      <w:r>
        <w:t>status_500:错误: 笼位:hyb压测笼架0001-12-O 已被使用，请刷新页面: 1</w:t>
      </w:r>
    </w:p>
    <w:p>
      <w:r>
        <w:t>status_500:错误: 笼位:hyb压测笼架0001-12-P 已被使用，请刷新页面: 1</w:t>
      </w:r>
    </w:p>
    <w:p>
      <w:r>
        <w:t>status_500:错误: 笼位:hyb压测笼架0001-12-R 已被使用，请刷新页面: 1</w:t>
      </w:r>
    </w:p>
    <w:p>
      <w:r>
        <w:t>status_500:错误: 笼位:hyb压测笼架0001-12-S 已被使用，请刷新页面: 1</w:t>
      </w:r>
    </w:p>
    <w:p>
      <w:r>
        <w:t>status_500:错误: 笼位:hyb压测笼架0001-12-T 已被使用，请刷新页面: 1</w:t>
      </w:r>
    </w:p>
    <w:p>
      <w:r>
        <w:t>status_500:错误: 笼位:hyb压测笼架0001-12-U 已被使用，请刷新页面: 1</w:t>
      </w:r>
    </w:p>
    <w:p>
      <w:r>
        <w:t>status_500:错误: 笼位:hyb压测笼架0001-12-V 已被使用，请刷新页面: 1</w:t>
      </w:r>
    </w:p>
    <w:p>
      <w:r>
        <w:t>status_500:错误: 笼位:hyb压测笼架0001-12-W 已被使用，请刷新页面: 1</w:t>
      </w:r>
    </w:p>
    <w:p>
      <w:r>
        <w:t>status_500:错误: 笼位:hyb压测笼架0001-13-A 已被使用，请刷新页面: 1</w:t>
      </w:r>
    </w:p>
    <w:p>
      <w:r>
        <w:t>status_500:错误: 笼位:hyb压测笼架0001-13-B 已被使用，请刷新页面: 1</w:t>
      </w:r>
    </w:p>
    <w:p>
      <w:r>
        <w:t>status_500:错误: 笼位:hyb压测笼架0001-13-C 已被使用，请刷新页面: 1</w:t>
      </w:r>
    </w:p>
    <w:p>
      <w:r>
        <w:t>status_500:错误: 笼位:hyb压测笼架0001-13-D 已被使用，请刷新页面: 1</w:t>
      </w:r>
    </w:p>
    <w:p>
      <w:r>
        <w:t>status_500:错误: 笼位:hyb压测笼架0001-13-E 已被使用，请刷新页面: 1</w:t>
      </w:r>
    </w:p>
    <w:p>
      <w:r>
        <w:t>status_500:错误: 笼位:hyb压测笼架0001-13-F 已被使用，请刷新页面: 1</w:t>
      </w:r>
    </w:p>
    <w:p>
      <w:r>
        <w:t>status_500:错误: 笼位:hyb压测笼架0001-13-G 已被使用，请刷新页面: 1</w:t>
      </w:r>
    </w:p>
    <w:p>
      <w:r>
        <w:t>status_500:错误: 笼位:hyb压测笼架0001-13-H 已被使用，请刷新页面: 1</w:t>
      </w:r>
    </w:p>
    <w:p>
      <w:r>
        <w:t>status_500:错误: 笼位:hyb压测笼架0001-12-Q 已被使用，请刷新页面: 1</w:t>
      </w:r>
    </w:p>
    <w:p>
      <w:r>
        <w:t>status_500:错误: 笼位:hyb压测笼架0001-13-I 已被使用，请刷新页面: 1</w:t>
      </w:r>
    </w:p>
    <w:p>
      <w:r>
        <w:t>status_500:错误: 笼位:hyb压测笼架0001-13-J 已被使用，请刷新页面: 1</w:t>
      </w:r>
    </w:p>
    <w:p>
      <w:r>
        <w:t>status_500:错误: 笼位:hyb压测笼架0001-13-K 已被使用，请刷新页面: 1</w:t>
      </w:r>
    </w:p>
    <w:p>
      <w:r>
        <w:t>status_500:错误: 笼位:hyb压测笼架0001-13-L 已被使用，请刷新页面: 1</w:t>
      </w:r>
    </w:p>
    <w:p>
      <w:r>
        <w:t>status_500:错误: 笼位:hyb压测笼架0001-13-M 已被使用，请刷新页面: 1</w:t>
      </w:r>
    </w:p>
    <w:p>
      <w:r>
        <w:t>status_500:错误: 笼位:hyb压测笼架0001-13-N 已被使用，请刷新页面: 1</w:t>
      </w:r>
    </w:p>
    <w:p>
      <w:r>
        <w:t>status_500:错误: 笼位:hyb压测笼架0001-13-O 已被使用，请刷新页面: 1</w:t>
      </w:r>
    </w:p>
    <w:p>
      <w:r>
        <w:t>status_500:错误: 笼位:hyb压测笼架0001-13-P 已被使用，请刷新页面: 1</w:t>
      </w:r>
    </w:p>
    <w:p>
      <w:r>
        <w:t>status_500:错误: 笼位:hyb压测笼架0001-13-Q 已被使用，请刷新页面: 1</w:t>
      </w:r>
    </w:p>
    <w:p>
      <w:r>
        <w:t>status_500:错误: 笼位:hyb压测笼架0001-13-R 已被使用，请刷新页面: 1</w:t>
      </w:r>
    </w:p>
    <w:p>
      <w:r>
        <w:t>status_500:错误: 笼位:hyb压测笼架0001-13-S 已被使用，请刷新页面: 1</w:t>
      </w:r>
    </w:p>
    <w:p>
      <w:r>
        <w:t>status_500:错误: 笼位:hyb压测笼架0001-13-T 已被使用，请刷新页面: 1</w:t>
      </w:r>
    </w:p>
    <w:p>
      <w:r>
        <w:t>status_500:错误: 笼位:hyb压测笼架0001-13-U 已被使用，请刷新页面: 1</w:t>
      </w:r>
    </w:p>
    <w:p>
      <w:r>
        <w:t>status_500:错误: 笼位:hyb压测笼架0001-13-V 已被使用，请刷新页面: 1</w:t>
      </w:r>
    </w:p>
    <w:p>
      <w:r>
        <w:t>status_500:错误: 笼位:hyb压测笼架0001-13-W 已被使用，请刷新页面: 1</w:t>
      </w:r>
    </w:p>
    <w:p>
      <w:r>
        <w:t>status_500:错误: 笼位:hyb压测笼架0001-14-A 已被使用，请刷新页面: 1</w:t>
      </w:r>
    </w:p>
    <w:p>
      <w:r>
        <w:t>status_500:错误: 笼位:hyb压测笼架0001-14-B 已被使用，请刷新页面: 1</w:t>
      </w:r>
    </w:p>
    <w:p>
      <w:r>
        <w:t>status_500:错误: 笼位:hyb压测笼架0001-14-C 已被使用，请刷新页面: 1</w:t>
      </w:r>
    </w:p>
    <w:p>
      <w:r>
        <w:t>status_500:错误: 笼位:hyb压测笼架0001-14-D 已被使用，请刷新页面: 1</w:t>
      </w:r>
    </w:p>
    <w:p>
      <w:r>
        <w:t>status_500:错误: 笼位:hyb压测笼架0001-14-F 已被使用，请刷新页面: 1</w:t>
      </w:r>
    </w:p>
    <w:p>
      <w:r>
        <w:t>status_500:错误: 笼位:hyb压测笼架0001-14-E 已被使用，请刷新页面: 1</w:t>
      </w:r>
    </w:p>
    <w:p>
      <w:r>
        <w:t>status_500:错误: 笼位:hyb压测笼架0001-14-G 已被使用，请刷新页面: 1</w:t>
      </w:r>
    </w:p>
    <w:p>
      <w:r>
        <w:t>status_500:错误: 笼位:hyb压测笼架0001-14-H 已被使用，请刷新页面: 1</w:t>
      </w:r>
    </w:p>
    <w:p>
      <w:r>
        <w:t>status_500:错误: 笼位:hyb压测笼架0001-14-I 已被使用，请刷新页面: 1</w:t>
      </w:r>
    </w:p>
    <w:p>
      <w:r>
        <w:t>status_500:错误: 笼位:hyb压测笼架0001-14-J 已被使用，请刷新页面: 1</w:t>
      </w:r>
    </w:p>
    <w:p>
      <w:r>
        <w:t>status_500:错误: 笼位:hyb压测笼架0001-14-K 已被使用，请刷新页面: 1</w:t>
      </w:r>
    </w:p>
    <w:p>
      <w:r>
        <w:t>status_500:错误: 笼位:hyb压测笼架0001-14-M 已被使用，请刷新页面: 1</w:t>
      </w:r>
    </w:p>
    <w:p>
      <w:r>
        <w:t>status_500:错误: 笼位:hyb压测笼架0001-14-L 已被使用，请刷新页面: 1</w:t>
      </w:r>
    </w:p>
    <w:p>
      <w:r>
        <w:t>status_500:错误: 笼位:hyb压测笼架0001-14-N 已被使用，请刷新页面: 1</w:t>
      </w:r>
    </w:p>
    <w:p>
      <w:r>
        <w:t>status_500:错误: 笼位:hyb压测笼架0001-14-O 已被使用，请刷新页面: 1</w:t>
      </w:r>
    </w:p>
    <w:p>
      <w:r>
        <w:t>status_500:错误: 笼位:hyb压测笼架0001-14-P 已被使用，请刷新页面: 1</w:t>
      </w:r>
    </w:p>
    <w:p>
      <w:r>
        <w:t>status_500:错误: 笼位:hyb压测笼架0001-14-Q 已被使用，请刷新页面: 1</w:t>
      </w:r>
    </w:p>
    <w:p>
      <w:r>
        <w:t>status_500:错误: 笼位:hyb压测笼架0001-14-R 已被使用，请刷新页面: 1</w:t>
      </w:r>
    </w:p>
    <w:p>
      <w:r>
        <w:t>status_500:错误: 笼位:hyb压测笼架0001-14-T 已被使用，请刷新页面: 1</w:t>
      </w:r>
    </w:p>
    <w:p>
      <w:r>
        <w:t>status_500:错误: 笼位:hyb压测笼架0001-14-S 已被使用，请刷新页面: 1</w:t>
      </w:r>
    </w:p>
    <w:p>
      <w:r>
        <w:t>status_500:错误: 笼位:hyb压测笼架0001-14-U 已被使用，请刷新页面: 1</w:t>
      </w:r>
    </w:p>
    <w:p>
      <w:r>
        <w:t>status_500:错误: 笼位:hyb压测笼架0001-14-V 已被使用，请刷新页面: 1</w:t>
      </w:r>
    </w:p>
    <w:p>
      <w:r>
        <w:t>status_500:错误: 笼位:hyb压测笼架0001-14-W 已被使用，请刷新页面: 1</w:t>
      </w:r>
    </w:p>
    <w:p>
      <w:r>
        <w:t>status_500:错误: 笼位:hyb压测笼架0001-15-A 已被使用，请刷新页面: 1</w:t>
      </w:r>
    </w:p>
    <w:p>
      <w:r>
        <w:t>status_500:错误: 笼位:hyb压测笼架0001-15-B 已被使用，请刷新页面: 1</w:t>
      </w:r>
    </w:p>
    <w:p>
      <w:r>
        <w:t>status_500:错误: 笼位:hyb压测笼架0001-15-C 已被使用，请刷新页面: 1</w:t>
      </w:r>
    </w:p>
    <w:p>
      <w:r>
        <w:t>status_500:错误: 笼位:hyb压测笼架0001-15-D 已被使用，请刷新页面: 1</w:t>
      </w:r>
    </w:p>
    <w:p>
      <w:r>
        <w:t>status_500:错误: 笼位:hyb压测笼架0001-15-E 已被使用，请刷新页面: 1</w:t>
      </w:r>
    </w:p>
    <w:p>
      <w:r>
        <w:t>status_500:错误: 笼位:hyb压测笼架0001-15-F 已被使用，请刷新页面: 1</w:t>
      </w:r>
    </w:p>
    <w:p>
      <w:r>
        <w:t>status_500:错误: 笼位:hyb压测笼架0001-15-G 已被使用，请刷新页面: 1</w:t>
      </w:r>
    </w:p>
    <w:p>
      <w:r>
        <w:t>status_500:错误: 笼位:hyb压测笼架0001-15-H 已被使用，请刷新页面: 1</w:t>
      </w:r>
    </w:p>
    <w:p>
      <w:r>
        <w:t>status_500:错误: 笼位:hyb压测笼架0001-15-I 已被使用，请刷新页面: 1</w:t>
      </w:r>
    </w:p>
    <w:p>
      <w:r>
        <w:t>status_500:错误: 笼位:hyb压测笼架0001-15-J 已被使用，请刷新页面: 1</w:t>
      </w:r>
    </w:p>
    <w:p>
      <w:r>
        <w:t>status_500:错误: 笼位:hyb压测笼架0001-15-K 已被使用，请刷新页面: 1</w:t>
      </w:r>
    </w:p>
    <w:p>
      <w:r>
        <w:t>status_500:错误: 笼位:hyb压测笼架0001-15-L 已被使用，请刷新页面: 1</w:t>
      </w:r>
    </w:p>
    <w:p>
      <w:r>
        <w:t>status_500:错误: 笼位:hyb压测笼架0001-15-M 已被使用，请刷新页面: 1</w:t>
      </w:r>
    </w:p>
    <w:p>
      <w:r>
        <w:t>status_500:错误: 笼位:hyb压测笼架0001-15-N 已被使用，请刷新页面: 1</w:t>
      </w:r>
    </w:p>
    <w:p>
      <w:r>
        <w:t>status_500:错误: 笼位:hyb压测笼架0001-15-O 已被使用，请刷新页面: 1</w:t>
      </w:r>
    </w:p>
    <w:p>
      <w:r>
        <w:t>status_500:错误: 笼位:hyb压测笼架0001-15-P 已被使用，请刷新页面: 1</w:t>
      </w:r>
    </w:p>
    <w:p>
      <w:r>
        <w:t>status_500:错误: 笼位:hyb压测笼架0001-15-Q 已被使用，请刷新页面: 1</w:t>
      </w:r>
    </w:p>
    <w:p>
      <w:r>
        <w:t>status_500:错误: 笼位:hyb压测笼架0001-15-R 已被使用，请刷新页面: 1</w:t>
      </w:r>
    </w:p>
    <w:p>
      <w:r>
        <w:t>status_500:错误: 笼位:hyb压测笼架0001-15-S 已被使用，请刷新页面: 1</w:t>
      </w:r>
    </w:p>
    <w:p>
      <w:r>
        <w:t>status_500:错误: 笼位:hyb压测笼架0001-15-T 已被使用，请刷新页面: 1</w:t>
      </w:r>
    </w:p>
    <w:p>
      <w:r>
        <w:t>status_500:错误: 笼位:hyb压测笼架0001-15-U 已被使用，请刷新页面: 1</w:t>
      </w:r>
    </w:p>
    <w:p>
      <w:r>
        <w:t>status_500:错误: 笼位:hyb压测笼架0001-15-V 已被使用，请刷新页面: 1</w:t>
      </w:r>
    </w:p>
    <w:p>
      <w:r>
        <w:t>status_500:错误: 笼位:hyb压测笼架0001-15-W 已被使用，请刷新页面: 1</w:t>
      </w:r>
    </w:p>
    <w:p>
      <w:r>
        <w:t>status_500:错误: 笼位:hyb压测笼架0001-16-A 已被使用，请刷新页面: 1</w:t>
      </w:r>
    </w:p>
    <w:p>
      <w:r>
        <w:t>status_500:错误: 笼位:hyb压测笼架0001-16-B 已被使用，请刷新页面: 1</w:t>
      </w:r>
    </w:p>
    <w:p>
      <w:r>
        <w:t>status_500:错误: 笼位:hyb压测笼架0001-16-C 已被使用，请刷新页面: 1</w:t>
      </w:r>
    </w:p>
    <w:p>
      <w:r>
        <w:t>status_500:错误: 笼位:hyb压测笼架0001-16-D 已被使用，请刷新页面: 1</w:t>
      </w:r>
    </w:p>
    <w:p>
      <w:r>
        <w:t>status_500:错误: 笼位:hyb压测笼架0001-16-E 已被使用，请刷新页面: 1</w:t>
      </w:r>
    </w:p>
    <w:p>
      <w:r>
        <w:t>status_500:错误: 笼位:hyb压测笼架0001-16-F 已被使用，请刷新页面: 1</w:t>
      </w:r>
    </w:p>
    <w:p>
      <w:r>
        <w:t>status_500:错误: 笼位:hyb压测笼架0001-16-G 已被使用，请刷新页面: 1</w:t>
      </w:r>
    </w:p>
    <w:p>
      <w:r>
        <w:t>status_500:错误: 笼位:hyb压测笼架0001-16-H 已被使用，请刷新页面: 1</w:t>
      </w:r>
    </w:p>
    <w:p>
      <w:r>
        <w:t>status_500:错误: 笼位:hyb压测笼架0001-16-I 已被使用，请刷新页面: 1</w:t>
      </w:r>
    </w:p>
    <w:p>
      <w:r>
        <w:t>status_500:错误: 笼位:hyb压测笼架0001-16-J 已被使用，请刷新页面: 1</w:t>
      </w:r>
    </w:p>
    <w:p>
      <w:r>
        <w:t>status_500:错误: 笼位:hyb压测笼架0001-16-K 已被使用，请刷新页面: 1</w:t>
      </w:r>
    </w:p>
    <w:p>
      <w:r>
        <w:t>status_500:错误: 笼位:hyb压测笼架0001-16-L 已被使用，请刷新页面: 1</w:t>
      </w:r>
    </w:p>
    <w:p>
      <w:r>
        <w:t>status_500:错误: 笼位:hyb压测笼架0001-16-M 已被使用，请刷新页面: 1</w:t>
      </w:r>
    </w:p>
    <w:p>
      <w:r>
        <w:t>status_500:错误: 笼位:hyb压测笼架0001-16-N 已被使用，请刷新页面: 1</w:t>
      </w:r>
    </w:p>
    <w:p>
      <w:r>
        <w:t>status_500:错误: 笼位:hyb压测笼架0001-16-O 已被使用，请刷新页面: 1</w:t>
      </w:r>
    </w:p>
    <w:p>
      <w:r>
        <w:t>status_500:错误: 笼位:hyb压测笼架0001-16-P 已被使用，请刷新页面: 1</w:t>
      </w:r>
    </w:p>
    <w:p>
      <w:r>
        <w:t>status_500:错误: 笼位:hyb压测笼架0001-16-Q 已被使用，请刷新页面: 1</w:t>
      </w:r>
    </w:p>
    <w:p>
      <w:r>
        <w:t>status_500:错误: 笼位:hyb压测笼架0001-16-R 已被使用，请刷新页面: 1</w:t>
      </w:r>
    </w:p>
    <w:p>
      <w:r>
        <w:t>status_500:错误: 笼位:hyb压测笼架0001-16-S 已被使用，请刷新页面: 1</w:t>
      </w:r>
    </w:p>
    <w:p>
      <w:r>
        <w:t>status_500:错误: 笼位:hyb压测笼架0001-16-T 已被使用，请刷新页面: 1</w:t>
      </w:r>
    </w:p>
    <w:p>
      <w:r>
        <w:t>status_500:错误: 笼位:hyb压测笼架0001-16-V 已被使用，请刷新页面: 1</w:t>
      </w:r>
    </w:p>
    <w:p>
      <w:r>
        <w:t>status_500:错误: 笼位:hyb压测笼架0001-16-U 已被使用，请刷新页面: 1</w:t>
      </w:r>
    </w:p>
    <w:p>
      <w:r>
        <w:t>status_500:错误: 笼位:hyb压测笼架0001-16-W 已被使用，请刷新页面: 1</w:t>
      </w:r>
    </w:p>
    <w:p>
      <w:r>
        <w:t>status_500:错误: 笼位:hyb压测笼架0001-17-A 已被使用，请刷新页面: 1</w:t>
      </w:r>
    </w:p>
    <w:p>
      <w:r>
        <w:t>status_500:错误: 笼位:hyb压测笼架0001-17-B 已被使用，请刷新页面: 1</w:t>
      </w:r>
    </w:p>
    <w:p>
      <w:r>
        <w:t>status_500:错误: 笼位:hyb压测笼架0001-17-C 已被使用，请刷新页面: 1</w:t>
      </w:r>
    </w:p>
    <w:p>
      <w:r>
        <w:t>status_500:错误: 笼位:hyb压测笼架0001-17-D 已被使用，请刷新页面: 1</w:t>
      </w:r>
    </w:p>
    <w:p>
      <w:r>
        <w:t>status_500:错误: 笼位:hyb压测笼架0001-17-E 已被使用，请刷新页面: 1</w:t>
      </w:r>
    </w:p>
    <w:p>
      <w:r>
        <w:t>status_500:错误: 笼位:hyb压测笼架0001-17-F 已被使用，请刷新页面: 1</w:t>
      </w:r>
    </w:p>
    <w:p>
      <w:r>
        <w:t>status_500:错误: 笼位:hyb压测笼架0001-17-G 已被使用，请刷新页面: 1</w:t>
      </w:r>
    </w:p>
    <w:p>
      <w:r>
        <w:t>status_500:错误: 笼位:hyb压测笼架0001-17-H 已被使用，请刷新页面: 1</w:t>
      </w:r>
    </w:p>
    <w:p>
      <w:r>
        <w:t>status_500:错误: 笼位:hyb压测笼架0001-17-I 已被使用，请刷新页面: 1</w:t>
      </w:r>
    </w:p>
    <w:p>
      <w:r>
        <w:t>status_500:错误: 笼位:hyb压测笼架0001-17-J 已被使用，请刷新页面: 1</w:t>
      </w:r>
    </w:p>
    <w:p>
      <w:r>
        <w:t>status_500:错误: 笼位:hyb压测笼架0001-17-K 已被使用，请刷新页面: 1</w:t>
      </w:r>
    </w:p>
    <w:p>
      <w:r>
        <w:t>status_500:错误: 笼位:hyb压测笼架0001-17-L 已被使用，请刷新页面: 1</w:t>
      </w:r>
    </w:p>
    <w:p>
      <w:r>
        <w:t>status_500:错误: 笼位:hyb压测笼架0001-17-M 已被使用，请刷新页面: 1</w:t>
      </w:r>
    </w:p>
    <w:p>
      <w:r>
        <w:t>status_500:错误: 笼位:hyb压测笼架0001-17-N 已被使用，请刷新页面: 1</w:t>
      </w:r>
    </w:p>
    <w:p>
      <w:r>
        <w:t>status_500:错误: 笼位:hyb压测笼架0001-17-O 已被使用，请刷新页面: 1</w:t>
      </w:r>
    </w:p>
    <w:p>
      <w:r>
        <w:t>status_500:错误: 笼位:hyb压测笼架0001-17-P 已被使用，请刷新页面: 1</w:t>
      </w:r>
    </w:p>
    <w:p>
      <w:r>
        <w:t>status_500:错误: 笼位:hyb压测笼架0001-17-Q 已被使用，请刷新页面: 1</w:t>
      </w:r>
    </w:p>
    <w:p>
      <w:r>
        <w:t>status_500:错误: 笼位:hyb压测笼架0001-17-R 已被使用，请刷新页面: 1</w:t>
      </w:r>
    </w:p>
    <w:p>
      <w:r>
        <w:t>status_500:错误: 笼位:hyb压测笼架0001-17-S 已被使用，请刷新页面: 1</w:t>
      </w:r>
    </w:p>
    <w:p>
      <w:r>
        <w:t>status_500:错误: 笼位:hyb压测笼架0001-17-T 已被使用，请刷新页面: 1</w:t>
      </w:r>
    </w:p>
    <w:p>
      <w:r>
        <w:t>status_500:错误: 笼位:hyb压测笼架0001-17-U 已被使用，请刷新页面: 1</w:t>
      </w:r>
    </w:p>
    <w:p>
      <w:r>
        <w:t>status_500:错误: 笼位:hyb压测笼架0001-17-V 已被使用，请刷新页面: 1</w:t>
      </w:r>
    </w:p>
    <w:p>
      <w:r>
        <w:t>status_500:错误: 笼位:hyb压测笼架0001-17-W 已被使用，请刷新页面: 1</w:t>
      </w:r>
    </w:p>
    <w:p>
      <w:r>
        <w:t>status_500:错误: 笼位:hyb压测笼架0001-18-A 已被使用，请刷新页面: 1</w:t>
      </w:r>
    </w:p>
    <w:p>
      <w:r>
        <w:t>status_500:错误: 笼位:hyb压测笼架0001-18-B 已被使用，请刷新页面: 1</w:t>
      </w:r>
    </w:p>
    <w:p>
      <w:r>
        <w:t>status_500:错误: 笼位:hyb压测笼架0001-18-C 已被使用，请刷新页面: 1</w:t>
      </w:r>
    </w:p>
    <w:p>
      <w:r>
        <w:t>status_500:错误: 笼位:hyb压测笼架0001-18-D 已被使用，请刷新页面: 1</w:t>
      </w:r>
    </w:p>
    <w:p>
      <w:r>
        <w:t>status_500:错误: 笼位:hyb压测笼架0001-18-E 已被使用，请刷新页面: 1</w:t>
      </w:r>
    </w:p>
    <w:p>
      <w:r>
        <w:t>status_500:错误: 笼位:hyb压测笼架0001-18-F 已被使用，请刷新页面: 1</w:t>
      </w:r>
    </w:p>
    <w:p>
      <w:r>
        <w:t>status_500:错误: 笼位:hyb压测笼架0001-18-G 已被使用，请刷新页面: 1</w:t>
      </w:r>
    </w:p>
    <w:p>
      <w:r>
        <w:t>status_500:错误: 笼位:hyb压测笼架0001-18-H 已被使用，请刷新页面: 1</w:t>
      </w:r>
    </w:p>
    <w:p>
      <w:r>
        <w:t>status_500:错误: 笼位:hyb压测笼架0001-18-I 已被使用，请刷新页面: 1</w:t>
      </w:r>
    </w:p>
    <w:p>
      <w:r>
        <w:t>status_500:错误: 笼位:hyb压测笼架0001-18-J 已被使用，请刷新页面: 1</w:t>
      </w:r>
    </w:p>
    <w:p>
      <w:r>
        <w:t>status_500:错误: 笼位:hyb压测笼架0001-18-K 已被使用，请刷新页面: 1</w:t>
      </w:r>
    </w:p>
    <w:p>
      <w:r>
        <w:t>status_500:错误: 笼位:hyb压测笼架0001-18-L 已被使用，请刷新页面: 1</w:t>
      </w:r>
    </w:p>
    <w:p>
      <w:r>
        <w:t>status_500:错误: 笼位:hyb压测笼架0001-18-M 已被使用，请刷新页面: 1</w:t>
      </w:r>
    </w:p>
    <w:p>
      <w:r>
        <w:t>status_500:错误: 笼位:hyb压测笼架0001-18-N 已被使用，请刷新页面: 1</w:t>
      </w:r>
    </w:p>
    <w:p>
      <w:r>
        <w:t>status_500:错误: 笼位:hyb压测笼架0001-18-O 已被使用，请刷新页面: 1</w:t>
      </w:r>
    </w:p>
    <w:p>
      <w:r>
        <w:t>status_500:错误: 笼位:hyb压测笼架0001-18-P 已被使用，请刷新页面: 1</w:t>
      </w:r>
    </w:p>
    <w:p>
      <w:r>
        <w:t>status_500:错误: 笼位:hyb压测笼架0001-18-Q 已被使用，请刷新页面: 1</w:t>
      </w:r>
    </w:p>
    <w:p>
      <w:r>
        <w:t>status_500:错误: 笼位:hyb压测笼架0001-18-R 已被使用，请刷新页面: 1</w:t>
      </w:r>
    </w:p>
    <w:p>
      <w:r>
        <w:t>status_500:错误: 笼位:hyb压测笼架0001-18-S 已被使用，请刷新页面: 1</w:t>
      </w:r>
    </w:p>
    <w:p>
      <w:r>
        <w:t>status_500:错误: 笼位:hyb压测笼架0001-18-T 已被使用，请刷新页面: 1</w:t>
      </w:r>
    </w:p>
    <w:p>
      <w:r>
        <w:t>status_500:错误: 笼位:hyb压测笼架0001-18-V 已被使用，请刷新页面: 1</w:t>
      </w:r>
    </w:p>
    <w:p>
      <w:r>
        <w:t>status_500:错误: 笼位:hyb压测笼架0001-18-U 已被使用，请刷新页面: 1</w:t>
      </w:r>
    </w:p>
    <w:p>
      <w:r>
        <w:t>status_500:错误: 笼位:hyb压测笼架0001-19-A 已被使用，请刷新页面: 1</w:t>
      </w:r>
    </w:p>
    <w:p>
      <w:r>
        <w:t>status_500:错误: 笼位:hyb压测笼架0001-18-W 已被使用，请刷新页面: 1</w:t>
      </w:r>
    </w:p>
    <w:p>
      <w:r>
        <w:t>status_500:错误: 笼位:hyb压测笼架0001-19-B 已被使用，请刷新页面: 1</w:t>
      </w:r>
    </w:p>
    <w:p>
      <w:r>
        <w:t>status_500:错误: 笼位:hyb压测笼架0001-19-C 已被使用，请刷新页面: 1</w:t>
      </w:r>
    </w:p>
    <w:p>
      <w:r>
        <w:t>status_500:错误: 笼位:hyb压测笼架0001-19-D 已被使用，请刷新页面: 1</w:t>
      </w:r>
    </w:p>
    <w:p>
      <w:r>
        <w:t>status_500:错误: 笼位:hyb压测笼架0001-19-E 已被使用，请刷新页面: 1</w:t>
      </w:r>
    </w:p>
    <w:p>
      <w:r>
        <w:t>status_500:错误: 笼位:hyb压测笼架0001-19-F 已被使用，请刷新页面: 1</w:t>
      </w:r>
    </w:p>
    <w:p>
      <w:r>
        <w:t>status_500:错误: 笼位:hyb压测笼架0001-19-G 已被使用，请刷新页面: 1</w:t>
      </w:r>
    </w:p>
    <w:p>
      <w:r>
        <w:t>status_500:错误: 笼位:hyb压测笼架0001-19-H 已被使用，请刷新页面: 1</w:t>
      </w:r>
    </w:p>
    <w:p>
      <w:r>
        <w:t>status_500:错误: 笼位:hyb压测笼架0001-19-I 已被使用，请刷新页面: 1</w:t>
      </w:r>
    </w:p>
    <w:p>
      <w:r>
        <w:t>status_500:错误: 笼位:hyb压测笼架0001-19-J 已被使用，请刷新页面: 1</w:t>
      </w:r>
    </w:p>
    <w:p>
      <w:r>
        <w:t>status_500:错误: 笼位:hyb压测笼架0001-19-K 已被使用，请刷新页面: 1</w:t>
      </w:r>
    </w:p>
    <w:p>
      <w:r>
        <w:t>status_500:错误: 笼位:hyb压测笼架0001-19-L 已被使用，请刷新页面: 1</w:t>
      </w:r>
    </w:p>
    <w:p>
      <w:r>
        <w:t>status_500:错误: 笼位:hyb压测笼架0001-19-M 已被使用，请刷新页面: 1</w:t>
      </w:r>
    </w:p>
    <w:p>
      <w:r>
        <w:t>status_500:错误: 笼位:hyb压测笼架0001-19-N 已被使用，请刷新页面: 1</w:t>
      </w:r>
    </w:p>
    <w:p>
      <w:r>
        <w:t>status_500:错误: 笼位:hyb压测笼架0001-19-O 已被使用，请刷新页面: 1</w:t>
      </w:r>
    </w:p>
    <w:p>
      <w:r>
        <w:t>status_500:错误: 笼位:hyb压测笼架0001-19-P 已被使用，请刷新页面: 1</w:t>
      </w:r>
    </w:p>
    <w:p>
      <w:r>
        <w:t>status_500:错误: 笼位:hyb压测笼架0001-19-Q 已被使用，请刷新页面: 1</w:t>
      </w:r>
    </w:p>
    <w:p>
      <w:r>
        <w:t>status_500:错误: 笼位:hyb压测笼架0001-19-R 已被使用，请刷新页面: 1</w:t>
      </w:r>
    </w:p>
    <w:p>
      <w:r>
        <w:t>status_500:错误: 笼位:hyb压测笼架0001-19-S 已被使用，请刷新页面: 1</w:t>
      </w:r>
    </w:p>
    <w:p>
      <w:r>
        <w:t>status_500:错误: 笼位:hyb压测笼架0001-19-T 已被使用，请刷新页面: 1</w:t>
      </w:r>
    </w:p>
    <w:p>
      <w:r>
        <w:t>status_500:错误: 笼位:hyb压测笼架0001-19-U 已被使用，请刷新页面: 1</w:t>
      </w:r>
    </w:p>
    <w:p>
      <w:r>
        <w:t>status_500:错误: 笼位:hyb压测笼架0001-19-V 已被使用，请刷新页面: 1</w:t>
      </w:r>
    </w:p>
    <w:p>
      <w:r>
        <w:t>status_500:错误: 笼位:hyb压测笼架0001-19-W 已被使用，请刷新页面: 1</w:t>
      </w:r>
    </w:p>
    <w:p>
      <w:r>
        <w:t>status_500:错误: 笼位:hyb压测笼架0001-20-A 已被使用，请刷新页面: 1</w:t>
      </w:r>
    </w:p>
    <w:p>
      <w:r>
        <w:t>status_500:错误: 笼位:hyb压测笼架0001-20-B 已被使用，请刷新页面: 1</w:t>
      </w:r>
    </w:p>
    <w:p>
      <w:r>
        <w:t>status_500:错误: 笼位:hyb压测笼架0001-20-C 已被使用，请刷新页面: 1</w:t>
      </w:r>
    </w:p>
    <w:p>
      <w:r>
        <w:t>status_500:错误: 笼位:hyb压测笼架0001-20-D 已被使用，请刷新页面: 1</w:t>
      </w:r>
    </w:p>
    <w:p>
      <w:r>
        <w:t>status_500:错误: 笼位:hyb压测笼架0001-20-E 已被使用，请刷新页面: 1</w:t>
      </w:r>
    </w:p>
    <w:p>
      <w:r>
        <w:t>status_500:错误: 笼位:hyb压测笼架0001-20-F 已被使用，请刷新页面: 1</w:t>
      </w:r>
    </w:p>
    <w:p>
      <w:r>
        <w:t>status_500:错误: 笼位:hyb压测笼架0001-20-G 已被使用，请刷新页面: 1</w:t>
      </w:r>
    </w:p>
    <w:p>
      <w:r>
        <w:t>status_500:错误: 笼位:hyb压测笼架0001-20-H 已被使用，请刷新页面: 1</w:t>
      </w:r>
    </w:p>
    <w:p>
      <w:r>
        <w:t>status_500:错误: 笼位:hyb压测笼架0001-20-I 已被使用，请刷新页面: 1</w:t>
      </w:r>
    </w:p>
    <w:p>
      <w:r>
        <w:t>status_500:错误: 笼位:hyb压测笼架0001-20-J 已被使用，请刷新页面: 1</w:t>
      </w:r>
    </w:p>
    <w:p>
      <w:r>
        <w:t>status_500:错误: 笼位:hyb压测笼架0001-20-K 已被使用，请刷新页面: 1</w:t>
      </w:r>
    </w:p>
    <w:p>
      <w:r>
        <w:t>status_500:错误: 笼位:hyb压测笼架0001-20-L 已被使用，请刷新页面: 1</w:t>
      </w:r>
    </w:p>
    <w:p>
      <w:r>
        <w:t>status_500:错误: 笼位:hyb压测笼架0001-20-M 已被使用，请刷新页面: 1</w:t>
      </w:r>
    </w:p>
    <w:p>
      <w:r>
        <w:t>status_500:错误: 笼位:hyb压测笼架0001-20-N 已被使用，请刷新页面: 1</w:t>
      </w:r>
    </w:p>
    <w:p>
      <w:r>
        <w:t>status_500:错误: 笼位:hyb压测笼架0001-20-O 已被使用，请刷新页面: 1</w:t>
      </w:r>
    </w:p>
    <w:p>
      <w:r>
        <w:t>status_500:错误: 笼位:hyb压测笼架0001-20-P 已被使用，请刷新页面: 1</w:t>
      </w:r>
    </w:p>
    <w:p>
      <w:r>
        <w:t>status_500:错误: 笼位:hyb压测笼架0001-20-Q 已被使用，请刷新页面: 1</w:t>
      </w:r>
    </w:p>
    <w:p>
      <w:r>
        <w:t>status_500:错误: 笼位:hyb压测笼架0001-20-R 已被使用，请刷新页面: 1</w:t>
      </w:r>
    </w:p>
    <w:p>
      <w:r>
        <w:t>status_500:错误: 笼位:hyb压测笼架0001-20-S 已被使用，请刷新页面: 1</w:t>
      </w:r>
    </w:p>
    <w:p>
      <w:r>
        <w:t>status_500:错误: 笼位:hyb压测笼架0001-20-T 已被使用，请刷新页面: 1</w:t>
      </w:r>
    </w:p>
    <w:p>
      <w:r>
        <w:t>status_500:错误: 笼位:hyb压测笼架0001-20-U 已被使用，请刷新页面: 1</w:t>
      </w:r>
    </w:p>
    <w:p>
      <w:r>
        <w:t>status_500:错误: 笼位:hyb压测笼架0001-20-V 已被使用，请刷新页面: 1</w:t>
      </w:r>
    </w:p>
    <w:p>
      <w:r>
        <w:t>status_500:错误: 笼位:hyb压测笼架0001-20-W 已被使用，请刷新页面: 1</w:t>
      </w:r>
    </w:p>
    <w:p>
      <w:r>
        <w:t>status_500:错误: 笼位:hyb压测笼架0001-21-A 已被使用，请刷新页面: 1</w:t>
      </w:r>
    </w:p>
    <w:p>
      <w:r>
        <w:t>status_500:错误: 笼位:hyb压测笼架0001-21-B 已被使用，请刷新页面: 1</w:t>
      </w:r>
    </w:p>
    <w:p>
      <w:r>
        <w:t>status_500:错误: 笼位:hyb压测笼架0001-21-C 已被使用，请刷新页面: 1</w:t>
      </w:r>
    </w:p>
    <w:p>
      <w:r>
        <w:t>status_500:错误: 笼位:hyb压测笼架0001-21-D 已被使用，请刷新页面: 1</w:t>
      </w:r>
    </w:p>
    <w:p>
      <w:r>
        <w:t>status_500:错误: 笼位:hyb压测笼架0001-21-E 已被使用，请刷新页面: 1</w:t>
      </w:r>
    </w:p>
    <w:p>
      <w:r>
        <w:t>status_500:错误: 笼位:hyb压测笼架0001-21-G 已被使用，请刷新页面: 1</w:t>
      </w:r>
    </w:p>
    <w:p>
      <w:r>
        <w:t>status_500:错误: 笼位:hyb压测笼架0001-21-F 已被使用，请刷新页面: 1</w:t>
      </w:r>
    </w:p>
    <w:p>
      <w:r>
        <w:t>status_500:错误: 笼位:hyb压测笼架0001-21-H 已被使用，请刷新页面: 1</w:t>
      </w:r>
    </w:p>
    <w:p>
      <w:r>
        <w:t>status_500:错误: 笼位:hyb压测笼架0001-21-I 已被使用，请刷新页面: 1</w:t>
      </w:r>
    </w:p>
    <w:p>
      <w:r>
        <w:t>status_500:错误: 笼位:hyb压测笼架0001-21-J 已被使用，请刷新页面: 1</w:t>
      </w:r>
    </w:p>
    <w:p>
      <w:r>
        <w:t>status_500:错误: 笼位:hyb压测笼架0001-21-K 已被使用，请刷新页面: 1</w:t>
      </w:r>
    </w:p>
    <w:p>
      <w:r>
        <w:t>status_500:错误: 笼位:hyb压测笼架0001-21-L 已被使用，请刷新页面: 1</w:t>
      </w:r>
    </w:p>
    <w:p>
      <w:r>
        <w:t>status_500:错误: 笼位:hyb压测笼架0001-21-M 已被使用，请刷新页面: 1</w:t>
      </w:r>
    </w:p>
    <w:p>
      <w:r>
        <w:t>status_500:错误: 笼位:hyb压测笼架0001-21-N 已被使用，请刷新页面: 1</w:t>
      </w:r>
    </w:p>
    <w:p>
      <w:r>
        <w:t>status_500:错误: 笼位:hyb压测笼架0001-21-O 已被使用，请刷新页面: 1</w:t>
      </w:r>
    </w:p>
    <w:p>
      <w:r>
        <w:t>status_500:错误: 笼位:hyb压测笼架0001-21-P 已被使用，请刷新页面: 1</w:t>
      </w:r>
    </w:p>
    <w:p>
      <w:r>
        <w:t>status_500:错误: 笼位:hyb压测笼架0001-21-Q 已被使用，请刷新页面: 1</w:t>
      </w:r>
    </w:p>
    <w:p>
      <w:r>
        <w:t>status_500:错误: 笼位:hyb压测笼架0001-21-R 已被使用，请刷新页面: 1</w:t>
      </w:r>
    </w:p>
    <w:p>
      <w:r>
        <w:t>status_500:错误: 笼位:hyb压测笼架0001-21-S 已被使用，请刷新页面: 1</w:t>
      </w:r>
    </w:p>
    <w:p>
      <w:r>
        <w:t>status_500:错误: 笼位:hyb压测笼架0001-21-T 已被使用，请刷新页面: 1</w:t>
      </w:r>
    </w:p>
    <w:p>
      <w:r>
        <w:t>status_500:错误: 笼位:hyb压测笼架0001-21-U 已被使用，请刷新页面: 1</w:t>
      </w:r>
    </w:p>
    <w:p>
      <w:r>
        <w:t>status_500:错误: 笼位:hyb压测笼架0001-21-V 已被使用，请刷新页面: 1</w:t>
      </w:r>
    </w:p>
    <w:p>
      <w:r>
        <w:t>status_500:错误: 笼位:hyb压测笼架0001-21-W 已被使用，请刷新页面: 1</w:t>
      </w:r>
    </w:p>
    <w:p>
      <w:r>
        <w:t>status_500:错误: 笼位:hyb压测笼架0001-22-B 已被使用，请刷新页面: 1</w:t>
      </w:r>
    </w:p>
    <w:p>
      <w:r>
        <w:t>status_500:错误: 笼位:hyb压测笼架0001-22-A 已被使用，请刷新页面: 1</w:t>
      </w:r>
    </w:p>
    <w:p>
      <w:r>
        <w:t>status_500:错误: 笼位:hyb压测笼架0001-22-C 已被使用，请刷新页面: 1</w:t>
      </w:r>
    </w:p>
    <w:p>
      <w:r>
        <w:t>status_500:错误: 笼位:hyb压测笼架0001-22-D 已被使用，请刷新页面: 1</w:t>
      </w:r>
    </w:p>
    <w:p>
      <w:r>
        <w:t>status_500:错误: 笼位:hyb压测笼架0001-22-E 已被使用，请刷新页面: 1</w:t>
      </w:r>
    </w:p>
    <w:p>
      <w:r>
        <w:t>status_500:错误: 笼位:hyb压测笼架0001-22-F 已被使用，请刷新页面: 1</w:t>
      </w:r>
    </w:p>
    <w:p>
      <w:r>
        <w:t>status_500:错误: 笼位:hyb压测笼架0001-22-G 已被使用，请刷新页面: 1</w:t>
      </w:r>
    </w:p>
    <w:p>
      <w:r>
        <w:t>status_500:错误: 笼位:hyb压测笼架0001-22-H 已被使用，请刷新页面: 1</w:t>
      </w:r>
    </w:p>
    <w:p>
      <w:r>
        <w:t>status_500:错误: 笼位:hyb压测笼架0001-22-I 已被使用，请刷新页面: 1</w:t>
      </w:r>
    </w:p>
    <w:p>
      <w:r>
        <w:t>status_500:错误: 笼位:hyb压测笼架0001-22-J 已被使用，请刷新页面: 1</w:t>
      </w:r>
    </w:p>
    <w:p>
      <w:r>
        <w:t>status_500:错误: 笼位:hyb压测笼架0001-22-K 已被使用，请刷新页面: 1</w:t>
      </w:r>
    </w:p>
    <w:p>
      <w:r>
        <w:t>status_500:错误: 笼位:hyb压测笼架0001-22-L 已被使用，请刷新页面: 1</w:t>
      </w:r>
    </w:p>
    <w:p>
      <w:r>
        <w:t>status_500:错误: 笼位:hyb压测笼架0001-22-M 已被使用，请刷新页面: 1</w:t>
      </w:r>
    </w:p>
    <w:p>
      <w:r>
        <w:t>status_500:错误: 笼位:hyb压测笼架0001-22-N 已被使用，请刷新页面: 1</w:t>
      </w:r>
    </w:p>
    <w:p>
      <w:r>
        <w:t>status_500:错误: 笼位:hyb压测笼架0001-22-O 已被使用，请刷新页面: 1</w:t>
      </w:r>
    </w:p>
    <w:p>
      <w:r>
        <w:t>status_500:错误: 笼位:hyb压测笼架0001-22-P 已被使用，请刷新页面: 1</w:t>
      </w:r>
    </w:p>
    <w:p>
      <w:r>
        <w:t>status_500:错误: 笼位:hyb压测笼架0001-22-Q 已被使用，请刷新页面: 1</w:t>
      </w:r>
    </w:p>
    <w:p>
      <w:r>
        <w:t>status_500:错误: 笼位:hyb压测笼架0001-22-R 已被使用，请刷新页面: 1</w:t>
      </w:r>
    </w:p>
    <w:p>
      <w:r>
        <w:t>status_500:错误: 笼位:hyb压测笼架0001-22-S 已被使用，请刷新页面: 1</w:t>
      </w:r>
    </w:p>
    <w:p>
      <w:r>
        <w:t>status_500:错误: 笼位:hyb压测笼架0001-22-T 已被使用，请刷新页面: 1</w:t>
      </w:r>
    </w:p>
    <w:p>
      <w:r>
        <w:t>status_500:错误: 笼位:hyb压测笼架0001-22-V 已被使用，请刷新页面: 1</w:t>
      </w:r>
    </w:p>
    <w:p>
      <w:r>
        <w:t>status_500:错误: 笼位:hyb压测笼架0001-22-U 已被使用，请刷新页面: 1</w:t>
      </w:r>
    </w:p>
    <w:p>
      <w:r>
        <w:t>status_500:错误: 笼位:hyb压测笼架0001-22-W 已被使用，请刷新页面: 1</w:t>
      </w:r>
    </w:p>
    <w:p>
      <w:r>
        <w:t>status_500:错误: 笼位:hyb压测笼架0001-23-A 已被使用，请刷新页面: 1</w:t>
      </w:r>
    </w:p>
    <w:p>
      <w:r>
        <w:t>status_500:错误: 笼位:hyb压测笼架0001-23-B 已被使用，请刷新页面: 1</w:t>
      </w:r>
    </w:p>
    <w:p>
      <w:r>
        <w:t>status_500:错误: 笼位:hyb压测笼架0001-23-C 已被使用，请刷新页面: 1</w:t>
      </w:r>
    </w:p>
    <w:p>
      <w:r>
        <w:t>status_500:错误: 笼位:hyb压测笼架0001-23-D 已被使用，请刷新页面: 1</w:t>
      </w:r>
    </w:p>
    <w:p>
      <w:r>
        <w:t>status_500:错误: 笼位:hyb压测笼架0001-23-E 已被使用，请刷新页面: 1</w:t>
      </w:r>
    </w:p>
    <w:p>
      <w:r>
        <w:t>status_500:错误: 笼位:hyb压测笼架0001-23-F 已被使用，请刷新页面: 1</w:t>
      </w:r>
    </w:p>
    <w:p>
      <w:r>
        <w:t>status_500:错误: 笼位:hyb压测笼架0001-23-G 已被使用，请刷新页面: 1</w:t>
      </w:r>
    </w:p>
    <w:p>
      <w:r>
        <w:t>status_500:错误: 笼位:hyb压测笼架0001-23-H 已被使用，请刷新页面: 1</w:t>
      </w:r>
    </w:p>
    <w:p>
      <w:r>
        <w:t>status_500:错误: 笼位:hyb压测笼架0001-23-I 已被使用，请刷新页面: 1</w:t>
      </w:r>
    </w:p>
    <w:p>
      <w:r>
        <w:t>status_500:错误: 笼位:hyb压测笼架0001-23-J 已被使用，请刷新页面: 1</w:t>
      </w:r>
    </w:p>
    <w:p>
      <w:r>
        <w:t>status_500:错误: 笼位:hyb压测笼架0001-23-K 已被使用，请刷新页面: 1</w:t>
      </w:r>
    </w:p>
    <w:p>
      <w:r>
        <w:t>status_500:错误: 笼位:hyb压测笼架0001-23-L 已被使用，请刷新页面: 1</w:t>
      </w:r>
    </w:p>
    <w:p>
      <w:r>
        <w:t>status_500:错误: 笼位:hyb压测笼架0001-23-M 已被使用，请刷新页面: 1</w:t>
      </w:r>
    </w:p>
    <w:p>
      <w:r>
        <w:t>status_500:错误: 笼位:hyb压测笼架0001-23-N 已被使用，请刷新页面: 1</w:t>
      </w:r>
    </w:p>
    <w:p>
      <w:r>
        <w:t>status_500:错误: 笼位:hyb压测笼架0001-23-O 已被使用，请刷新页面: 1</w:t>
      </w:r>
    </w:p>
    <w:p>
      <w:r>
        <w:t>status_500:错误: 笼位:hyb压测笼架0001-23-P 已被使用，请刷新页面: 1</w:t>
      </w:r>
    </w:p>
    <w:p>
      <w:r>
        <w:t>status_500:错误: 笼位:hyb压测笼架0001-23-Q 已被使用，请刷新页面: 1</w:t>
      </w:r>
    </w:p>
    <w:p>
      <w:r>
        <w:t>status_500:错误: 笼位:hyb压测笼架0001-23-R 已被使用，请刷新页面: 1</w:t>
      </w:r>
    </w:p>
    <w:p>
      <w:r>
        <w:t>status_500:错误: 笼位:hyb压测笼架0001-23-S 已被使用，请刷新页面: 1</w:t>
      </w:r>
    </w:p>
    <w:p>
      <w:r>
        <w:t>status_500:错误: 笼位:hyb压测笼架0001-23-T 已被使用，请刷新页面: 1</w:t>
      </w:r>
    </w:p>
    <w:p>
      <w:r>
        <w:t>status_500:错误: 笼位:hyb压测笼架0001-23-U 已被使用，请刷新页面: 1</w:t>
      </w:r>
    </w:p>
    <w:p>
      <w:r>
        <w:t>status_500:错误: 笼位:hyb压测笼架0001-23-V 已被使用，请刷新页面: 1</w:t>
      </w:r>
    </w:p>
    <w:p>
      <w:r>
        <w:t>status_500:错误: 笼位:hyb压测笼架0001-23-W 已被使用，请刷新页面: 1</w:t>
      </w:r>
    </w:p>
    <w:p>
      <w:r>
        <w:t>status_500:错误: 笼位:hyb压测笼架1045011-1-A 已被使用，请刷新页面: 1</w:t>
      </w:r>
    </w:p>
    <w:p>
      <w:r>
        <w:t>status_500:错误: 笼位:hyb压测笼架1045011-1-B 已被使用，请刷新页面: 1</w:t>
      </w:r>
    </w:p>
    <w:p>
      <w:r>
        <w:t>status_500:错误: 笼位:hyb压测笼架1045011-1-I 已被使用，请刷新页面: 1</w:t>
      </w:r>
    </w:p>
    <w:p>
      <w:r>
        <w:t>status_500:错误: 笼位:hyb压测笼架1045011-1-H 已被使用，请刷新页面: 1</w:t>
      </w:r>
    </w:p>
    <w:p>
      <w:r>
        <w:t>status_500:错误: 笼位:hyb压测笼架1045011-1-J 已被使用，请刷新页面: 1</w:t>
      </w:r>
    </w:p>
    <w:p>
      <w:r>
        <w:t>status_500:错误: 笼位:hyb压测笼架1045011-1-L 已被使用，请刷新页面: 1</w:t>
      </w:r>
    </w:p>
    <w:p>
      <w:r>
        <w:t>status_500:错误: 笼位:hyb压测笼架1045011-1-K 已被使用，请刷新页面: 1</w:t>
      </w:r>
    </w:p>
    <w:p>
      <w:r>
        <w:t>status_500:错误: 笼位:hyb压测笼架1045011-1-M 已被使用，请刷新页面: 1</w:t>
      </w:r>
    </w:p>
    <w:p>
      <w:r>
        <w:t>status_500:错误: 笼位:hyb压测笼架1045011-1-N 已被使用，请刷新页面: 1</w:t>
      </w:r>
    </w:p>
    <w:p>
      <w:r>
        <w:t>status_500:错误: 笼位:hyb压测笼架1045011-1-O 已被使用，请刷新页面: 1</w:t>
      </w:r>
    </w:p>
    <w:p>
      <w:r>
        <w:t>status_500:错误: 笼位:hyb压测笼架1045011-1-Q 已被使用，请刷新页面: 1</w:t>
      </w:r>
    </w:p>
    <w:p>
      <w:r>
        <w:t>status_500:错误: 笼位:hyb压测笼架1045011-1-P 已被使用，请刷新页面: 1</w:t>
      </w:r>
    </w:p>
    <w:p>
      <w:r>
        <w:t>status_500:错误: 笼位:hyb压测笼架1045011-1-R 已被使用，请刷新页面: 1</w:t>
      </w:r>
    </w:p>
    <w:p>
      <w:r>
        <w:t>status_500:错误: 笼位:hyb压测笼架1045011-1-S 已被使用，请刷新页面: 1</w:t>
      </w:r>
    </w:p>
    <w:p>
      <w:r>
        <w:t>status_500:错误: 笼位:hyb压测笼架1045011-1-T 已被使用，请刷新页面: 1</w:t>
      </w:r>
    </w:p>
    <w:p>
      <w:r>
        <w:t>status_500:错误: 笼位:hyb压测笼架1045011-1-U 已被使用，请刷新页面: 1</w:t>
      </w:r>
    </w:p>
    <w:p>
      <w:r>
        <w:t>status_500:错误: 笼位:hyb压测笼架1045011-1-W 已被使用，请刷新页面: 1</w:t>
      </w:r>
    </w:p>
    <w:p>
      <w:r>
        <w:t>status_500:错误: 笼位:hyb压测笼架1045011-1-V 已被使用，请刷新页面: 1</w:t>
      </w:r>
    </w:p>
    <w:p>
      <w:r>
        <w:t>status_500:错误: 笼位:hyb压测笼架1045011-2-A 已被使用，请刷新页面: 1</w:t>
      </w:r>
    </w:p>
    <w:p>
      <w:r>
        <w:t>status_500:错误: 笼位:hyb压测笼架1045011-2-B 已被使用，请刷新页面: 1</w:t>
      </w:r>
    </w:p>
    <w:p>
      <w:r>
        <w:t>status_500:错误: 笼位:hyb压测笼架1045011-2-C 已被使用，请刷新页面: 1</w:t>
      </w:r>
    </w:p>
    <w:p>
      <w:r>
        <w:t>status_500:错误: 笼位:hyb压测笼架1045011-2-D 已被使用，请刷新页面: 1</w:t>
      </w:r>
    </w:p>
    <w:p>
      <w:r>
        <w:t>status_500:错误: 笼位:hyb压测笼架1045011-2-E 已被使用，请刷新页面: 1</w:t>
      </w:r>
    </w:p>
    <w:p>
      <w:r>
        <w:t>status_500:错误: 笼位:hyb压测笼架1045011-2-F 已被使用，请刷新页面: 1</w:t>
      </w:r>
    </w:p>
    <w:p>
      <w:r>
        <w:t>status_500:错误: 笼位:hyb压测笼架1045011-2-G 已被使用，请刷新页面: 1</w:t>
      </w:r>
    </w:p>
    <w:p>
      <w:r>
        <w:t>status_500:错误: 笼位:hyb压测笼架1045011-2-H 已被使用，请刷新页面: 1</w:t>
      </w:r>
    </w:p>
    <w:p>
      <w:r>
        <w:t>status_500:错误: 笼位:hyb压测笼架1045011-2-I 已被使用，请刷新页面: 1</w:t>
      </w:r>
    </w:p>
    <w:p>
      <w:r>
        <w:t>status_500:错误: 笼位:hyb压测笼架1045011-2-J 已被使用，请刷新页面: 1</w:t>
      </w:r>
    </w:p>
    <w:p>
      <w:r>
        <w:t>status_500:错误: 笼位:hyb压测笼架1045011-2-K 已被使用，请刷新页面: 1</w:t>
      </w:r>
    </w:p>
    <w:p>
      <w:r>
        <w:t>status_500:错误: 笼位:hyb压测笼架1045011-2-L 已被使用，请刷新页面: 1</w:t>
      </w:r>
    </w:p>
    <w:p>
      <w:r>
        <w:t>status_500:错误: 笼位:hyb压测笼架1045011-2-M 已被使用，请刷新页面: 1</w:t>
      </w:r>
    </w:p>
    <w:p>
      <w:r>
        <w:t>status_500:错误: 笼位:hyb压测笼架1045011-2-N 已被使用，请刷新页面: 1</w:t>
      </w:r>
    </w:p>
    <w:p>
      <w:r>
        <w:t>status_500:错误: 笼位:hyb压测笼架1045011-2-O 已被使用，请刷新页面: 1</w:t>
      </w:r>
    </w:p>
    <w:p>
      <w:r>
        <w:t>status_500:错误: 笼位:hyb压测笼架1045011-2-P 已被使用，请刷新页面: 1</w:t>
      </w:r>
    </w:p>
    <w:p>
      <w:r>
        <w:t>status_500:错误: 笼位:hyb压测笼架1045011-2-R 已被使用，请刷新页面: 1</w:t>
      </w:r>
    </w:p>
    <w:p>
      <w:r>
        <w:t>status_500:错误: 笼位:hyb压测笼架1045011-2-Q 已被使用，请刷新页面: 1</w:t>
      </w:r>
    </w:p>
    <w:p>
      <w:r>
        <w:t>status_500:错误: 笼位:hyb压测笼架1045011-2-S 已被使用，请刷新页面: 1</w:t>
      </w:r>
    </w:p>
    <w:p>
      <w:r>
        <w:t>status_500:错误: 笼位:hyb压测笼架1045011-2-T 已被使用，请刷新页面: 1</w:t>
      </w:r>
    </w:p>
    <w:p>
      <w:r>
        <w:t>status_500:错误: 笼位:hyb压测笼架1045011-2-U 已被使用，请刷新页面: 1</w:t>
      </w:r>
    </w:p>
    <w:p>
      <w:r>
        <w:t>status_500:错误: 笼位:hyb压测笼架1045011-2-V 已被使用，请刷新页面: 1</w:t>
      </w:r>
    </w:p>
    <w:p>
      <w:r>
        <w:t>status_500:错误: 笼位:hyb压测笼架1045011-2-W 已被使用，请刷新页面: 1</w:t>
      </w:r>
    </w:p>
    <w:p>
      <w:r>
        <w:t>status_500:错误: 笼位:hyb压测笼架1045011-3-A 已被使用，请刷新页面: 1</w:t>
      </w:r>
    </w:p>
    <w:p>
      <w:r>
        <w:t>status_500:错误: 笼位:hyb压测笼架1045011-3-B 已被使用，请刷新页面: 1</w:t>
      </w:r>
    </w:p>
    <w:p>
      <w:r>
        <w:t>status_500:错误: 笼位:hyb压测笼架1045011-3-R 已被使用，请刷新页面: 1</w:t>
      </w:r>
    </w:p>
    <w:p>
      <w:r>
        <w:t>status_500:错误: 笼位:hyb压测笼架1045011-3-C 已被使用，请刷新页面: 1</w:t>
      </w:r>
    </w:p>
    <w:p>
      <w:r>
        <w:t>status_500:错误: 笼位:hyb压测笼架1045011-3-D 已被使用，请刷新页面: 1</w:t>
      </w:r>
    </w:p>
    <w:p>
      <w:r>
        <w:t>status_500:错误: 笼位:hyb压测笼架1045011-3-E 已被使用，请刷新页面: 1</w:t>
      </w:r>
    </w:p>
    <w:p>
      <w:r>
        <w:t>status_500:错误: 笼位:hyb压测笼架1045011-3-F 已被使用，请刷新页面: 1</w:t>
      </w:r>
    </w:p>
    <w:p>
      <w:r>
        <w:t>status_500:错误: 笼位:hyb压测笼架1045011-3-G 已被使用，请刷新页面: 1</w:t>
      </w:r>
    </w:p>
    <w:p>
      <w:r>
        <w:t>status_500:错误: 笼位:hyb压测笼架1045011-3-H 已被使用，请刷新页面: 1</w:t>
      </w:r>
    </w:p>
    <w:p>
      <w:r>
        <w:t>status_500:错误: 笼位:hyb压测笼架1045011-3-I 已被使用，请刷新页面: 1</w:t>
      </w:r>
    </w:p>
    <w:p>
      <w:r>
        <w:t>status_500:错误: 笼位:hyb压测笼架1045011-3-J 已被使用，请刷新页面: 1</w:t>
      </w:r>
    </w:p>
    <w:p>
      <w:r>
        <w:t>status_500:错误: 笼位:hyb压测笼架1045011-3-K 已被使用，请刷新页面: 1</w:t>
      </w:r>
    </w:p>
    <w:p>
      <w:r>
        <w:t>status_500:错误: 笼位:hyb压测笼架1045011-3-L 已被使用，请刷新页面: 1</w:t>
      </w:r>
    </w:p>
    <w:p>
      <w:r>
        <w:t>status_500:错误: 笼位:hyb压测笼架1045011-3-M 已被使用，请刷新页面: 1</w:t>
      </w:r>
    </w:p>
    <w:p>
      <w:r>
        <w:t>status_500:错误: 笼位:hyb压测笼架1045011-3-N 已被使用，请刷新页面: 1</w:t>
      </w:r>
    </w:p>
    <w:p>
      <w:r>
        <w:t>status_500:错误: 笼位:hyb压测笼架1045011-3-O 已被使用，请刷新页面: 1</w:t>
      </w:r>
    </w:p>
    <w:p>
      <w:r>
        <w:t>status_500:错误: 笼位:hyb压测笼架1045011-3-P 已被使用，请刷新页面: 1</w:t>
      </w:r>
    </w:p>
    <w:p>
      <w:r>
        <w:t>status_500:错误: 笼位:hyb压测笼架1045011-3-Q 已被使用，请刷新页面: 1</w:t>
      </w:r>
    </w:p>
    <w:p>
      <w:r>
        <w:t>status_500:错误: 笼位:hyb压测笼架1045011-3-S 已被使用，请刷新页面: 1</w:t>
      </w:r>
    </w:p>
    <w:p>
      <w:r>
        <w:t>status_500:错误: 笼位:hyb压测笼架1045011-3-T 已被使用，请刷新页面: 1</w:t>
      </w:r>
    </w:p>
    <w:p>
      <w:r>
        <w:t>status_500:错误: 笼位:hyb压测笼架1045011-3-U 已被使用，请刷新页面: 1</w:t>
      </w:r>
    </w:p>
    <w:p>
      <w:r>
        <w:t>status_500:错误: 笼位:hyb压测笼架1045011-3-W 已被使用，请刷新页面: 1</w:t>
      </w:r>
    </w:p>
    <w:p>
      <w:r>
        <w:t>status_500:错误: 笼位:hyb压测笼架1045011-4-A 已被使用，请刷新页面: 1</w:t>
      </w:r>
    </w:p>
    <w:p>
      <w:r>
        <w:t>status_500:错误: 笼位:hyb压测笼架1045011-3-V 已被使用，请刷新页面: 1</w:t>
      </w:r>
    </w:p>
    <w:p>
      <w:r>
        <w:t>status_500:错误: 笼位:hyb压测笼架1045011-4-B 已被使用，请刷新页面: 1</w:t>
      </w:r>
    </w:p>
    <w:p>
      <w:r>
        <w:t>status_500:错误: 笼位:hyb压测笼架1045011-4-C 已被使用，请刷新页面: 1</w:t>
      </w:r>
    </w:p>
    <w:p>
      <w:r>
        <w:t>status_500:错误: 笼位:hyb压测笼架1045011-4-D 已被使用，请刷新页面: 1</w:t>
      </w:r>
    </w:p>
    <w:p>
      <w:r>
        <w:t>status_500:错误: 笼位:hyb压测笼架1045011-4-E 已被使用，请刷新页面: 1</w:t>
      </w:r>
    </w:p>
    <w:p>
      <w:r>
        <w:t>status_500:错误: 笼位:hyb压测笼架1045011-4-G 已被使用，请刷新页面: 1</w:t>
      </w:r>
    </w:p>
    <w:p>
      <w:r>
        <w:t>status_500:错误: 笼位:hyb压测笼架1045011-4-F 已被使用，请刷新页面: 1</w:t>
      </w:r>
    </w:p>
    <w:p>
      <w:r>
        <w:t>status_500:错误: 笼位:hyb压测笼架1045011-4-H 已被使用，请刷新页面: 1</w:t>
      </w:r>
    </w:p>
    <w:p>
      <w:r>
        <w:t>status_500:错误: 笼位:hyb压测笼架1045011-4-I 已被使用，请刷新页面: 1</w:t>
      </w:r>
    </w:p>
    <w:p>
      <w:r>
        <w:t>status_500:错误: 笼位:hyb压测笼架1045011-4-J 已被使用，请刷新页面: 1</w:t>
      </w:r>
    </w:p>
    <w:p>
      <w:r>
        <w:t>status_500:错误: 笼位:hyb压测笼架1045011-4-K 已被使用，请刷新页面: 1</w:t>
      </w:r>
    </w:p>
    <w:p>
      <w:r>
        <w:t>status_500:错误: 笼位:hyb压测笼架1045011-4-L 已被使用，请刷新页面: 1</w:t>
      </w:r>
    </w:p>
    <w:p>
      <w:r>
        <w:t>status_500:错误: 笼位:hyb压测笼架1045011-4-M 已被使用，请刷新页面: 1</w:t>
      </w:r>
    </w:p>
    <w:p>
      <w:r>
        <w:t>status_500:错误: 笼位:hyb压测笼架1045011-4-N 已被使用，请刷新页面: 1</w:t>
      </w:r>
    </w:p>
    <w:p>
      <w:r>
        <w:t>status_500:错误: 笼位:hyb压测笼架1045011-4-O 已被使用，请刷新页面: 1</w:t>
      </w:r>
    </w:p>
    <w:p>
      <w:r>
        <w:t>status_500:错误: 笼位:hyb压测笼架1045011-4-P 已被使用，请刷新页面: 1</w:t>
      </w:r>
    </w:p>
    <w:p>
      <w:r>
        <w:t>status_500:错误: 笼位:hyb压测笼架1045011-4-Q 已被使用，请刷新页面: 1</w:t>
      </w:r>
    </w:p>
    <w:p>
      <w:r>
        <w:t>status_500:错误: 笼位:hyb压测笼架1045011-4-R 已被使用，请刷新页面: 1</w:t>
      </w:r>
    </w:p>
    <w:p>
      <w:r>
        <w:t>status_500:错误: 笼位:hyb压测笼架1045011-4-S 已被使用，请刷新页面: 1</w:t>
      </w:r>
    </w:p>
    <w:p>
      <w:r>
        <w:t>status_500:错误: 笼位:hyb压测笼架1045011-4-T 已被使用，请刷新页面: 1</w:t>
      </w:r>
    </w:p>
    <w:p>
      <w:r>
        <w:t>status_500:错误: 笼位:hyb压测笼架1045011-4-U 已被使用，请刷新页面: 1</w:t>
      </w:r>
    </w:p>
    <w:p>
      <w:r>
        <w:t>status_500:错误: 笼位:hyb压测笼架1045011-4-W 已被使用，请刷新页面: 1</w:t>
      </w:r>
    </w:p>
    <w:p>
      <w:r>
        <w:t>status_500:错误: 笼位:hyb压测笼架1045011-4-V 已被使用，请刷新页面: 1</w:t>
      </w:r>
    </w:p>
    <w:p>
      <w:r>
        <w:t>status_500:错误: 笼位:hyb压测笼架1045011-5-A 已被使用，请刷新页面: 1</w:t>
      </w:r>
    </w:p>
    <w:p>
      <w:r>
        <w:t>status_500:错误: 笼位:hyb压测笼架1045011-5-B 已被使用，请刷新页面: 1</w:t>
      </w:r>
    </w:p>
    <w:p>
      <w:r>
        <w:t>status_500:错误: 笼位:hyb压测笼架1045011-5-C 已被使用，请刷新页面: 1</w:t>
      </w:r>
    </w:p>
    <w:p>
      <w:r>
        <w:t>status_500:错误: 笼位:hyb压测笼架1045011-5-D 已被使用，请刷新页面: 1</w:t>
      </w:r>
    </w:p>
    <w:p>
      <w:r>
        <w:t>status_500:错误: 笼位:hyb压测笼架1045011-5-E 已被使用，请刷新页面: 1</w:t>
      </w:r>
    </w:p>
    <w:p>
      <w:r>
        <w:t>status_500:错误: 笼位:hyb压测笼架1045011-5-F 已被使用，请刷新页面: 1</w:t>
      </w:r>
    </w:p>
    <w:p>
      <w:r>
        <w:t>status_500:错误: 笼位:hyb压测笼架1045011-5-G 已被使用，请刷新页面: 1</w:t>
      </w:r>
    </w:p>
    <w:p>
      <w:r>
        <w:t>status_500:错误: 笼位:hyb压测笼架1045011-5-H 已被使用，请刷新页面: 1</w:t>
      </w:r>
    </w:p>
    <w:p>
      <w:r>
        <w:t>status_500:错误: 笼位:hyb压测笼架1045011-5-I 已被使用，请刷新页面: 1</w:t>
      </w:r>
    </w:p>
    <w:p>
      <w:r>
        <w:t>status_500:错误: 笼位:hyb压测笼架1045011-5-J 已被使用，请刷新页面: 1</w:t>
      </w:r>
    </w:p>
    <w:p>
      <w:r>
        <w:t>status_500:错误: 笼位:hyb压测笼架1045011-5-K 已被使用，请刷新页面: 1</w:t>
      </w:r>
    </w:p>
    <w:p>
      <w:r>
        <w:t>status_500:错误: 笼位:hyb压测笼架1045011-5-L 已被使用，请刷新页面: 1</w:t>
      </w:r>
    </w:p>
    <w:p>
      <w:r>
        <w:t>status_500:错误: 笼位:hyb压测笼架1045011-5-M 已被使用，请刷新页面: 1</w:t>
      </w:r>
    </w:p>
    <w:p>
      <w:r>
        <w:t>status_500:错误: 笼位:hyb压测笼架1045011-5-N 已被使用，请刷新页面: 1</w:t>
      </w:r>
    </w:p>
    <w:p>
      <w:r>
        <w:t>status_500:错误: 笼位:hyb压测笼架1045011-5-O 已被使用，请刷新页面: 1</w:t>
      </w:r>
    </w:p>
    <w:p>
      <w:r>
        <w:t>status_500:错误: 笼位:hyb压测笼架1045011-5-P 已被使用，请刷新页面: 1</w:t>
      </w:r>
    </w:p>
    <w:p>
      <w:r>
        <w:t>status_500:错误: 笼位:hyb压测笼架1045011-5-Q 已被使用，请刷新页面: 1</w:t>
      </w:r>
    </w:p>
    <w:p>
      <w:r>
        <w:t>status_500:错误: 笼位:hyb压测笼架1045011-5-R 已被使用，请刷新页面: 1</w:t>
      </w:r>
    </w:p>
    <w:p>
      <w:r>
        <w:t>status_500:错误: 笼位:hyb压测笼架1045011-5-S 已被使用，请刷新页面: 1</w:t>
      </w:r>
    </w:p>
    <w:p>
      <w:r>
        <w:t>status_500:错误: 笼位:hyb压测笼架1045011-5-T 已被使用，请刷新页面: 1</w:t>
      </w:r>
    </w:p>
    <w:p>
      <w:r>
        <w:t>status_500:错误: 笼位:hyb压测笼架1045011-5-U 已被使用，请刷新页面: 1</w:t>
      </w:r>
    </w:p>
    <w:p>
      <w:r>
        <w:t>status_500:错误: 笼位:hyb压测笼架1045011-5-V 已被使用，请刷新页面: 1</w:t>
      </w:r>
    </w:p>
    <w:p>
      <w:r>
        <w:t>status_500:错误: 笼位:hyb压测笼架1045011-5-W 已被使用，请刷新页面: 1</w:t>
      </w:r>
    </w:p>
    <w:p>
      <w:r>
        <w:t>status_500:错误: 笼位:hyb压测笼架1045011-6-A 已被使用，请刷新页面: 1</w:t>
      </w:r>
    </w:p>
    <w:p>
      <w:r>
        <w:t>status_500:错误: 笼位:hyb压测笼架1045011-6-B 已被使用，请刷新页面: 1</w:t>
      </w:r>
    </w:p>
    <w:p>
      <w:r>
        <w:t>status_500:错误: 笼位:hyb压测笼架1045011-6-C 已被使用，请刷新页面: 1</w:t>
      </w:r>
    </w:p>
    <w:p>
      <w:r>
        <w:t>status_500:错误: 笼位:hyb压测笼架1045011-6-D 已被使用，请刷新页面: 1</w:t>
      </w:r>
    </w:p>
    <w:p>
      <w:r>
        <w:t>status_500:错误: 笼位:hyb压测笼架1045011-6-E 已被使用，请刷新页面: 1</w:t>
      </w:r>
    </w:p>
    <w:p>
      <w:r>
        <w:t>status_500:错误: 笼位:hyb压测笼架1045011-6-F 已被使用，请刷新页面: 1</w:t>
      </w:r>
    </w:p>
    <w:p>
      <w:r>
        <w:t>status_500:错误: 笼位:hyb压测笼架1045011-6-G 已被使用，请刷新页面: 1</w:t>
      </w:r>
    </w:p>
    <w:p>
      <w:r>
        <w:t>status_500:错误: 笼位:hyb压测笼架1045011-6-H 已被使用，请刷新页面: 1</w:t>
      </w:r>
    </w:p>
    <w:p>
      <w:r>
        <w:t>status_500:错误: 笼位:hyb压测笼架1045011-6-I 已被使用，请刷新页面: 1</w:t>
      </w:r>
    </w:p>
    <w:p>
      <w:r>
        <w:t>status_500:错误: 笼位:hyb压测笼架1045011-6-J 已被使用，请刷新页面: 1</w:t>
      </w:r>
    </w:p>
    <w:p>
      <w:r>
        <w:t>status_500:错误: 笼位:hyb压测笼架1045011-6-K 已被使用，请刷新页面: 1</w:t>
      </w:r>
    </w:p>
    <w:p>
      <w:r>
        <w:t>status_500:错误: 笼位:hyb压测笼架1045011-6-L 已被使用，请刷新页面: 1</w:t>
      </w:r>
    </w:p>
    <w:p>
      <w:r>
        <w:t>status_500:错误: 笼位:hyb压测笼架1045011-6-M 已被使用，请刷新页面: 1</w:t>
      </w:r>
    </w:p>
    <w:p>
      <w:r>
        <w:t>status_500:错误: 笼位:hyb压测笼架1045011-6-N 已被使用，请刷新页面: 1</w:t>
      </w:r>
    </w:p>
    <w:p>
      <w:r>
        <w:t>status_500:错误: 笼位:hyb压测笼架1045011-6-O 已被使用，请刷新页面: 1</w:t>
      </w:r>
    </w:p>
    <w:p>
      <w:r>
        <w:t>status_500:错误: 笼位:hyb压测笼架1045011-6-P 已被使用，请刷新页面: 1</w:t>
      </w:r>
    </w:p>
    <w:p>
      <w:r>
        <w:t>status_500:错误: 笼位:hyb压测笼架1045011-6-Q 已被使用，请刷新页面: 1</w:t>
      </w:r>
    </w:p>
    <w:p>
      <w:r>
        <w:t>status_500:错误: 笼位:hyb压测笼架1045011-6-R 已被使用，请刷新页面: 1</w:t>
      </w:r>
    </w:p>
    <w:p>
      <w:r>
        <w:t>status_500:错误: 笼位:hyb压测笼架1045011-6-S 已被使用，请刷新页面: 1</w:t>
      </w:r>
    </w:p>
    <w:p>
      <w:r>
        <w:t>status_500:错误: 笼位:hyb压测笼架1045011-6-T 已被使用，请刷新页面: 1</w:t>
      </w:r>
    </w:p>
    <w:p>
      <w:r>
        <w:t>status_500:错误: 笼位:hyb压测笼架1045011-6-U 已被使用，请刷新页面: 1</w:t>
      </w:r>
    </w:p>
    <w:p>
      <w:r>
        <w:t>status_500:错误: 笼位:hyb压测笼架1045011-6-V 已被使用，请刷新页面: 1</w:t>
      </w:r>
    </w:p>
    <w:p>
      <w:r>
        <w:t>status_500:错误: 笼位:hyb压测笼架1045011-6-W 已被使用，请刷新页面: 1</w:t>
      </w:r>
    </w:p>
    <w:p>
      <w:r>
        <w:t>status_500:错误: 笼位:hyb压测笼架1045011-7-A 已被使用，请刷新页面: 1</w:t>
      </w:r>
    </w:p>
    <w:p>
      <w:r>
        <w:t>status_500:错误: 笼位:hyb压测笼架1045011-7-B 已被使用，请刷新页面: 1</w:t>
      </w:r>
    </w:p>
    <w:p>
      <w:r>
        <w:t>status_500:错误: 笼位:hyb压测笼架1045011-7-C 已被使用，请刷新页面: 1</w:t>
      </w:r>
    </w:p>
    <w:p>
      <w:r>
        <w:t>status_500:错误: 笼位:hyb压测笼架1045011-7-D 已被使用，请刷新页面: 1</w:t>
      </w:r>
    </w:p>
    <w:p>
      <w:r>
        <w:t>status_500:错误: 笼位:hyb压测笼架1045011-7-E 已被使用，请刷新页面: 1</w:t>
      </w:r>
    </w:p>
    <w:p>
      <w:r>
        <w:t>status_500:错误: 笼位:hyb压测笼架1045011-7-F 已被使用，请刷新页面: 1</w:t>
      </w:r>
    </w:p>
    <w:p>
      <w:r>
        <w:t>status_500:错误: 笼位:hyb压测笼架1045011-7-G 已被使用，请刷新页面: 1</w:t>
      </w:r>
    </w:p>
    <w:p>
      <w:r>
        <w:t>status_500:错误: 笼位:hyb压测笼架1045011-7-H 已被使用，请刷新页面: 1</w:t>
      </w:r>
    </w:p>
    <w:p>
      <w:r>
        <w:t>status_500:错误: 笼位:hyb压测笼架1045011-7-I 已被使用，请刷新页面: 1</w:t>
      </w:r>
    </w:p>
    <w:p>
      <w:r>
        <w:t>status_500:错误: 笼位:hyb压测笼架1045011-7-J 已被使用，请刷新页面: 1</w:t>
      </w:r>
    </w:p>
    <w:p>
      <w:r>
        <w:t>status_500:错误: 笼位:hyb压测笼架1045011-7-K 已被使用，请刷新页面: 1</w:t>
      </w:r>
    </w:p>
    <w:p>
      <w:r>
        <w:t>status_500:错误: 笼位:hyb压测笼架1045011-7-L 已被使用，请刷新页面: 1</w:t>
      </w:r>
    </w:p>
    <w:p>
      <w:r>
        <w:t>status_500:错误: 笼位:hyb压测笼架1045011-7-M 已被使用，请刷新页面: 1</w:t>
      </w:r>
    </w:p>
    <w:p>
      <w:r>
        <w:t>status_500:错误: 笼位:hyb压测笼架1045011-7-N 已被使用，请刷新页面: 1</w:t>
      </w:r>
    </w:p>
    <w:p>
      <w:r>
        <w:t>status_500:错误: 笼位:hyb压测笼架1045011-7-O 已被使用，请刷新页面: 1</w:t>
      </w:r>
    </w:p>
    <w:p>
      <w:r>
        <w:t>status_500:错误: 笼位:hyb压测笼架1045011-7-P 已被使用，请刷新页面: 1</w:t>
      </w:r>
    </w:p>
    <w:p>
      <w:r>
        <w:t>status_500:错误: 笼位:hyb压测笼架1045011-7-Q 已被使用，请刷新页面: 1</w:t>
      </w:r>
    </w:p>
    <w:p>
      <w:r>
        <w:t>status_500:错误: 笼位:hyb压测笼架1045011-7-R 已被使用，请刷新页面: 1</w:t>
      </w:r>
    </w:p>
    <w:p>
      <w:r>
        <w:t>status_500:错误: 笼位:hyb压测笼架1045011-7-S 已被使用，请刷新页面: 1</w:t>
      </w:r>
    </w:p>
    <w:p>
      <w:r>
        <w:t>status_500:错误: 笼位:hyb压测笼架1045011-7-T 已被使用，请刷新页面: 1</w:t>
      </w:r>
    </w:p>
    <w:p>
      <w:r>
        <w:t>status_500:错误: 笼位:hyb压测笼架1045011-7-U 已被使用，请刷新页面: 1</w:t>
      </w:r>
    </w:p>
    <w:p>
      <w:r>
        <w:t>status_500:错误: 笼位:hyb压测笼架1045011-7-V 已被使用，请刷新页面: 1</w:t>
      </w:r>
    </w:p>
    <w:p>
      <w:r>
        <w:t>status_500:错误: 笼位:hyb压测笼架1045011-7-W 已被使用，请刷新页面: 1</w:t>
      </w:r>
    </w:p>
    <w:p>
      <w:r>
        <w:t>status_500:错误: 笼位:hyb压测笼架1045011-8-A 已被使用，请刷新页面: 1</w:t>
      </w:r>
    </w:p>
    <w:p>
      <w:r>
        <w:t>status_500:错误: 笼位:hyb压测笼架1045011-8-B 已被使用，请刷新页面: 1</w:t>
      </w:r>
    </w:p>
    <w:p>
      <w:r>
        <w:t>status_500:错误: 笼位:hyb压测笼架1045011-8-C 已被使用，请刷新页面: 1</w:t>
      </w:r>
    </w:p>
    <w:p>
      <w:r>
        <w:t>status_500:错误: 笼位:hyb压测笼架1045011-8-D 已被使用，请刷新页面: 1</w:t>
      </w:r>
    </w:p>
    <w:p>
      <w:r>
        <w:t>status_500:错误: 笼位:hyb压测笼架1045011-8-E 已被使用，请刷新页面: 1</w:t>
      </w:r>
    </w:p>
    <w:p>
      <w:r>
        <w:t>status_500:错误: 笼位:hyb压测笼架1045011-8-F 已被使用，请刷新页面: 1</w:t>
      </w:r>
    </w:p>
    <w:p>
      <w:r>
        <w:t>status_500:错误: 笼位:hyb压测笼架1045011-8-G 已被使用，请刷新页面: 1</w:t>
      </w:r>
    </w:p>
    <w:p>
      <w:r>
        <w:t>status_500:错误: 笼位:hyb压测笼架1045011-8-H 已被使用，请刷新页面: 1</w:t>
      </w:r>
    </w:p>
    <w:p>
      <w:r>
        <w:t>status_500:错误: 笼位:hyb压测笼架1045011-8-I 已被使用，请刷新页面: 1</w:t>
      </w:r>
    </w:p>
    <w:p>
      <w:r>
        <w:t>status_500:错误: 笼位:hyb压测笼架1045011-9-H 已被使用，请刷新页面: 1</w:t>
      </w:r>
    </w:p>
    <w:p>
      <w:r>
        <w:t>status_500:错误: 笼位:hyb压测笼架1045011-8-K 已被使用，请刷新页面: 1</w:t>
      </w:r>
    </w:p>
    <w:p>
      <w:r>
        <w:t>status_500:错误: 笼位:hyb压测笼架1045011-8-L 已被使用，请刷新页面: 1</w:t>
      </w:r>
    </w:p>
    <w:p>
      <w:r>
        <w:t>status_500:错误: 笼位:hyb压测笼架1045011-8-M 已被使用，请刷新页面: 1</w:t>
      </w:r>
    </w:p>
    <w:p>
      <w:r>
        <w:t>status_500:错误: 笼位:hyb压测笼架1045011-8-N 已被使用，请刷新页面: 1</w:t>
      </w:r>
    </w:p>
    <w:p>
      <w:r>
        <w:t>status_500:错误: 笼位:hyb压测笼架1045011-8-P 已被使用，请刷新页面: 1</w:t>
      </w:r>
    </w:p>
    <w:p>
      <w:r>
        <w:t>status_500:错误: 笼位:hyb压测笼架1045011-8-O 已被使用，请刷新页面: 1</w:t>
      </w:r>
    </w:p>
    <w:p>
      <w:r>
        <w:t>status_500:错误: 笼位:hyb压测笼架1045011-8-Q 已被使用，请刷新页面: 1</w:t>
      </w:r>
    </w:p>
    <w:p>
      <w:r>
        <w:t>status_500:错误: 笼位:hyb压测笼架1045011-8-R 已被使用，请刷新页面: 1</w:t>
      </w:r>
    </w:p>
    <w:p>
      <w:r>
        <w:t>status_500:错误: 笼位:hyb压测笼架1045011-8-S 已被使用，请刷新页面: 1</w:t>
      </w:r>
    </w:p>
    <w:p>
      <w:r>
        <w:t>status_500:错误: 笼位:hyb压测笼架1045011-8-T 已被使用，请刷新页面: 1</w:t>
      </w:r>
    </w:p>
    <w:p>
      <w:r>
        <w:t>status_500:错误: 笼位:hyb压测笼架1045011-8-U 已被使用，请刷新页面: 1</w:t>
      </w:r>
    </w:p>
    <w:p>
      <w:r>
        <w:t>status_500:错误: 笼位:hyb压测笼架1045011-8-V 已被使用，请刷新页面: 1</w:t>
      </w:r>
    </w:p>
    <w:p>
      <w:r>
        <w:t>status_500:错误: 笼位:hyb压测笼架1045011-8-W 已被使用，请刷新页面: 1</w:t>
      </w:r>
    </w:p>
    <w:p>
      <w:r>
        <w:t>status_500:错误: 笼位:hyb压测笼架1045011-9-A 已被使用，请刷新页面: 1</w:t>
      </w:r>
    </w:p>
    <w:p>
      <w:r>
        <w:t>status_500:错误: 笼位:hyb压测笼架1045011-9-B 已被使用，请刷新页面: 1</w:t>
      </w:r>
    </w:p>
    <w:p>
      <w:r>
        <w:t>status_500:错误: 笼位:hyb压测笼架1045011-9-C 已被使用，请刷新页面: 1</w:t>
      </w:r>
    </w:p>
    <w:p>
      <w:r>
        <w:t>status_500:错误: 笼位:hyb压测笼架1045011-9-D 已被使用，请刷新页面: 1</w:t>
      </w:r>
    </w:p>
    <w:p>
      <w:r>
        <w:t>status_500:错误: 笼位:hyb压测笼架1045011-9-E 已被使用，请刷新页面: 1</w:t>
      </w:r>
    </w:p>
    <w:p>
      <w:r>
        <w:t>status_500:错误: 笼位:hyb压测笼架1045011-9-F 已被使用，请刷新页面: 1</w:t>
      </w:r>
    </w:p>
    <w:p>
      <w:r>
        <w:t>status_500:错误: 笼位:hyb压测笼架1045011-8-J 已被使用，请刷新页面: 1</w:t>
      </w:r>
    </w:p>
    <w:p>
      <w:r>
        <w:t>status_500:错误: 笼位:hyb压测笼架1045011-9-G 已被使用，请刷新页面: 1</w:t>
      </w:r>
    </w:p>
    <w:p>
      <w:r>
        <w:t>status_500:错误: 笼位:hyb压测笼架1045011-9-I 已被使用，请刷新页面: 1</w:t>
      </w:r>
    </w:p>
    <w:p>
      <w:r>
        <w:t>status_500:错误: 笼位:hyb压测笼架1045011-9-J 已被使用，请刷新页面: 1</w:t>
      </w:r>
    </w:p>
    <w:p>
      <w:r>
        <w:t>status_500:错误: 笼位:hyb压测笼架1045011-9-K 已被使用，请刷新页面: 1</w:t>
      </w:r>
    </w:p>
    <w:p>
      <w:r>
        <w:t>status_500:错误: 笼位:hyb压测笼架1045011-9-L 已被使用，请刷新页面: 1</w:t>
      </w:r>
    </w:p>
    <w:p>
      <w:r>
        <w:t>status_500:错误: 笼位:hyb压测笼架1045011-9-M 已被使用，请刷新页面: 1</w:t>
      </w:r>
    </w:p>
    <w:p>
      <w:r>
        <w:t>status_500:错误: 笼位:hyb压测笼架1045011-9-N 已被使用，请刷新页面: 1</w:t>
      </w:r>
    </w:p>
    <w:p>
      <w:r>
        <w:t>status_500:错误: 笼位:hyb压测笼架1045011-9-O 已被使用，请刷新页面: 1</w:t>
      </w:r>
    </w:p>
    <w:p>
      <w:r>
        <w:t>status_500:错误: 笼位:hyb压测笼架1045011-9-P 已被使用，请刷新页面: 1</w:t>
      </w:r>
    </w:p>
    <w:p>
      <w:r>
        <w:t>status_500:错误: 笼位:hyb压测笼架1045011-9-Q 已被使用，请刷新页面: 1</w:t>
      </w:r>
    </w:p>
    <w:p>
      <w:r>
        <w:t>status_500:错误: 笼位:hyb压测笼架1045011-9-R 已被使用，请刷新页面: 1</w:t>
      </w:r>
    </w:p>
    <w:p>
      <w:r>
        <w:t>status_500:错误: 笼位:hyb压测笼架1045011-9-S 已被使用，请刷新页面: 1</w:t>
      </w:r>
    </w:p>
    <w:p>
      <w:r>
        <w:t>status_500:错误: 笼位:hyb压测笼架1045011-9-T 已被使用，请刷新页面: 1</w:t>
      </w:r>
    </w:p>
    <w:p>
      <w:r>
        <w:t>status_500:错误: 笼位:hyb压测笼架1045011-9-U 已被使用，请刷新页面: 1</w:t>
      </w:r>
    </w:p>
    <w:p>
      <w:r>
        <w:t>status_500:错误: 笼位:hyb压测笼架1045011-9-V 已被使用，请刷新页面: 1</w:t>
      </w:r>
    </w:p>
    <w:p>
      <w:r>
        <w:t>status_500:错误: 笼位:hyb压测笼架1045011-9-W 已被使用，请刷新页面: 1</w:t>
      </w:r>
    </w:p>
    <w:p>
      <w:r>
        <w:t>status_500:错误: 笼位:hyb压测笼架1045011-10-A 已被使用，请刷新页面: 1</w:t>
      </w:r>
    </w:p>
    <w:p>
      <w:r>
        <w:t>status_500:错误: 笼位:hyb压测笼架1045011-10-B 已被使用，请刷新页面: 1</w:t>
      </w:r>
    </w:p>
    <w:p>
      <w:r>
        <w:t>status_500:错误: 笼位:hyb压测笼架1045011-10-C 已被使用，请刷新页面: 1</w:t>
      </w:r>
    </w:p>
    <w:p>
      <w:r>
        <w:t>status_500:错误: 笼位:hyb压测笼架1045011-10-D 已被使用，请刷新页面: 1</w:t>
      </w:r>
    </w:p>
    <w:p>
      <w:r>
        <w:t>status_500:错误: 笼位:hyb压测笼架1045011-10-E 已被使用，请刷新页面: 1</w:t>
      </w:r>
    </w:p>
    <w:p>
      <w:r>
        <w:t>status_500:错误: 笼位:hyb压测笼架1045011-10-F 已被使用，请刷新页面: 1</w:t>
      </w:r>
    </w:p>
    <w:p>
      <w:r>
        <w:t>status_500:错误: 笼位:hyb压测笼架1045011-10-G 已被使用，请刷新页面: 1</w:t>
      </w:r>
    </w:p>
    <w:p>
      <w:r>
        <w:t>status_500:错误: 笼位:hyb压测笼架1045011-10-H 已被使用，请刷新页面: 1</w:t>
      </w:r>
    </w:p>
    <w:p>
      <w:r>
        <w:t>status_500:错误: 笼位:hyb压测笼架1045011-10-I 已被使用，请刷新页面: 1</w:t>
      </w:r>
    </w:p>
    <w:p>
      <w:r>
        <w:t>status_500:错误: 笼位:hyb压测笼架1045011-10-J 已被使用，请刷新页面: 1</w:t>
      </w:r>
    </w:p>
    <w:p>
      <w:r>
        <w:t>status_500:错误: 笼位:hyb压测笼架1045011-10-K 已被使用，请刷新页面: 1</w:t>
      </w:r>
    </w:p>
    <w:p>
      <w:r>
        <w:t>status_500:错误: 笼位:hyb压测笼架1045011-10-L 已被使用，请刷新页面: 1</w:t>
      </w:r>
    </w:p>
    <w:p>
      <w:r>
        <w:t>status_500:错误: 笼位:hyb压测笼架1045011-10-M 已被使用，请刷新页面: 1</w:t>
      </w:r>
    </w:p>
    <w:p>
      <w:r>
        <w:t>status_500:错误: 笼位:hyb压测笼架1045011-10-N 已被使用，请刷新页面: 1</w:t>
      </w:r>
    </w:p>
    <w:p>
      <w:r>
        <w:t>status_500:错误: 笼位:hyb压测笼架1045011-10-O 已被使用，请刷新页面: 1</w:t>
      </w:r>
    </w:p>
    <w:p>
      <w:r>
        <w:t>status_500:错误: 笼位:hyb压测笼架1045011-10-P 已被使用，请刷新页面: 1</w:t>
      </w:r>
    </w:p>
    <w:p>
      <w:r>
        <w:t>status_500:错误: 笼位:hyb压测笼架1045011-10-Q 已被使用，请刷新页面: 1</w:t>
      </w:r>
    </w:p>
    <w:p>
      <w:r>
        <w:t>status_500:错误: 笼位:hyb压测笼架1045011-10-R 已被使用，请刷新页面: 1</w:t>
      </w:r>
    </w:p>
    <w:p>
      <w:r>
        <w:t>status_500:错误: 笼位:hyb压测笼架1045011-10-S 已被使用，请刷新页面: 1</w:t>
      </w:r>
    </w:p>
    <w:p>
      <w:r>
        <w:t>status_500:错误: 笼位:hyb压测笼架1045011-10-T 已被使用，请刷新页面: 1</w:t>
      </w:r>
    </w:p>
    <w:p>
      <w:r>
        <w:t>status_500:错误: 笼位:hyb压测笼架1045011-10-U 已被使用，请刷新页面: 1</w:t>
      </w:r>
    </w:p>
    <w:p>
      <w:r>
        <w:t>status_500:错误: 笼位:hyb压测笼架1045011-10-V 已被使用，请刷新页面: 1</w:t>
      </w:r>
    </w:p>
    <w:p>
      <w:r>
        <w:t>status_500:错误: 笼位:hyb压测笼架1045011-10-W 已被使用，请刷新页面: 1</w:t>
      </w:r>
    </w:p>
    <w:p>
      <w:r>
        <w:t>status_500:错误: 笼位:hyb压测笼架1045011-11-A 已被使用，请刷新页面: 1</w:t>
      </w:r>
    </w:p>
    <w:p>
      <w:r>
        <w:t>status_500:错误: 笼位:hyb压测笼架1045011-11-B 已被使用，请刷新页面: 1</w:t>
      </w:r>
    </w:p>
    <w:p>
      <w:r>
        <w:t>status_500:错误: 笼位:hyb压测笼架1045011-11-C 已被使用，请刷新页面: 1</w:t>
      </w:r>
    </w:p>
    <w:p>
      <w:r>
        <w:t>status_500:错误: 笼位:hyb压测笼架1045011-11-D 已被使用，请刷新页面: 1</w:t>
      </w:r>
    </w:p>
    <w:p>
      <w:r>
        <w:t>status_500:错误: 笼位:hyb压测笼架1045011-11-E 已被使用，请刷新页面: 1</w:t>
      </w:r>
    </w:p>
    <w:p>
      <w:r>
        <w:t>status_500:错误: 笼位:hyb压测笼架1045011-11-F 已被使用，请刷新页面: 1</w:t>
      </w:r>
    </w:p>
    <w:p>
      <w:r>
        <w:t>status_500:错误: 笼位:hyb压测笼架1045011-11-G 已被使用，请刷新页面: 1</w:t>
      </w:r>
    </w:p>
    <w:p>
      <w:r>
        <w:t>status_500:错误: 笼位:hyb压测笼架1045011-11-H 已被使用，请刷新页面: 1</w:t>
      </w:r>
    </w:p>
    <w:p>
      <w:r>
        <w:t>status_500:错误: 笼位:hyb压测笼架1045011-11-I 已被使用，请刷新页面: 1</w:t>
      </w:r>
    </w:p>
    <w:p>
      <w:r>
        <w:t>status_500:错误: 笼位:hyb压测笼架1045011-11-J 已被使用，请刷新页面: 1</w:t>
      </w:r>
    </w:p>
    <w:p>
      <w:r>
        <w:t>status_500:错误: 笼位:hyb压测笼架1045011-11-K 已被使用，请刷新页面: 1</w:t>
      </w:r>
    </w:p>
    <w:p>
      <w:r>
        <w:t>status_500:错误: 笼位:hyb压测笼架1045011-11-L 已被使用，请刷新页面: 1</w:t>
      </w:r>
    </w:p>
    <w:p>
      <w:r>
        <w:t>status_500:错误: 笼位:hyb压测笼架1045011-11-M 已被使用，请刷新页面: 1</w:t>
      </w:r>
    </w:p>
    <w:p>
      <w:r>
        <w:t>status_500:错误: 笼位:hyb压测笼架1045011-11-N 已被使用，请刷新页面: 1</w:t>
      </w:r>
    </w:p>
    <w:p>
      <w:r>
        <w:t>status_500:错误: 笼位:hyb压测笼架1045011-11-O 已被使用，请刷新页面: 1</w:t>
      </w:r>
    </w:p>
    <w:p>
      <w:r>
        <w:t>status_500:错误: 笼位:hyb压测笼架1045011-11-P 已被使用，请刷新页面: 1</w:t>
      </w:r>
    </w:p>
    <w:p>
      <w:r>
        <w:t>status_500:错误: 笼位:hyb压测笼架1045011-11-Q 已被使用，请刷新页面: 1</w:t>
      </w:r>
    </w:p>
    <w:p>
      <w:r>
        <w:t>status_500:错误: 笼位:hyb压测笼架1045011-11-R 已被使用，请刷新页面: 1</w:t>
      </w:r>
    </w:p>
    <w:p>
      <w:r>
        <w:t>status_500:错误: 笼位:hyb压测笼架1045011-11-S 已被使用，请刷新页面: 1</w:t>
      </w:r>
    </w:p>
    <w:p>
      <w:r>
        <w:t>status_500:错误: 笼位:hyb压测笼架1045011-11-T 已被使用，请刷新页面: 1</w:t>
      </w:r>
    </w:p>
    <w:p>
      <w:r>
        <w:t>status_500:错误: 笼位:hyb压测笼架1045011-11-U 已被使用，请刷新页面: 1</w:t>
      </w:r>
    </w:p>
    <w:p>
      <w:r>
        <w:t>status_500:错误: 笼位:hyb压测笼架1045011-11-W 已被使用，请刷新页面: 1</w:t>
      </w:r>
    </w:p>
    <w:p>
      <w:r>
        <w:t>status_500:错误: 笼位:hyb压测笼架1045011-11-V 已被使用，请刷新页面: 1</w:t>
      </w:r>
    </w:p>
    <w:p>
      <w:r>
        <w:t>status_500:错误: 笼位:hyb压测笼架1045011-12-A 已被使用，请刷新页面: 1</w:t>
      </w:r>
    </w:p>
    <w:p>
      <w:r>
        <w:t>status_500:错误: 笼位:hyb压测笼架1045011-12-B 已被使用，请刷新页面: 1</w:t>
      </w:r>
    </w:p>
    <w:p>
      <w:r>
        <w:t>status_500:错误: 笼位:hyb压测笼架1045011-12-C 已被使用，请刷新页面: 1</w:t>
      </w:r>
    </w:p>
    <w:p>
      <w:r>
        <w:t>status_500:错误: 笼位:hyb压测笼架1045011-12-D 已被使用，请刷新页面: 1</w:t>
      </w:r>
    </w:p>
    <w:p>
      <w:r>
        <w:t>status_500:错误: 笼位:hyb压测笼架1045011-12-E 已被使用，请刷新页面: 1</w:t>
      </w:r>
    </w:p>
    <w:p>
      <w:r>
        <w:t>status_500:错误: 笼位:hyb压测笼架1045011-12-F 已被使用，请刷新页面: 1</w:t>
      </w:r>
    </w:p>
    <w:p>
      <w:r>
        <w:t>status_500:错误: 笼位:hyb压测笼架1045011-12-G 已被使用，请刷新页面: 1</w:t>
      </w:r>
    </w:p>
    <w:p>
      <w:r>
        <w:t>status_500:错误: 笼位:hyb压测笼架1045011-12-H 已被使用，请刷新页面: 1</w:t>
      </w:r>
    </w:p>
    <w:p>
      <w:r>
        <w:t>status_500:错误: 笼位:hyb压测笼架1045011-12-I 已被使用，请刷新页面: 1</w:t>
      </w:r>
    </w:p>
    <w:p>
      <w:r>
        <w:t>status_500:错误: 笼位:hyb压测笼架1045011-12-J 已被使用，请刷新页面: 1</w:t>
      </w:r>
    </w:p>
    <w:p>
      <w:r>
        <w:t>status_500:错误: 笼位:hyb压测笼架1045011-12-K 已被使用，请刷新页面: 1</w:t>
      </w:r>
    </w:p>
    <w:p>
      <w:r>
        <w:t>status_500:错误: 笼位:hyb压测笼架1045011-12-L 已被使用，请刷新页面: 1</w:t>
      </w:r>
    </w:p>
    <w:p>
      <w:r>
        <w:t>status_500:错误: 笼位:hyb压测笼架1045011-12-M 已被使用，请刷新页面: 1</w:t>
      </w:r>
    </w:p>
    <w:p>
      <w:r>
        <w:t>status_500:错误: 笼位:hyb压测笼架1045011-12-N 已被使用，请刷新页面: 1</w:t>
      </w:r>
    </w:p>
    <w:p>
      <w:r>
        <w:t>status_500:错误: 笼位:hyb压测笼架1045011-12-O 已被使用，请刷新页面: 1</w:t>
      </w:r>
    </w:p>
    <w:p>
      <w:r>
        <w:t>status_500:错误: 笼位:hyb压测笼架1045011-12-P 已被使用，请刷新页面: 1</w:t>
      </w:r>
    </w:p>
    <w:p>
      <w:r>
        <w:t>status_500:错误: 笼位:hyb压测笼架1045011-12-Q 已被使用，请刷新页面: 1</w:t>
      </w:r>
    </w:p>
    <w:p>
      <w:r>
        <w:t>status_500:错误: 笼位:hyb压测笼架1045011-12-R 已被使用，请刷新页面: 1</w:t>
      </w:r>
    </w:p>
    <w:p>
      <w:r>
        <w:t>status_500:错误: 笼位:hyb压测笼架1045011-12-S 已被使用，请刷新页面: 1</w:t>
      </w:r>
    </w:p>
    <w:p>
      <w:r>
        <w:t>status_500:错误: 笼位:hyb压测笼架1045011-12-T 已被使用，请刷新页面: 1</w:t>
      </w:r>
    </w:p>
    <w:p>
      <w:r>
        <w:t>status_500:错误: 笼位:hyb压测笼架1045011-12-U 已被使用，请刷新页面: 1</w:t>
      </w:r>
    </w:p>
    <w:p>
      <w:r>
        <w:t>status_500:错误: 笼位:hyb压测笼架1045011-12-V 已被使用，请刷新页面: 1</w:t>
      </w:r>
    </w:p>
    <w:p>
      <w:r>
        <w:t>status_500:错误: 笼位:hyb压测笼架1045011-12-W 已被使用，请刷新页面: 1</w:t>
      </w:r>
    </w:p>
    <w:p>
      <w:r>
        <w:t>status_500:错误: 笼位:hyb压测笼架1045011-13-B 已被使用，请刷新页面: 1</w:t>
      </w:r>
    </w:p>
    <w:p>
      <w:r>
        <w:t>status_500:错误: 笼位:hyb压测笼架1045011-13-A 已被使用，请刷新页面: 1</w:t>
      </w:r>
    </w:p>
    <w:p>
      <w:r>
        <w:t>status_500:错误: 笼位:hyb压测笼架1045011-13-C 已被使用，请刷新页面: 1</w:t>
      </w:r>
    </w:p>
    <w:p>
      <w:r>
        <w:t>status_500:错误: 笼位:hyb压测笼架1045011-13-E 已被使用，请刷新页面: 1</w:t>
      </w:r>
    </w:p>
    <w:p>
      <w:r>
        <w:t>status_500:错误: 笼位:hyb压测笼架1045011-13-D 已被使用，请刷新页面: 1</w:t>
      </w:r>
    </w:p>
    <w:p>
      <w:r>
        <w:t>status_500:错误: 笼位:hyb压测笼架1045011-13-F 已被使用，请刷新页面: 1</w:t>
      </w:r>
    </w:p>
    <w:p>
      <w:r>
        <w:t>status_500:错误: 笼位:hyb压测笼架1045011-13-G 已被使用，请刷新页面: 1</w:t>
      </w:r>
    </w:p>
    <w:p>
      <w:r>
        <w:t>status_500:错误: 笼位:hyb压测笼架1045011-13-H 已被使用，请刷新页面: 1</w:t>
      </w:r>
    </w:p>
    <w:p>
      <w:r>
        <w:t>status_500:错误: 笼位:hyb压测笼架1045011-13-I 已被使用，请刷新页面: 1</w:t>
      </w:r>
    </w:p>
    <w:p>
      <w:r>
        <w:t>status_500:错误: 笼位:hyb压测笼架1045011-13-J 已被使用，请刷新页面: 1</w:t>
      </w:r>
    </w:p>
    <w:p>
      <w:r>
        <w:t>status_500:错误: 笼位:hyb压测笼架1045011-13-K 已被使用，请刷新页面: 1</w:t>
      </w:r>
    </w:p>
    <w:p>
      <w:r>
        <w:t>status_500:错误: 笼位:hyb压测笼架1045011-13-L 已被使用，请刷新页面: 1</w:t>
      </w:r>
    </w:p>
    <w:p>
      <w:r>
        <w:t>status_500:错误: 笼位:hyb压测笼架1045011-13-M 已被使用，请刷新页面: 1</w:t>
      </w:r>
    </w:p>
    <w:p>
      <w:r>
        <w:t>status_500:错误: 笼位:hyb压测笼架1045011-13-N 已被使用，请刷新页面: 1</w:t>
      </w:r>
    </w:p>
    <w:p>
      <w:r>
        <w:t>status_500:错误: 笼位:hyb压测笼架1045011-13-O 已被使用，请刷新页面: 1</w:t>
      </w:r>
    </w:p>
    <w:p>
      <w:r>
        <w:t>status_500:错误: 笼位:hyb压测笼架1045011-13-P 已被使用，请刷新页面: 1</w:t>
      </w:r>
    </w:p>
    <w:p>
      <w:r>
        <w:t>status_500:错误: 笼位:hyb压测笼架1045011-13-Q 已被使用，请刷新页面: 1</w:t>
      </w:r>
    </w:p>
    <w:p>
      <w:r>
        <w:t>status_500:错误: 笼位:hyb压测笼架1045011-13-R 已被使用，请刷新页面: 1</w:t>
      </w:r>
    </w:p>
    <w:p>
      <w:r>
        <w:t>status_500:错误: 笼位:hyb压测笼架1045011-13-S 已被使用，请刷新页面: 1</w:t>
      </w:r>
    </w:p>
    <w:p>
      <w:r>
        <w:t>status_500:错误: 笼位:hyb压测笼架1045011-13-T 已被使用，请刷新页面: 1</w:t>
      </w:r>
    </w:p>
    <w:p>
      <w:r>
        <w:t>status_500:错误: 笼位:hyb压测笼架1045011-13-U 已被使用，请刷新页面: 1</w:t>
      </w:r>
    </w:p>
    <w:p>
      <w:r>
        <w:t>status_500:错误: 笼位:hyb压测笼架1045011-13-V 已被使用，请刷新页面: 1</w:t>
      </w:r>
    </w:p>
    <w:p>
      <w:r>
        <w:t>status_500:错误: 笼位:hyb压测笼架1045011-13-W 已被使用，请刷新页面: 1</w:t>
      </w:r>
    </w:p>
    <w:p>
      <w:r>
        <w:t>status_500:错误: 笼位:hyb压测笼架1045011-14-A 已被使用，请刷新页面: 1</w:t>
      </w:r>
    </w:p>
    <w:p>
      <w:r>
        <w:t>status_500:错误: 笼位:hyb压测笼架1045011-14-B 已被使用，请刷新页面: 1</w:t>
      </w:r>
    </w:p>
    <w:p>
      <w:r>
        <w:t>status_500:错误: 笼位:hyb压测笼架1045011-14-C 已被使用，请刷新页面: 1</w:t>
      </w:r>
    </w:p>
    <w:p>
      <w:r>
        <w:t>status_500:错误: 笼位:hyb压测笼架1045011-14-D 已被使用，请刷新页面: 1</w:t>
      </w:r>
    </w:p>
    <w:p>
      <w:r>
        <w:t>status_500:错误: 笼位:hyb压测笼架1045011-14-E 已被使用，请刷新页面: 1</w:t>
      </w:r>
    </w:p>
    <w:p>
      <w:r>
        <w:t>status_500:错误: 笼位:hyb压测笼架1045011-14-F 已被使用，请刷新页面: 1</w:t>
      </w:r>
    </w:p>
    <w:p>
      <w:r>
        <w:t>status_500:错误: 笼位:hyb压测笼架1045011-14-G 已被使用，请刷新页面: 1</w:t>
      </w:r>
    </w:p>
    <w:p>
      <w:r>
        <w:t>status_500:错误: 笼位:hyb压测笼架1045011-14-H 已被使用，请刷新页面: 1</w:t>
      </w:r>
    </w:p>
    <w:p>
      <w:r>
        <w:t>status_500:错误: 笼位:hyb压测笼架1045011-14-I 已被使用，请刷新页面: 1</w:t>
      </w:r>
    </w:p>
    <w:p>
      <w:r>
        <w:t>status_500:错误: 笼位:hyb压测笼架1045011-14-K 已被使用，请刷新页面: 1</w:t>
      </w:r>
    </w:p>
    <w:p>
      <w:r>
        <w:t>status_500:错误: 笼位:hyb压测笼架1045011-14-J 已被使用，请刷新页面: 1</w:t>
      </w:r>
    </w:p>
    <w:p>
      <w:r>
        <w:t>status_500:错误: 笼位:hyb压测笼架1045011-14-L 已被使用，请刷新页面: 1</w:t>
      </w:r>
    </w:p>
    <w:p>
      <w:r>
        <w:t>status_500:错误: 笼位:hyb压测笼架1045011-14-M 已被使用，请刷新页面: 1</w:t>
      </w:r>
    </w:p>
    <w:p>
      <w:r>
        <w:t>status_500:错误: 笼位:hyb压测笼架1045011-14-N 已被使用，请刷新页面: 1</w:t>
      </w:r>
    </w:p>
    <w:p>
      <w:r>
        <w:t>status_500:错误: 笼位:hyb压测笼架1045011-14-O 已被使用，请刷新页面: 1</w:t>
      </w:r>
    </w:p>
    <w:p>
      <w:r>
        <w:t>status_500:错误: 笼位:hyb压测笼架1045011-14-P 已被使用，请刷新页面: 1</w:t>
      </w:r>
    </w:p>
    <w:p>
      <w:r>
        <w:t>status_500:错误: 笼位:hyb压测笼架1045011-14-R 已被使用，请刷新页面: 1</w:t>
      </w:r>
    </w:p>
    <w:p>
      <w:r>
        <w:t>status_500:错误: 笼位:hyb压测笼架1045011-14-Q 已被使用，请刷新页面: 1</w:t>
      </w:r>
    </w:p>
    <w:p>
      <w:r>
        <w:t>status_500:错误: 笼位:hyb压测笼架1045011-14-S 已被使用，请刷新页面: 1</w:t>
      </w:r>
    </w:p>
    <w:p>
      <w:r>
        <w:t>status_500:错误: 笼位:hyb压测笼架1045011-14-T 已被使用，请刷新页面: 1</w:t>
      </w:r>
    </w:p>
    <w:p>
      <w:r>
        <w:t>status_500:错误: 笼位:hyb压测笼架1045011-14-U 已被使用，请刷新页面: 1</w:t>
      </w:r>
    </w:p>
    <w:p>
      <w:r>
        <w:t>status_500:错误: 笼位:hyb压测笼架1045011-14-W 已被使用，请刷新页面: 1</w:t>
      </w:r>
    </w:p>
    <w:p>
      <w:r>
        <w:t>status_500:错误: 笼位:hyb压测笼架1045011-15-A 已被使用，请刷新页面: 1</w:t>
      </w:r>
    </w:p>
    <w:p>
      <w:r>
        <w:t>status_500:错误: 笼位:hyb压测笼架1045011-14-V 已被使用，请刷新页面: 1</w:t>
      </w:r>
    </w:p>
    <w:p>
      <w:r>
        <w:t>status_500:错误: 笼位:hyb压测笼架1045011-15-B 已被使用，请刷新页面: 1</w:t>
      </w:r>
    </w:p>
    <w:p>
      <w:r>
        <w:t>status_500:错误: 笼位:hyb压测笼架1045011-15-C 已被使用，请刷新页面: 1</w:t>
      </w:r>
    </w:p>
    <w:p>
      <w:r>
        <w:t>status_500:错误: 笼位:hyb压测笼架1045011-15-D 已被使用，请刷新页面: 1</w:t>
      </w:r>
    </w:p>
    <w:p>
      <w:r>
        <w:t>status_500:错误: 笼位:hyb压测笼架1045011-15-E 已被使用，请刷新页面: 1</w:t>
      </w:r>
    </w:p>
    <w:p>
      <w:r>
        <w:t>status_500:错误: 笼位:hyb压测笼架1045011-15-F 已被使用，请刷新页面: 1</w:t>
      </w:r>
    </w:p>
    <w:p>
      <w:r>
        <w:t>status_500:错误: 笼位:hyb压测笼架1045011-15-G 已被使用，请刷新页面: 1</w:t>
      </w:r>
    </w:p>
    <w:p>
      <w:r>
        <w:t>status_500:错误: 笼位:hyb压测笼架1045011-15-H 已被使用，请刷新页面: 1</w:t>
      </w:r>
    </w:p>
    <w:p>
      <w:r>
        <w:t>status_500:错误: 笼位:hyb压测笼架1045011-15-I 已被使用，请刷新页面: 1</w:t>
      </w:r>
    </w:p>
    <w:p>
      <w:r>
        <w:t>status_500:错误: 笼位:hyb压测笼架1045011-15-J 已被使用，请刷新页面: 1</w:t>
      </w:r>
    </w:p>
    <w:p>
      <w:r>
        <w:t>status_500:错误: 笼位:hyb压测笼架1045011-15-K 已被使用，请刷新页面: 1</w:t>
      </w:r>
    </w:p>
    <w:p>
      <w:r>
        <w:t>status_500:错误: 笼位:hyb压测笼架1045011-15-L 已被使用，请刷新页面: 1</w:t>
      </w:r>
    </w:p>
    <w:p>
      <w:r>
        <w:t>status_500:错误: 笼位:hyb压测笼架1045011-15-M 已被使用，请刷新页面: 1</w:t>
      </w:r>
    </w:p>
    <w:p>
      <w:r>
        <w:t>status_500:错误: 笼位:hyb压测笼架1045011-15-N 已被使用，请刷新页面: 1</w:t>
      </w:r>
    </w:p>
    <w:p>
      <w:r>
        <w:t>status_500:错误: 笼位:hyb压测笼架1045011-15-O 已被使用，请刷新页面: 1</w:t>
      </w:r>
    </w:p>
    <w:p>
      <w:r>
        <w:t>status_500:错误: 笼位:hyb压测笼架1045011-15-P 已被使用，请刷新页面: 1</w:t>
      </w:r>
    </w:p>
    <w:p>
      <w:r>
        <w:t>status_500:错误: 笼位:hyb压测笼架1045011-15-Q 已被使用，请刷新页面: 1</w:t>
      </w:r>
    </w:p>
    <w:p>
      <w:r>
        <w:t>status_500:错误: 笼位:hyb压测笼架1045011-15-R 已被使用，请刷新页面: 1</w:t>
      </w:r>
    </w:p>
    <w:p>
      <w:r>
        <w:t>status_500:错误: 笼位:hyb压测笼架1045011-15-S 已被使用，请刷新页面: 1</w:t>
      </w:r>
    </w:p>
    <w:p>
      <w:r>
        <w:t>status_500:错误: 笼位:hyb压测笼架1045011-15-T 已被使用，请刷新页面: 1</w:t>
      </w:r>
    </w:p>
    <w:p>
      <w:r>
        <w:t>status_500:错误: 笼位:hyb压测笼架1045011-15-U 已被使用，请刷新页面: 1</w:t>
      </w:r>
    </w:p>
    <w:p>
      <w:r>
        <w:t>status_500:错误: 笼位:hyb压测笼架1045011-15-V 已被使用，请刷新页面: 1</w:t>
      </w:r>
    </w:p>
    <w:p>
      <w:r>
        <w:t>status_500:错误: 笼位:hyb压测笼架1045011-15-W 已被使用，请刷新页面: 1</w:t>
      </w:r>
    </w:p>
    <w:p>
      <w:r>
        <w:t>status_500:错误: 笼位:hyb压测笼架1045011-16-A 已被使用，请刷新页面: 1</w:t>
      </w:r>
    </w:p>
    <w:p>
      <w:r>
        <w:t>status_500:错误: 笼位:hyb压测笼架1045011-16-B 已被使用，请刷新页面: 1</w:t>
      </w:r>
    </w:p>
    <w:p>
      <w:r>
        <w:t>status_500:错误: 笼位:hyb压测笼架1045011-16-C 已被使用，请刷新页面: 1</w:t>
      </w:r>
    </w:p>
    <w:p>
      <w:r>
        <w:t>status_500:错误: 笼位:hyb压测笼架1045011-16-D 已被使用，请刷新页面: 1</w:t>
      </w:r>
    </w:p>
    <w:p>
      <w:r>
        <w:t>status_500:错误: 笼位:hyb压测笼架1045011-16-E 已被使用，请刷新页面: 1</w:t>
      </w:r>
    </w:p>
    <w:p>
      <w:r>
        <w:t>status_500:错误: 笼位:hyb压测笼架1045011-16-F 已被使用，请刷新页面: 1</w:t>
      </w:r>
    </w:p>
    <w:p>
      <w:r>
        <w:t>status_500:错误: 笼位:hyb压测笼架1045011-16-G 已被使用，请刷新页面: 1</w:t>
      </w:r>
    </w:p>
    <w:p>
      <w:r>
        <w:t>status_500:错误: 笼位:hyb压测笼架1045011-16-H 已被使用，请刷新页面: 1</w:t>
      </w:r>
    </w:p>
    <w:p>
      <w:r>
        <w:t>status_500:错误: 笼位:hyb压测笼架1045011-16-I 已被使用，请刷新页面: 1</w:t>
      </w:r>
    </w:p>
    <w:p>
      <w:r>
        <w:t>status_500:错误: 笼位:hyb压测笼架1045011-16-J 已被使用，请刷新页面: 1</w:t>
      </w:r>
    </w:p>
    <w:p>
      <w:r>
        <w:t>status_500:错误: 笼位:hyb压测笼架1045011-16-K 已被使用，请刷新页面: 1</w:t>
      </w:r>
    </w:p>
    <w:p>
      <w:r>
        <w:t>status_500:错误: 笼位:hyb压测笼架1045011-16-N 已被使用，请刷新页面: 1</w:t>
      </w:r>
    </w:p>
    <w:p>
      <w:r>
        <w:t>status_500:错误: 笼位:hyb压测笼架1045011-16-M 已被使用，请刷新页面: 1</w:t>
      </w:r>
    </w:p>
    <w:p>
      <w:r>
        <w:t>status_500:错误: 笼位:hyb压测笼架1045011-16-O 已被使用，请刷新页面: 1</w:t>
      </w:r>
    </w:p>
    <w:p>
      <w:r>
        <w:t>status_500:错误: 笼位:hyb压测笼架1045011-16-P 已被使用，请刷新页面: 1</w:t>
      </w:r>
    </w:p>
    <w:p>
      <w:r>
        <w:t>status_500:错误: 笼位:hyb压测笼架1045011-16-Q 已被使用，请刷新页面: 1</w:t>
      </w:r>
    </w:p>
    <w:p>
      <w:r>
        <w:t>status_500:错误: 笼位:hyb压测笼架1045011-16-R 已被使用，请刷新页面: 1</w:t>
      </w:r>
    </w:p>
    <w:p>
      <w:r>
        <w:t>status_500:错误: 笼位:hyb压测笼架1045011-16-S 已被使用，请刷新页面: 1</w:t>
      </w:r>
    </w:p>
    <w:p>
      <w:r>
        <w:t>status_500:错误: 笼位:hyb压测笼架1045011-16-T 已被使用，请刷新页面: 1</w:t>
      </w:r>
    </w:p>
    <w:p>
      <w:r>
        <w:t>status_500:错误: 笼位:hyb压测笼架1045011-16-U 已被使用，请刷新页面: 1</w:t>
      </w:r>
    </w:p>
    <w:p>
      <w:r>
        <w:t>status_500:错误: 笼位:hyb压测笼架1045011-16-V 已被使用，请刷新页面: 1</w:t>
      </w:r>
    </w:p>
    <w:p>
      <w:r>
        <w:t>status_500:错误: 笼位:hyb压测笼架1045011-16-W 已被使用，请刷新页面: 1</w:t>
      </w:r>
    </w:p>
    <w:p>
      <w:r>
        <w:t>status_500:错误: 笼位:hyb压测笼架1045011-17-A 已被使用，请刷新页面: 1</w:t>
      </w:r>
    </w:p>
    <w:p>
      <w:r>
        <w:t>status_500:错误: 笼位:hyb压测笼架1045011-17-B 已被使用，请刷新页面: 1</w:t>
      </w:r>
    </w:p>
    <w:p>
      <w:r>
        <w:t>status_500:错误: 笼位:hyb压测笼架1045011-17-C 已被使用，请刷新页面: 1</w:t>
      </w:r>
    </w:p>
    <w:p>
      <w:r>
        <w:t>status_500:错误: 笼位:hyb压测笼架1045011-17-D 已被使用，请刷新页面: 1</w:t>
      </w:r>
    </w:p>
    <w:p>
      <w:r>
        <w:t>status_500:错误: 笼位:hyb压测笼架1045011-17-E 已被使用，请刷新页面: 1</w:t>
      </w:r>
    </w:p>
    <w:p>
      <w:r>
        <w:t>status_500:错误: 笼位:hyb压测笼架1045011-17-F 已被使用，请刷新页面: 1</w:t>
      </w:r>
    </w:p>
    <w:p>
      <w:r>
        <w:t>status_500:错误: 笼位:hyb压测笼架1045011-17-G 已被使用，请刷新页面: 1</w:t>
      </w:r>
    </w:p>
    <w:p>
      <w:r>
        <w:t>status_500:错误: 笼位:hyb压测笼架1045011-17-H 已被使用，请刷新页面: 1</w:t>
      </w:r>
    </w:p>
    <w:p>
      <w:r>
        <w:t>status_500:错误: 笼位:hyb压测笼架1045011-17-I 已被使用，请刷新页面: 1</w:t>
      </w:r>
    </w:p>
    <w:p>
      <w:r>
        <w:t>status_500:错误: 笼位:hyb压测笼架1045011-16-L 已被使用，请刷新页面: 1</w:t>
      </w:r>
    </w:p>
    <w:p>
      <w:r>
        <w:t>status_500:错误: 笼位:hyb压测笼架1045011-17-J 已被使用，请刷新页面: 1</w:t>
      </w:r>
    </w:p>
    <w:p>
      <w:r>
        <w:t>status_500:错误: 笼位:hyb压测笼架1045011-17-K 已被使用，请刷新页面: 1</w:t>
      </w:r>
    </w:p>
    <w:p>
      <w:r>
        <w:t>status_500:错误: 笼位:hyb压测笼架1045011-17-L 已被使用，请刷新页面: 1</w:t>
      </w:r>
    </w:p>
    <w:p>
      <w:r>
        <w:t>status_500:错误: 笼位:hyb压测笼架1045011-17-M 已被使用，请刷新页面: 1</w:t>
      </w:r>
    </w:p>
    <w:p>
      <w:r>
        <w:t>status_500:错误: 笼位:hyb压测笼架1045011-17-N 已被使用，请刷新页面: 1</w:t>
      </w:r>
    </w:p>
    <w:p>
      <w:r>
        <w:t>status_500:错误: 笼位:hyb压测笼架1045011-17-O 已被使用，请刷新页面: 1</w:t>
      </w:r>
    </w:p>
    <w:p>
      <w:r>
        <w:t>status_500:错误: 笼位:hyb压测笼架1045011-17-P 已被使用，请刷新页面: 1</w:t>
      </w:r>
    </w:p>
    <w:p>
      <w:r>
        <w:t>status_500:错误: 笼位:hyb压测笼架1045011-17-Q 已被使用，请刷新页面: 1</w:t>
      </w:r>
    </w:p>
    <w:p>
      <w:r>
        <w:t>status_500:错误: 笼位:hyb压测笼架1045011-17-R 已被使用，请刷新页面: 1</w:t>
      </w:r>
    </w:p>
    <w:p>
      <w:r>
        <w:t>status_500:错误: 笼位:hyb压测笼架1045011-17-S 已被使用，请刷新页面: 1</w:t>
      </w:r>
    </w:p>
    <w:p>
      <w:r>
        <w:t>status_500:错误: 笼位:hyb压测笼架1045011-17-T 已被使用，请刷新页面: 1</w:t>
      </w:r>
    </w:p>
    <w:p>
      <w:r>
        <w:t>status_500:错误: 笼位:hyb压测笼架1045011-17-U 已被使用，请刷新页面: 1</w:t>
      </w:r>
    </w:p>
    <w:p>
      <w:r>
        <w:t>status_500:错误: 笼位:hyb压测笼架1045011-17-V 已被使用，请刷新页面: 1</w:t>
      </w:r>
    </w:p>
    <w:p>
      <w:r>
        <w:t>status_500:错误: 笼位:hyb压测笼架1045011-17-W 已被使用，请刷新页面: 1</w:t>
      </w:r>
    </w:p>
    <w:p>
      <w:r>
        <w:t>status_500:错误: 笼位:hyb压测笼架1045011-18-A 已被使用，请刷新页面: 1</w:t>
      </w:r>
    </w:p>
    <w:p>
      <w:r>
        <w:t>status_500:错误: 笼位:hyb压测笼架1045011-18-B 已被使用，请刷新页面: 1</w:t>
      </w:r>
    </w:p>
    <w:p>
      <w:r>
        <w:t>status_500:错误: 笼位:hyb压测笼架1045011-18-C 已被使用，请刷新页面: 1</w:t>
      </w:r>
    </w:p>
    <w:p>
      <w:r>
        <w:t>status_500:错误: 笼位:hyb压测笼架1045011-18-D 已被使用，请刷新页面: 1</w:t>
      </w:r>
    </w:p>
    <w:p>
      <w:r>
        <w:t>status_500:错误: 笼位:hyb压测笼架1045011-18-E 已被使用，请刷新页面: 1</w:t>
      </w:r>
    </w:p>
    <w:p>
      <w:r>
        <w:t>status_500:错误: 笼位:hyb压测笼架1045011-18-F 已被使用，请刷新页面: 1</w:t>
      </w:r>
    </w:p>
    <w:p>
      <w:r>
        <w:t>status_500:错误: 笼位:hyb压测笼架1045011-18-G 已被使用，请刷新页面: 1</w:t>
      </w:r>
    </w:p>
    <w:p>
      <w:r>
        <w:t>status_500:错误: 笼位:hyb压测笼架1045011-18-H 已被使用，请刷新页面: 1</w:t>
      </w:r>
    </w:p>
    <w:p>
      <w:r>
        <w:t>status_500:错误: 笼位:hyb压测笼架1045011-18-I 已被使用，请刷新页面: 1</w:t>
      </w:r>
    </w:p>
    <w:p>
      <w:r>
        <w:t>status_500:错误: 笼位:hyb压测笼架1045011-18-J 已被使用，请刷新页面: 1</w:t>
      </w:r>
    </w:p>
    <w:p>
      <w:r>
        <w:t>status_500:错误: 笼位:hyb压测笼架1045011-18-K 已被使用，请刷新页面: 1</w:t>
      </w:r>
    </w:p>
    <w:p>
      <w:r>
        <w:t>status_500:错误: 笼位:hyb压测笼架1045011-18-L 已被使用，请刷新页面: 1</w:t>
      </w:r>
    </w:p>
    <w:p>
      <w:r>
        <w:t>status_500:错误: 笼位:hyb压测笼架1045011-18-M 已被使用，请刷新页面: 1</w:t>
      </w:r>
    </w:p>
    <w:p>
      <w:r>
        <w:t>status_500:错误: 笼位:hyb压测笼架1045011-18-N 已被使用，请刷新页面: 1</w:t>
      </w:r>
    </w:p>
    <w:p>
      <w:r>
        <w:t>status_500:错误: 笼位:hyb压测笼架1045011-18-O 已被使用，请刷新页面: 1</w:t>
      </w:r>
    </w:p>
    <w:p>
      <w:r>
        <w:t>status_500:错误: 笼位:hyb压测笼架1045011-18-P 已被使用，请刷新页面: 1</w:t>
      </w:r>
    </w:p>
    <w:p>
      <w:r>
        <w:t>status_500:错误: 笼位:hyb压测笼架1045011-18-Q 已被使用，请刷新页面: 1</w:t>
      </w:r>
    </w:p>
    <w:p>
      <w:r>
        <w:t>status_500:错误: 笼位:hyb压测笼架1045011-18-R 已被使用，请刷新页面: 1</w:t>
      </w:r>
    </w:p>
    <w:p>
      <w:r>
        <w:t>status_500:错误: 笼位:hyb压测笼架1045011-18-S 已被使用，请刷新页面: 1</w:t>
      </w:r>
    </w:p>
    <w:p>
      <w:r>
        <w:t>status_500:错误: 笼位:hyb压测笼架1045011-18-T 已被使用，请刷新页面: 1</w:t>
      </w:r>
    </w:p>
    <w:p>
      <w:r>
        <w:t>status_500:错误: 笼位:hyb压测笼架1045011-18-U 已被使用，请刷新页面: 1</w:t>
      </w:r>
    </w:p>
    <w:p>
      <w:r>
        <w:t>status_500:错误: 笼位:hyb压测笼架1045011-18-V 已被使用，请刷新页面: 1</w:t>
      </w:r>
    </w:p>
    <w:p>
      <w:r>
        <w:t>status_500:错误: 笼位:hyb压测笼架1045011-18-W 已被使用，请刷新页面: 1</w:t>
      </w:r>
    </w:p>
    <w:p>
      <w:r>
        <w:t>status_500:错误: 笼位:hyb压测笼架1045011-19-B 已被使用，请刷新页面: 1</w:t>
      </w:r>
    </w:p>
    <w:p>
      <w:r>
        <w:t>status_500:错误: 笼位:hyb压测笼架1045011-19-C 已被使用，请刷新页面: 1</w:t>
      </w:r>
    </w:p>
    <w:p>
      <w:r>
        <w:t>status_500:错误: 笼位:hyb压测笼架1045011-19-A 已被使用，请刷新页面: 1</w:t>
      </w:r>
    </w:p>
    <w:p>
      <w:r>
        <w:t>status_500:错误: 笼位:hyb压测笼架1045011-19-D 已被使用，请刷新页面: 1</w:t>
      </w:r>
    </w:p>
    <w:p>
      <w:r>
        <w:t>status_500:错误: 笼位:hyb压测笼架1045011-19-E 已被使用，请刷新页面: 1</w:t>
      </w:r>
    </w:p>
    <w:p>
      <w:r>
        <w:t>status_500:错误: 笼位:hyb压测笼架1045011-19-F 已被使用，请刷新页面: 1</w:t>
      </w:r>
    </w:p>
    <w:p>
      <w:r>
        <w:t>status_500:错误: 笼位:hyb压测笼架1045011-19-G 已被使用，请刷新页面: 1</w:t>
      </w:r>
    </w:p>
    <w:p>
      <w:r>
        <w:t>status_500:错误: 笼位:hyb压测笼架1045011-19-H 已被使用，请刷新页面: 1</w:t>
      </w:r>
    </w:p>
    <w:p>
      <w:r>
        <w:t>status_500:错误: 笼位:hyb压测笼架1045011-19-I 已被使用，请刷新页面: 1</w:t>
      </w:r>
    </w:p>
    <w:p>
      <w:r>
        <w:t>status_500:错误: 笼位:hyb压测笼架1045011-19-J 已被使用，请刷新页面: 1</w:t>
      </w:r>
    </w:p>
    <w:p>
      <w:r>
        <w:t>status_500:错误: 笼位:hyb压测笼架1045011-19-K 已被使用，请刷新页面: 1</w:t>
      </w:r>
    </w:p>
    <w:p>
      <w:r>
        <w:t>status_500:错误: 笼位:hyb压测笼架1045011-19-L 已被使用，请刷新页面: 1</w:t>
      </w:r>
    </w:p>
    <w:p>
      <w:r>
        <w:t>status_500:错误: 笼位:hyb压测笼架1045011-19-M 已被使用，请刷新页面: 1</w:t>
      </w:r>
    </w:p>
    <w:p>
      <w:r>
        <w:t>status_500:错误: 笼位:hyb压测笼架1045011-19-N 已被使用，请刷新页面: 1</w:t>
      </w:r>
    </w:p>
    <w:p>
      <w:r>
        <w:t>status_500:错误: 笼位:hyb压测笼架1045011-19-O 已被使用，请刷新页面: 1</w:t>
      </w:r>
    </w:p>
    <w:p>
      <w:r>
        <w:t>status_500:错误: 笼位:hyb压测笼架1045011-19-P 已被使用，请刷新页面: 1</w:t>
      </w:r>
    </w:p>
    <w:p>
      <w:r>
        <w:t>status_500:错误: 笼位:hyb压测笼架1045011-19-R 已被使用，请刷新页面: 1</w:t>
      </w:r>
    </w:p>
    <w:p>
      <w:r>
        <w:t>status_500:错误: 笼位:hyb压测笼架1045011-19-S 已被使用，请刷新页面: 1</w:t>
      </w:r>
    </w:p>
    <w:p>
      <w:r>
        <w:t>status_500:错误: 笼位:hyb压测笼架1045011-19-T 已被使用，请刷新页面: 1</w:t>
      </w:r>
    </w:p>
    <w:p>
      <w:r>
        <w:t>status_500:错误: 笼位:hyb压测笼架1045011-19-U 已被使用，请刷新页面: 1</w:t>
      </w:r>
    </w:p>
    <w:p>
      <w:r>
        <w:t>status_500:错误: 笼位:hyb压测笼架1045011-19-V 已被使用，请刷新页面: 1</w:t>
      </w:r>
    </w:p>
    <w:p>
      <w:r>
        <w:t>status_500:错误: 笼位:hyb压测笼架1045011-19-W 已被使用，请刷新页面: 1</w:t>
      </w:r>
    </w:p>
    <w:p>
      <w:r>
        <w:t>status_500:错误: 笼位:hyb压测笼架1045011-20-A 已被使用，请刷新页面: 1</w:t>
      </w:r>
    </w:p>
    <w:p>
      <w:r>
        <w:t>status_500:错误: 笼位:hyb压测笼架1045011-20-B 已被使用，请刷新页面: 1</w:t>
      </w:r>
    </w:p>
    <w:p>
      <w:r>
        <w:t>status_500:错误: 笼位:hyb压测笼架1045011-20-C 已被使用，请刷新页面: 1</w:t>
      </w:r>
    </w:p>
    <w:p>
      <w:r>
        <w:t>status_500:错误: 笼位:hyb压测笼架1045011-20-D 已被使用，请刷新页面: 1</w:t>
      </w:r>
    </w:p>
    <w:p>
      <w:r>
        <w:t>status_500:错误: 笼位:hyb压测笼架1045011-20-E 已被使用，请刷新页面: 1</w:t>
      </w:r>
    </w:p>
    <w:p>
      <w:r>
        <w:t>status_500:错误: 笼位:hyb压测笼架1045011-20-F 已被使用，请刷新页面: 1</w:t>
      </w:r>
    </w:p>
    <w:p>
      <w:r>
        <w:t>status_500:错误: 笼位:hyb压测笼架1045011-20-G 已被使用，请刷新页面: 1</w:t>
      </w:r>
    </w:p>
    <w:p>
      <w:r>
        <w:t>status_500:错误: 笼位:hyb压测笼架1045011-20-H 已被使用，请刷新页面: 1</w:t>
      </w:r>
    </w:p>
    <w:p>
      <w:r>
        <w:t>status_500:错误: 笼位:hyb压测笼架1045011-20-I 已被使用，请刷新页面: 1</w:t>
      </w:r>
    </w:p>
    <w:p>
      <w:r>
        <w:t>status_500:错误: 笼位:hyb压测笼架1045011-19-Q 已被使用，请刷新页面: 1</w:t>
      </w:r>
    </w:p>
    <w:p>
      <w:r>
        <w:t>status_500:错误: 笼位:hyb压测笼架1045011-20-J 已被使用，请刷新页面: 1</w:t>
      </w:r>
    </w:p>
    <w:p>
      <w:r>
        <w:t>status_500:错误: 笼位:hyb压测笼架1045011-20-K 已被使用，请刷新页面: 1</w:t>
      </w:r>
    </w:p>
    <w:p>
      <w:r>
        <w:t>status_500:错误: 笼位:hyb压测笼架1045011-20-L 已被使用，请刷新页面: 1</w:t>
      </w:r>
    </w:p>
    <w:p>
      <w:r>
        <w:t>status_500:错误: 笼位:hyb压测笼架1045011-20-M 已被使用，请刷新页面: 1</w:t>
      </w:r>
    </w:p>
    <w:p>
      <w:r>
        <w:t>status_500:错误: 笼位:hyb压测笼架1045011-20-N 已被使用，请刷新页面: 1</w:t>
      </w:r>
    </w:p>
    <w:p>
      <w:r>
        <w:t>status_500:错误: 笼位:hyb压测笼架1045011-20-O 已被使用，请刷新页面: 1</w:t>
      </w:r>
    </w:p>
    <w:p>
      <w:r>
        <w:t>status_500:错误: 笼位:hyb压测笼架1045011-20-P 已被使用，请刷新页面: 1</w:t>
      </w:r>
    </w:p>
    <w:p>
      <w:r>
        <w:t>status_500:错误: 笼位:hyb压测笼架1045011-20-Q 已被使用，请刷新页面: 1</w:t>
      </w:r>
    </w:p>
    <w:p>
      <w:r>
        <w:t>status_500:错误: 笼位:hyb压测笼架1045011-20-R 已被使用，请刷新页面: 1</w:t>
      </w:r>
    </w:p>
    <w:p>
      <w:r>
        <w:t>status_500:错误: 笼位:hyb压测笼架1045011-20-S 已被使用，请刷新页面: 1</w:t>
      </w:r>
    </w:p>
    <w:p>
      <w:r>
        <w:t>status_500:错误: 笼位:hyb压测笼架1045011-20-T 已被使用，请刷新页面: 1</w:t>
      </w:r>
    </w:p>
    <w:p>
      <w:r>
        <w:t>status_500:错误: 笼位:hyb压测笼架1045011-20-U 已被使用，请刷新页面: 1</w:t>
      </w:r>
    </w:p>
    <w:p>
      <w:r>
        <w:t>status_500:错误: 笼位:hyb压测笼架1045011-20-V 已被使用，请刷新页面: 1</w:t>
      </w:r>
    </w:p>
    <w:p>
      <w:r>
        <w:t>status_500:错误: 笼位:hyb压测笼架1045011-20-W 已被使用，请刷新页面: 1</w:t>
      </w:r>
    </w:p>
    <w:p>
      <w:r>
        <w:t>status_500:错误: 笼位:hyb压测笼架1045011-21-A 已被使用，请刷新页面: 1</w:t>
      </w:r>
    </w:p>
    <w:p>
      <w:r>
        <w:t>status_500:错误: 笼位:hyb压测笼架1045011-21-B 已被使用，请刷新页面: 1</w:t>
      </w:r>
    </w:p>
    <w:p>
      <w:r>
        <w:t>status_500:错误: 笼位:hyb压测笼架1045011-21-C 已被使用，请刷新页面: 1</w:t>
      </w:r>
    </w:p>
    <w:p>
      <w:r>
        <w:t>status_500:错误: 笼位:hyb压测笼架1045011-21-D 已被使用，请刷新页面: 1</w:t>
      </w:r>
    </w:p>
    <w:p>
      <w:r>
        <w:t>status_500:错误: 笼位:hyb压测笼架1045011-21-F 已被使用，请刷新页面: 1</w:t>
      </w:r>
    </w:p>
    <w:p>
      <w:r>
        <w:t>status_500:错误: 笼位:hyb压测笼架1045011-21-G 已被使用，请刷新页面: 1</w:t>
      </w:r>
    </w:p>
    <w:p>
      <w:r>
        <w:t>status_500:错误: 笼位:hyb压测笼架1045011-21-H 已被使用，请刷新页面: 1</w:t>
      </w:r>
    </w:p>
    <w:p>
      <w:r>
        <w:t>status_500:错误: 笼位:hyb压测笼架1045011-21-I 已被使用，请刷新页面: 1</w:t>
      </w:r>
    </w:p>
    <w:p>
      <w:r>
        <w:t>status_500:错误: 笼位:hyb压测笼架1045011-21-J 已被使用，请刷新页面: 1</w:t>
      </w:r>
    </w:p>
    <w:p>
      <w:r>
        <w:t>status_500:错误: 笼位:hyb压测笼架1045011-21-K 已被使用，请刷新页面: 1</w:t>
      </w:r>
    </w:p>
    <w:p>
      <w:r>
        <w:t>status_500:错误: 笼位:hyb压测笼架1045011-21-L 已被使用，请刷新页面: 1</w:t>
      </w:r>
    </w:p>
    <w:p>
      <w:r>
        <w:t>status_500:错误: 笼位:hyb压测笼架1045011-21-M 已被使用，请刷新页面: 1</w:t>
      </w:r>
    </w:p>
    <w:p>
      <w:r>
        <w:t>status_500:错误: 笼位:hyb压测笼架1045011-21-N 已被使用，请刷新页面: 1</w:t>
      </w:r>
    </w:p>
    <w:p>
      <w:r>
        <w:t>status_500:错误: 笼位:hyb压测笼架1045011-21-O 已被使用，请刷新页面: 1</w:t>
      </w:r>
    </w:p>
    <w:p>
      <w:r>
        <w:t>status_500:错误: 笼位:hyb压测笼架1045011-21-P 已被使用，请刷新页面: 1</w:t>
      </w:r>
    </w:p>
    <w:p>
      <w:r>
        <w:t>status_500:错误: 笼位:hyb压测笼架1045011-21-Q 已被使用，请刷新页面: 1</w:t>
      </w:r>
    </w:p>
    <w:p>
      <w:r>
        <w:t>status_500:错误: 笼位:hyb压测笼架1045011-21-R 已被使用，请刷新页面: 1</w:t>
      </w:r>
    </w:p>
    <w:p>
      <w:r>
        <w:t>status_500:错误: 笼位:hyb压测笼架1045011-21-S 已被使用，请刷新页面: 1</w:t>
      </w:r>
    </w:p>
    <w:p>
      <w:r>
        <w:t>status_500:错误: 笼位:hyb压测笼架1045011-21-T 已被使用，请刷新页面: 1</w:t>
      </w:r>
    </w:p>
    <w:p>
      <w:r>
        <w:t>status_500:错误: 笼位:hyb压测笼架1045011-21-U 已被使用，请刷新页面: 1</w:t>
      </w:r>
    </w:p>
    <w:p>
      <w:r>
        <w:t>status_500:错误: 笼位:hyb压测笼架1045011-22-R 已被使用，请刷新页面: 1</w:t>
      </w:r>
    </w:p>
    <w:p>
      <w:r>
        <w:t>status_500:错误: 笼位:hyb压测笼架1045011-21-V 已被使用，请刷新页面: 1</w:t>
      </w:r>
    </w:p>
    <w:p>
      <w:r>
        <w:t>status_500:错误: 笼位:hyb压测笼架1045011-21-W 已被使用，请刷新页面: 1</w:t>
      </w:r>
    </w:p>
    <w:p>
      <w:r>
        <w:t>status_500:错误: 笼位:hyb压测笼架1045011-22-A 已被使用，请刷新页面: 1</w:t>
      </w:r>
    </w:p>
    <w:p>
      <w:r>
        <w:t>status_500:错误: 笼位:hyb压测笼架1045011-22-B 已被使用，请刷新页面: 1</w:t>
      </w:r>
    </w:p>
    <w:p>
      <w:r>
        <w:t>status_500:错误: 笼位:hyb压测笼架1045011-21-E 已被使用，请刷新页面: 1</w:t>
      </w:r>
    </w:p>
    <w:p>
      <w:r>
        <w:t>status_500:错误: 笼位:hyb压测笼架1045011-22-C 已被使用，请刷新页面: 1</w:t>
      </w:r>
    </w:p>
    <w:p>
      <w:r>
        <w:t>status_500:错误: 笼位:hyb压测笼架1045011-22-D 已被使用，请刷新页面: 1</w:t>
      </w:r>
    </w:p>
    <w:p>
      <w:r>
        <w:t>status_500:错误: 笼位:hyb压测笼架1045011-22-E 已被使用，请刷新页面: 1</w:t>
      </w:r>
    </w:p>
    <w:p>
      <w:r>
        <w:t>status_500:错误: 笼位:hyb压测笼架1045011-22-F 已被使用，请刷新页面: 1</w:t>
      </w:r>
    </w:p>
    <w:p>
      <w:r>
        <w:t>status_500:错误: 笼位:hyb压测笼架1045011-22-G 已被使用，请刷新页面: 1</w:t>
      </w:r>
    </w:p>
    <w:p>
      <w:r>
        <w:t>status_500:错误: 笼位:hyb压测笼架1045011-22-H 已被使用，请刷新页面: 1</w:t>
      </w:r>
    </w:p>
    <w:p>
      <w:r>
        <w:t>status_500:错误: 笼位:hyb压测笼架1045011-22-I 已被使用，请刷新页面: 1</w:t>
      </w:r>
    </w:p>
    <w:p>
      <w:r>
        <w:t>status_500:错误: 笼位:hyb压测笼架1045011-22-J 已被使用，请刷新页面: 1</w:t>
      </w:r>
    </w:p>
    <w:p>
      <w:r>
        <w:t>status_500:错误: 笼位:hyb压测笼架1045011-22-K 已被使用，请刷新页面: 1</w:t>
      </w:r>
    </w:p>
    <w:p>
      <w:r>
        <w:t>status_500:错误: 笼位:hyb压测笼架1045011-22-L 已被使用，请刷新页面: 1</w:t>
      </w:r>
    </w:p>
    <w:p>
      <w:r>
        <w:t>status_500:错误: 笼位:hyb压测笼架1045011-22-M 已被使用，请刷新页面: 1</w:t>
      </w:r>
    </w:p>
    <w:p>
      <w:r>
        <w:t>status_500:错误: 笼位:hyb压测笼架1045011-22-N 已被使用，请刷新页面: 1</w:t>
      </w:r>
    </w:p>
    <w:p>
      <w:r>
        <w:t>status_500:错误: 笼位:hyb压测笼架1045011-22-O 已被使用，请刷新页面: 1</w:t>
      </w:r>
    </w:p>
    <w:p>
      <w:r>
        <w:t>status_500:错误: 笼位:hyb压测笼架1045011-22-P 已被使用，请刷新页面: 1</w:t>
      </w:r>
    </w:p>
    <w:p>
      <w:r>
        <w:t>status_500:错误: 笼位:hyb压测笼架1045011-22-Q 已被使用，请刷新页面: 1</w:t>
      </w:r>
    </w:p>
    <w:p>
      <w:r>
        <w:t>status_500:错误: 笼位:hyb压测笼架1045011-22-S 已被使用，请刷新页面: 1</w:t>
      </w:r>
    </w:p>
    <w:p>
      <w:r>
        <w:t>status_500:错误: 笼位:hyb压测笼架1045011-22-T 已被使用，请刷新页面: 1</w:t>
      </w:r>
    </w:p>
    <w:p>
      <w:r>
        <w:t>status_500:错误: 笼位:hyb压测笼架1045011-22-U 已被使用，请刷新页面: 1</w:t>
      </w:r>
    </w:p>
    <w:p>
      <w:r>
        <w:t>status_500:错误: 笼位:hyb压测笼架1045011-22-V 已被使用，请刷新页面: 1</w:t>
      </w:r>
    </w:p>
    <w:p>
      <w:r>
        <w:t>status_500:错误: 笼位:hyb压测笼架1045011-22-W 已被使用，请刷新页面: 1</w:t>
      </w:r>
    </w:p>
    <w:p>
      <w:r>
        <w:t>status_500:错误: 笼位:hyb压测笼架1045011-23-A 已被使用，请刷新页面: 1</w:t>
      </w:r>
    </w:p>
    <w:p>
      <w:r>
        <w:t>status_500:错误: 笼位:hyb压测笼架1045011-23-B 已被使用，请刷新页面: 1</w:t>
      </w:r>
    </w:p>
    <w:p>
      <w:r>
        <w:t>status_500:错误: 笼位:hyb压测笼架1045011-23-C 已被使用，请刷新页面: 1</w:t>
      </w:r>
    </w:p>
    <w:p>
      <w:r>
        <w:t>status_500:错误: 笼位:hyb压测笼架1045011-23-D 已被使用，请刷新页面: 1</w:t>
      </w:r>
    </w:p>
    <w:p>
      <w:r>
        <w:t>status_500:错误: 笼位:hyb压测笼架1045011-23-F 已被使用，请刷新页面: 1</w:t>
      </w:r>
    </w:p>
    <w:p>
      <w:r>
        <w:t>status_500:错误: 笼位:hyb压测笼架1045011-23-G 已被使用，请刷新页面: 1</w:t>
      </w:r>
    </w:p>
    <w:p>
      <w:r>
        <w:t>status_500:错误: 笼位:hyb压测笼架1045011-23-H 已被使用，请刷新页面: 1</w:t>
      </w:r>
    </w:p>
    <w:p>
      <w:r>
        <w:t>status_500:错误: 笼位:hyb压测笼架1045011-23-I 已被使用，请刷新页面: 1</w:t>
      </w:r>
    </w:p>
    <w:p>
      <w:r>
        <w:t>status_500:错误: 笼位:hyb压测笼架1045011-23-J 已被使用，请刷新页面: 1</w:t>
      </w:r>
    </w:p>
    <w:p>
      <w:r>
        <w:t>status_500:错误: 笼位:hyb压测笼架1045011-23-K 已被使用，请刷新页面: 1</w:t>
      </w:r>
    </w:p>
    <w:p>
      <w:r>
        <w:t>status_500:错误: 笼位:hyb压测笼架1045011-23-L 已被使用，请刷新页面: 1</w:t>
      </w:r>
    </w:p>
    <w:p>
      <w:r>
        <w:t>status_500:错误: 笼位:hyb压测笼架1045011-23-M 已被使用，请刷新页面: 1</w:t>
      </w:r>
    </w:p>
    <w:p>
      <w:r>
        <w:t>status_500:错误: 笼位:hyb压测笼架1045011-23-N 已被使用，请刷新页面: 1</w:t>
      </w:r>
    </w:p>
    <w:p>
      <w:r>
        <w:t>status_500:错误: 笼位:hyb压测笼架1045011-23-O 已被使用，请刷新页面: 1</w:t>
      </w:r>
    </w:p>
    <w:p>
      <w:r>
        <w:t>status_500:错误: 笼位:hyb压测笼架1045011-23-P 已被使用，请刷新页面: 1</w:t>
      </w:r>
    </w:p>
    <w:p>
      <w:r>
        <w:t>status_500:错误: 笼位:hyb压测笼架1045011-23-Q 已被使用，请刷新页面: 1</w:t>
      </w:r>
    </w:p>
    <w:p>
      <w:r>
        <w:t>status_500:错误: 笼位:hyb压测笼架1045011-23-R 已被使用，请刷新页面: 1</w:t>
      </w:r>
    </w:p>
    <w:p>
      <w:r>
        <w:t>status_500:错误: 笼位:hyb压测笼架1045011-23-S 已被使用，请刷新页面: 1</w:t>
      </w:r>
    </w:p>
    <w:p>
      <w:r>
        <w:t>status_500:错误: 笼位:hyb压测笼架1045011-23-T 已被使用，请刷新页面: 1</w:t>
      </w:r>
    </w:p>
    <w:p>
      <w:r>
        <w:t>status_500:错误: 笼位:hyb压测笼架1045011-23-E 已被使用，请刷新页面: 1</w:t>
      </w:r>
    </w:p>
    <w:p>
      <w:r>
        <w:t>status_500:错误: 笼位:hyb压测笼架1045011-23-U 已被使用，请刷新页面: 1</w:t>
      </w:r>
    </w:p>
    <w:p>
      <w:r>
        <w:t>status_500:错误: 笼位:hyb压测笼架1045011-23-V 已被使用，请刷新页面: 1</w:t>
      </w:r>
    </w:p>
    <w:p>
      <w:r>
        <w:t>status_500:错误: 笼位:hyb压测笼架1045011-23-W 已被使用，请刷新页面: 1</w:t>
      </w:r>
    </w:p>
    <w:p>
      <w:r>
        <w:t>status_500:错误: 笼位:hyb压测笼架109235733-1-A 已被使用，请刷新页面: 1</w:t>
      </w:r>
    </w:p>
    <w:p>
      <w:r>
        <w:t>status_500:错误: 笼位:hyb压测笼架109235733-1-B 已被使用，请刷新页面: 1</w:t>
      </w:r>
    </w:p>
    <w:p>
      <w:r>
        <w:t>status_500:错误: 笼位:hyb压测笼架109235733-1-C 已被使用，请刷新页面: 1</w:t>
      </w:r>
    </w:p>
    <w:p>
      <w:r>
        <w:t>status_500:错误: 笼位:hyb压测笼架109235733-1-D 已被使用，请刷新页面: 1</w:t>
      </w:r>
    </w:p>
    <w:p>
      <w:r>
        <w:t>status_500:错误: 笼位:hyb压测笼架109235733-1-E 已被使用，请刷新页面: 1</w:t>
      </w:r>
    </w:p>
    <w:p>
      <w:r>
        <w:t>status_500:错误: 笼位:hyb压测笼架109235733-1-F 已被使用，请刷新页面: 1</w:t>
      </w:r>
    </w:p>
    <w:p>
      <w:r>
        <w:t>status_500:错误: 笼位:hyb压测笼架109235733-1-G 已被使用，请刷新页面: 1</w:t>
      </w:r>
    </w:p>
    <w:p>
      <w:r>
        <w:t>status_500:错误: 笼位:hyb压测笼架109235733-1-H 已被使用，请刷新页面: 1</w:t>
      </w:r>
    </w:p>
    <w:p>
      <w:r>
        <w:t>status_500:错误: 笼位:hyb压测笼架109235733-1-I 已被使用，请刷新页面: 1</w:t>
      </w:r>
    </w:p>
    <w:p>
      <w:r>
        <w:t>status_500:错误: 笼位:hyb压测笼架109235733-1-J 已被使用，请刷新页面: 1</w:t>
      </w:r>
    </w:p>
    <w:p>
      <w:r>
        <w:t>status_500:错误: 笼位:hyb压测笼架109235733-1-K 已被使用，请刷新页面: 1</w:t>
      </w:r>
    </w:p>
    <w:p>
      <w:r>
        <w:t>status_500:错误: 笼位:hyb压测笼架109235733-1-L 已被使用，请刷新页面: 1</w:t>
      </w:r>
    </w:p>
    <w:p>
      <w:r>
        <w:t>status_500:错误: 笼位:hyb压测笼架109235733-1-M 已被使用，请刷新页面: 1</w:t>
      </w:r>
    </w:p>
    <w:p>
      <w:r>
        <w:t>status_500:错误: 笼位:hyb压测笼架109235733-1-N 已被使用，请刷新页面: 1</w:t>
      </w:r>
    </w:p>
    <w:p>
      <w:r>
        <w:t>status_500:错误: 笼位:hyb压测笼架109235733-1-O 已被使用，请刷新页面: 1</w:t>
      </w:r>
    </w:p>
    <w:p>
      <w:r>
        <w:t>status_500:错误: 笼位:hyb压测笼架109235733-1-P 已被使用，请刷新页面: 1</w:t>
      </w:r>
    </w:p>
    <w:p>
      <w:r>
        <w:t>status_500:错误: 笼位:hyb压测笼架109235733-1-Q 已被使用，请刷新页面: 1</w:t>
      </w:r>
    </w:p>
    <w:p>
      <w:r>
        <w:t>status_500:错误: 笼位:hyb压测笼架109235733-1-R 已被使用，请刷新页面: 1</w:t>
      </w:r>
    </w:p>
    <w:p>
      <w:r>
        <w:t>status_500:错误: 笼位:hyb压测笼架109235733-1-S 已被使用，请刷新页面: 1</w:t>
      </w:r>
    </w:p>
    <w:p>
      <w:r>
        <w:t>status_500:错误: 笼位:hyb压测笼架109235733-1-T 已被使用，请刷新页面: 1</w:t>
      </w:r>
    </w:p>
    <w:p>
      <w:r>
        <w:t>status_500:错误: 笼位:hyb压测笼架109235733-1-U 已被使用，请刷新页面: 1</w:t>
      </w:r>
    </w:p>
    <w:p>
      <w:r>
        <w:t>status_500:错误: 笼位:hyb压测笼架109235733-1-V 已被使用，请刷新页面: 1</w:t>
      </w:r>
    </w:p>
    <w:p>
      <w:r>
        <w:t>status_500:错误: 笼位:hyb压测笼架109235733-1-W 已被使用，请刷新页面: 1</w:t>
      </w:r>
    </w:p>
    <w:p>
      <w:r>
        <w:t>status_500:错误: 笼位:hyb压测笼架109235733-2-A 已被使用，请刷新页面: 1</w:t>
      </w:r>
    </w:p>
    <w:p>
      <w:r>
        <w:t>status_500:错误: 笼位:hyb压测笼架109235733-2-B 已被使用，请刷新页面: 1</w:t>
      </w:r>
    </w:p>
    <w:p>
      <w:r>
        <w:t>status_500:错误: 笼位:hyb压测笼架109235733-2-C 已被使用，请刷新页面: 1</w:t>
      </w:r>
    </w:p>
    <w:p>
      <w:r>
        <w:t>status_500:错误: 笼位:hyb压测笼架109235733-2-D 已被使用，请刷新页面: 1</w:t>
      </w:r>
    </w:p>
    <w:p>
      <w:r>
        <w:t>status_500:错误: 笼位:hyb压测笼架109235733-2-E 已被使用，请刷新页面: 1</w:t>
      </w:r>
    </w:p>
    <w:p>
      <w:r>
        <w:t>status_500:错误: 笼位:hyb压测笼架109235733-2-F 已被使用，请刷新页面: 1</w:t>
      </w:r>
    </w:p>
    <w:p>
      <w:r>
        <w:t>status_500:错误: 笼位:hyb压测笼架109235733-2-G 已被使用，请刷新页面: 1</w:t>
      </w:r>
    </w:p>
    <w:p>
      <w:r>
        <w:t>status_500:错误: 笼位:hyb压测笼架109235733-2-H 已被使用，请刷新页面: 1</w:t>
      </w:r>
    </w:p>
    <w:p>
      <w:r>
        <w:t>status_500:错误: 笼位:hyb压测笼架109235733-2-I 已被使用，请刷新页面: 1</w:t>
      </w:r>
    </w:p>
    <w:p>
      <w:r>
        <w:t>status_500:错误: 笼位:hyb压测笼架109235733-2-J 已被使用，请刷新页面: 1</w:t>
      </w:r>
    </w:p>
    <w:p>
      <w:r>
        <w:t>status_500:错误: 笼位:hyb压测笼架109235733-3-G 已被使用，请刷新页面: 1</w:t>
      </w:r>
    </w:p>
    <w:p>
      <w:r>
        <w:t>status_500:错误: 笼位:hyb压测笼架109235733-2-K 已被使用，请刷新页面: 1</w:t>
      </w:r>
    </w:p>
    <w:p>
      <w:r>
        <w:t>status_500:错误: 笼位:hyb压测笼架109235733-2-L 已被使用，请刷新页面: 1</w:t>
      </w:r>
    </w:p>
    <w:p>
      <w:r>
        <w:t>status_500:错误: 笼位:hyb压测笼架109235733-2-M 已被使用，请刷新页面: 1</w:t>
      </w:r>
    </w:p>
    <w:p>
      <w:r>
        <w:t>status_500:错误: 笼位:hyb压测笼架109235733-2-N 已被使用，请刷新页面: 1</w:t>
      </w:r>
    </w:p>
    <w:p>
      <w:r>
        <w:t>status_500:错误: 笼位:hyb压测笼架109235733-2-O 已被使用，请刷新页面: 1</w:t>
      </w:r>
    </w:p>
    <w:p>
      <w:r>
        <w:t>status_500:错误: 笼位:hyb压测笼架109235733-2-P 已被使用，请刷新页面: 1</w:t>
      </w:r>
    </w:p>
    <w:p>
      <w:r>
        <w:t>status_500:错误: 笼位:hyb压测笼架109235733-2-Q 已被使用，请刷新页面: 1</w:t>
      </w:r>
    </w:p>
    <w:p>
      <w:r>
        <w:t>status_500:错误: 笼位:hyb压测笼架109235733-2-R 已被使用，请刷新页面: 1</w:t>
      </w:r>
    </w:p>
    <w:p>
      <w:r>
        <w:t>status_500:错误: 笼位:hyb压测笼架109235733-2-S 已被使用，请刷新页面: 1</w:t>
      </w:r>
    </w:p>
    <w:p>
      <w:r>
        <w:t>status_500:错误: 笼位:hyb压测笼架109235733-2-T 已被使用，请刷新页面: 1</w:t>
      </w:r>
    </w:p>
    <w:p>
      <w:r>
        <w:t>status_500:错误: 笼位:hyb压测笼架109235733-2-U 已被使用，请刷新页面: 1</w:t>
      </w:r>
    </w:p>
    <w:p>
      <w:r>
        <w:t>status_500:错误: 笼位:hyb压测笼架109235733-2-V 已被使用，请刷新页面: 1</w:t>
      </w:r>
    </w:p>
    <w:p>
      <w:r>
        <w:t>status_500:错误: 笼位:hyb压测笼架109235733-2-W 已被使用，请刷新页面: 1</w:t>
      </w:r>
    </w:p>
    <w:p>
      <w:r>
        <w:t>status_500:错误: 笼位:hyb压测笼架109235733-3-A 已被使用，请刷新页面: 1</w:t>
      </w:r>
    </w:p>
    <w:p>
      <w:r>
        <w:t>status_500:错误: 笼位:hyb压测笼架109235733-3-B 已被使用，请刷新页面: 1</w:t>
      </w:r>
    </w:p>
    <w:p>
      <w:r>
        <w:t>status_500:错误: 笼位:hyb压测笼架109235733-3-C 已被使用，请刷新页面: 1</w:t>
      </w:r>
    </w:p>
    <w:p>
      <w:r>
        <w:t>status_500:错误: 笼位:hyb压测笼架109235733-3-D 已被使用，请刷新页面: 1</w:t>
      </w:r>
    </w:p>
    <w:p>
      <w:r>
        <w:t>status_500:错误: 笼位:hyb压测笼架109235733-3-E 已被使用，请刷新页面: 1</w:t>
      </w:r>
    </w:p>
    <w:p>
      <w:r>
        <w:t>status_500:错误: 笼位:hyb压测笼架109235733-3-F 已被使用，请刷新页面: 1</w:t>
      </w:r>
    </w:p>
    <w:p>
      <w:r>
        <w:t>status_500:错误: 笼位:hyb压测笼架109235733-3-H 已被使用，请刷新页面: 1</w:t>
      </w:r>
    </w:p>
    <w:p>
      <w:r>
        <w:t>status_500:错误: 笼位:hyb压测笼架109235733-3-I 已被使用，请刷新页面: 1</w:t>
      </w:r>
    </w:p>
    <w:p>
      <w:r>
        <w:t>status_500:错误: 笼位:hyb压测笼架109235733-3-J 已被使用，请刷新页面: 1</w:t>
      </w:r>
    </w:p>
    <w:p>
      <w:r>
        <w:t>status_500:错误: 笼位:hyb压测笼架109235733-3-K 已被使用，请刷新页面: 1</w:t>
      </w:r>
    </w:p>
    <w:p>
      <w:r>
        <w:t>status_500:错误: 笼位:hyb压测笼架109235733-3-L 已被使用，请刷新页面: 1</w:t>
      </w:r>
    </w:p>
    <w:p>
      <w:r>
        <w:t>status_500:错误: 笼位:hyb压测笼架109235733-3-M 已被使用，请刷新页面: 1</w:t>
      </w:r>
    </w:p>
    <w:p>
      <w:r>
        <w:t>status_500:错误: 笼位:hyb压测笼架109235733-3-N 已被使用，请刷新页面: 1</w:t>
      </w:r>
    </w:p>
    <w:p>
      <w:r>
        <w:t>status_500:错误: 笼位:hyb压测笼架109235733-3-O 已被使用，请刷新页面: 1</w:t>
      </w:r>
    </w:p>
    <w:p>
      <w:r>
        <w:t>status_500:错误: 笼位:hyb压测笼架109235733-3-P 已被使用，请刷新页面: 1</w:t>
      </w:r>
    </w:p>
    <w:p>
      <w:r>
        <w:t>status_500:错误: 笼位:hyb压测笼架109235733-3-Q 已被使用，请刷新页面: 1</w:t>
      </w:r>
    </w:p>
    <w:p>
      <w:r>
        <w:t>status_500:错误: 笼位:hyb压测笼架109235733-3-R 已被使用，请刷新页面: 1</w:t>
      </w:r>
    </w:p>
    <w:p>
      <w:r>
        <w:t>status_500:错误: 笼位:hyb压测笼架109235733-3-S 已被使用，请刷新页面: 1</w:t>
      </w:r>
    </w:p>
    <w:p>
      <w:r>
        <w:t>status_500:错误: 笼位:hyb压测笼架109235733-3-T 已被使用，请刷新页面: 1</w:t>
      </w:r>
    </w:p>
    <w:p>
      <w:r>
        <w:t>status_500:错误: 笼位:hyb压测笼架109235733-3-U 已被使用，请刷新页面: 1</w:t>
      </w:r>
    </w:p>
    <w:p>
      <w:r>
        <w:t>status_500:错误: 笼位:hyb压测笼架109235733-3-V 已被使用，请刷新页面: 1</w:t>
      </w:r>
    </w:p>
    <w:p>
      <w:r>
        <w:t>status_500:错误: 笼位:hyb压测笼架109235733-3-W 已被使用，请刷新页面: 1</w:t>
      </w:r>
    </w:p>
    <w:p>
      <w:r>
        <w:t>status_500:错误: 笼位:hyb压测笼架109235733-4-A 已被使用，请刷新页面: 1</w:t>
      </w:r>
    </w:p>
    <w:p>
      <w:r>
        <w:t>status_500:错误: 笼位:hyb压测笼架109235733-4-B 已被使用，请刷新页面: 1</w:t>
      </w:r>
    </w:p>
    <w:p>
      <w:r>
        <w:t>status_500:错误: 笼位:hyb压测笼架109235733-4-C 已被使用，请刷新页面: 1</w:t>
      </w:r>
    </w:p>
    <w:p>
      <w:r>
        <w:t>status_500:错误: 笼位:hyb压测笼架109235733-4-D 已被使用，请刷新页面: 1</w:t>
      </w:r>
    </w:p>
    <w:p>
      <w:r>
        <w:t>status_500:错误: 笼位:hyb压测笼架109235733-4-E 已被使用，请刷新页面: 1</w:t>
      </w:r>
    </w:p>
    <w:p>
      <w:r>
        <w:t>status_500:错误: 笼位:hyb压测笼架109235733-4-F 已被使用，请刷新页面: 1</w:t>
      </w:r>
    </w:p>
    <w:p>
      <w:r>
        <w:t>status_500:错误: 笼位:hyb压测笼架109235733-4-G 已被使用，请刷新页面: 1</w:t>
      </w:r>
    </w:p>
    <w:p>
      <w:r>
        <w:t>status_500:错误: 笼位:hyb压测笼架109235733-4-H 已被使用，请刷新页面: 1</w:t>
      </w:r>
    </w:p>
    <w:p>
      <w:r>
        <w:t>status_500:错误: 笼位:hyb压测笼架109235733-4-I 已被使用，请刷新页面: 1</w:t>
      </w:r>
    </w:p>
    <w:p>
      <w:r>
        <w:t>status_500:错误: 笼位:hyb压测笼架109235733-5-C 已被使用，请刷新页面: 1</w:t>
      </w:r>
    </w:p>
    <w:p>
      <w:r>
        <w:t>status_500:错误: 笼位:hyb压测笼架109235733-4-J 已被使用，请刷新页面: 1</w:t>
      </w:r>
    </w:p>
    <w:p>
      <w:r>
        <w:t>status_500:错误: 笼位:hyb压测笼架109235733-4-K 已被使用，请刷新页面: 1</w:t>
      </w:r>
    </w:p>
    <w:p>
      <w:r>
        <w:t>status_500:错误: 笼位:hyb压测笼架109235733-4-L 已被使用，请刷新页面: 1</w:t>
      </w:r>
    </w:p>
    <w:p>
      <w:r>
        <w:t>status_500:错误: 笼位:hyb压测笼架109235733-4-M 已被使用，请刷新页面: 1</w:t>
      </w:r>
    </w:p>
    <w:p>
      <w:r>
        <w:t>status_500:错误: 笼位:hyb压测笼架109235733-4-N 已被使用，请刷新页面: 1</w:t>
      </w:r>
    </w:p>
    <w:p>
      <w:r>
        <w:t>status_500:错误: 笼位:hyb压测笼架109235733-4-O 已被使用，请刷新页面: 1</w:t>
      </w:r>
    </w:p>
    <w:p>
      <w:r>
        <w:t>status_500:错误: 笼位:hyb压测笼架109235733-4-P 已被使用，请刷新页面: 1</w:t>
      </w:r>
    </w:p>
    <w:p>
      <w:r>
        <w:t>status_500:错误: 笼位:hyb压测笼架109235733-4-Q 已被使用，请刷新页面: 1</w:t>
      </w:r>
    </w:p>
    <w:p>
      <w:r>
        <w:t>status_500:错误: 笼位:hyb压测笼架109235733-4-R 已被使用，请刷新页面: 1</w:t>
      </w:r>
    </w:p>
    <w:p>
      <w:r>
        <w:t>status_500:错误: 笼位:hyb压测笼架109235733-4-S 已被使用，请刷新页面: 1</w:t>
      </w:r>
    </w:p>
    <w:p>
      <w:r>
        <w:t>status_500:错误: 笼位:hyb压测笼架109235733-4-T 已被使用，请刷新页面: 1</w:t>
      </w:r>
    </w:p>
    <w:p>
      <w:r>
        <w:t>status_500:错误: 笼位:hyb压测笼架109235733-4-U 已被使用，请刷新页面: 1</w:t>
      </w:r>
    </w:p>
    <w:p>
      <w:r>
        <w:t>status_500:错误: 笼位:hyb压测笼架109235733-4-V 已被使用，请刷新页面: 1</w:t>
      </w:r>
    </w:p>
    <w:p>
      <w:r>
        <w:t>status_500:错误: 笼位:hyb压测笼架109235733-4-W 已被使用，请刷新页面: 1</w:t>
      </w:r>
    </w:p>
    <w:p>
      <w:r>
        <w:t>status_500:错误: 笼位:hyb压测笼架109235733-5-A 已被使用，请刷新页面: 1</w:t>
      </w:r>
    </w:p>
    <w:p>
      <w:r>
        <w:t>status_500:错误: 笼位:hyb压测笼架109235733-5-B 已被使用，请刷新页面: 1</w:t>
      </w:r>
    </w:p>
    <w:p>
      <w:r>
        <w:t>status_500:错误: 笼位:hyb压测笼架109235733-5-D 已被使用，请刷新页面: 1</w:t>
      </w:r>
    </w:p>
    <w:p>
      <w:r>
        <w:t>status_500:错误: 笼位:hyb压测笼架109235733-5-E 已被使用，请刷新页面: 1</w:t>
      </w:r>
    </w:p>
    <w:p>
      <w:r>
        <w:t>status_500:错误: 笼位:hyb压测笼架109235733-5-F 已被使用，请刷新页面: 1</w:t>
      </w:r>
    </w:p>
    <w:p>
      <w:r>
        <w:t>status_500:错误: 笼位:hyb压测笼架109235733-5-H 已被使用，请刷新页面: 1</w:t>
      </w:r>
    </w:p>
    <w:p>
      <w:r>
        <w:t>status_500:错误: 笼位:hyb压测笼架109235733-5-G 已被使用，请刷新页面: 1</w:t>
      </w:r>
    </w:p>
    <w:p>
      <w:r>
        <w:t>status_500:错误: 笼位:hyb压测笼架109235733-5-I 已被使用，请刷新页面: 1</w:t>
      </w:r>
    </w:p>
    <w:p>
      <w:r>
        <w:t>status_500:错误: 笼位:hyb压测笼架109235733-5-J 已被使用，请刷新页面: 1</w:t>
      </w:r>
    </w:p>
    <w:p>
      <w:r>
        <w:t>status_500:错误: 笼位:hyb压测笼架109235733-5-K 已被使用，请刷新页面: 1</w:t>
      </w:r>
    </w:p>
    <w:p>
      <w:r>
        <w:t>status_500:错误: 笼位:hyb压测笼架109235733-5-L 已被使用，请刷新页面: 1</w:t>
      </w:r>
    </w:p>
    <w:p>
      <w:r>
        <w:t>status_500:错误: 笼位:hyb压测笼架109235733-5-M 已被使用，请刷新页面: 1</w:t>
      </w:r>
    </w:p>
    <w:p>
      <w:r>
        <w:t>status_500:错误: 笼位:hyb压测笼架109235733-5-N 已被使用，请刷新页面: 1</w:t>
      </w:r>
    </w:p>
    <w:p>
      <w:r>
        <w:t>status_500:错误: 笼位:hyb压测笼架109235733-5-O 已被使用，请刷新页面: 1</w:t>
      </w:r>
    </w:p>
    <w:p>
      <w:r>
        <w:t>status_500:错误: 笼位:hyb压测笼架109235733-5-P 已被使用，请刷新页面: 1</w:t>
      </w:r>
    </w:p>
    <w:p>
      <w:r>
        <w:t>status_500:错误: 笼位:hyb压测笼架109235733-5-Q 已被使用，请刷新页面: 1</w:t>
      </w:r>
    </w:p>
    <w:p>
      <w:r>
        <w:t>status_500:错误: 笼位:hyb压测笼架109235733-5-R 已被使用，请刷新页面: 1</w:t>
      </w:r>
    </w:p>
    <w:p>
      <w:r>
        <w:t>status_500:错误: 笼位:hyb压测笼架109235733-5-S 已被使用，请刷新页面: 1</w:t>
      </w:r>
    </w:p>
    <w:p>
      <w:r>
        <w:t>status_500:错误: 笼位:hyb压测笼架109235733-5-T 已被使用，请刷新页面: 1</w:t>
      </w:r>
    </w:p>
    <w:p>
      <w:r>
        <w:t>status_500:错误: 笼位:hyb压测笼架109235733-5-U 已被使用，请刷新页面: 1</w:t>
      </w:r>
    </w:p>
    <w:p>
      <w:r>
        <w:t>status_500:错误: 笼位:hyb压测笼架109235733-5-V 已被使用，请刷新页面: 1</w:t>
      </w:r>
    </w:p>
    <w:p>
      <w:r>
        <w:t>status_500:错误: 笼位:hyb压测笼架109235733-5-W 已被使用，请刷新页面: 1</w:t>
      </w:r>
    </w:p>
    <w:p>
      <w:r>
        <w:t>status_500:错误: 笼位:hyb压测笼架109235733-6-A 已被使用，请刷新页面: 1</w:t>
      </w:r>
    </w:p>
    <w:p>
      <w:r>
        <w:t>status_500:错误: 笼位:hyb压测笼架109235733-6-B 已被使用，请刷新页面: 1</w:t>
      </w:r>
    </w:p>
    <w:p>
      <w:r>
        <w:t>status_500:错误: 笼位:hyb压测笼架109235733-6-C 已被使用，请刷新页面: 1</w:t>
      </w:r>
    </w:p>
    <w:p>
      <w:r>
        <w:t>status_500:错误: 笼位:hyb压测笼架109235733-6-D 已被使用，请刷新页面: 1</w:t>
      </w:r>
    </w:p>
    <w:p>
      <w:r>
        <w:t>status_500:错误: 笼位:hyb压测笼架109235733-6-E 已被使用，请刷新页面: 1</w:t>
      </w:r>
    </w:p>
    <w:p>
      <w:r>
        <w:t>status_500:错误: 笼位:hyb压测笼架109235733-6-F 已被使用，请刷新页面: 1</w:t>
      </w:r>
    </w:p>
    <w:p>
      <w:r>
        <w:t>status_500:错误: 笼位:hyb压测笼架109235733-6-G 已被使用，请刷新页面: 1</w:t>
      </w:r>
    </w:p>
    <w:p>
      <w:r>
        <w:t>status_500:错误: 笼位:hyb压测笼架109235733-6-H 已被使用，请刷新页面: 1</w:t>
      </w:r>
    </w:p>
    <w:p>
      <w:r>
        <w:t>status_500:错误: 笼位:hyb压测笼架109235733-6-I 已被使用，请刷新页面: 1</w:t>
      </w:r>
    </w:p>
    <w:p>
      <w:r>
        <w:t>status_500:错误: 笼位:hyb压测笼架109235733-6-J 已被使用，请刷新页面: 1</w:t>
      </w:r>
    </w:p>
    <w:p>
      <w:r>
        <w:t>status_500:错误: 笼位:hyb压测笼架109235733-6-K 已被使用，请刷新页面: 1</w:t>
      </w:r>
    </w:p>
    <w:p>
      <w:r>
        <w:t>status_500:错误: 笼位:hyb压测笼架109235733-6-L 已被使用，请刷新页面: 1</w:t>
      </w:r>
    </w:p>
    <w:p>
      <w:r>
        <w:t>status_500:错误: 笼位:hyb压测笼架109235733-6-M 已被使用，请刷新页面: 1</w:t>
      </w:r>
    </w:p>
    <w:p>
      <w:r>
        <w:t>status_500:错误: 笼位:hyb压测笼架109235733-6-N 已被使用，请刷新页面: 1</w:t>
      </w:r>
    </w:p>
    <w:p>
      <w:r>
        <w:t>status_500:错误: 笼位:hyb压测笼架109235733-6-O 已被使用，请刷新页面: 1</w:t>
      </w:r>
    </w:p>
    <w:p>
      <w:r>
        <w:t>status_500:错误: 笼位:hyb压测笼架109235733-6-P 已被使用，请刷新页面: 1</w:t>
      </w:r>
    </w:p>
    <w:p>
      <w:r>
        <w:t>status_500:错误: 笼位:hyb压测笼架109235733-6-Q 已被使用，请刷新页面: 1</w:t>
      </w:r>
    </w:p>
    <w:p>
      <w:r>
        <w:t>status_500:错误: 笼位:hyb压测笼架109235733-6-R 已被使用，请刷新页面: 1</w:t>
      </w:r>
    </w:p>
    <w:p>
      <w:r>
        <w:t>status_500:错误: 笼位:hyb压测笼架109235733-6-T 已被使用，请刷新页面: 1</w:t>
      </w:r>
    </w:p>
    <w:p>
      <w:r>
        <w:t>status_500:错误: 笼位:hyb压测笼架109235733-6-S 已被使用，请刷新页面: 1</w:t>
      </w:r>
    </w:p>
    <w:p>
      <w:r>
        <w:t>status_500:错误: 笼位:hyb压测笼架109235733-6-U 已被使用，请刷新页面: 1</w:t>
      </w:r>
    </w:p>
    <w:p>
      <w:r>
        <w:t>status_500:错误: 笼位:hyb压测笼架109235733-6-V 已被使用，请刷新页面: 1</w:t>
      </w:r>
    </w:p>
    <w:p>
      <w:r>
        <w:t>status_500:错误: 笼位:hyb压测笼架109235733-6-W 已被使用，请刷新页面: 1</w:t>
      </w:r>
    </w:p>
    <w:p>
      <w:r>
        <w:t>status_500:错误: 笼位:hyb压测笼架109235733-7-A 已被使用，请刷新页面: 1</w:t>
      </w:r>
    </w:p>
    <w:p>
      <w:r>
        <w:t>status_500:错误: 笼位:hyb压测笼架109235733-7-C 已被使用，请刷新页面: 1</w:t>
      </w:r>
    </w:p>
    <w:p>
      <w:r>
        <w:t>status_500:错误: 笼位:hyb压测笼架109235733-7-B 已被使用，请刷新页面: 1</w:t>
      </w:r>
    </w:p>
    <w:p>
      <w:r>
        <w:t>status_500:错误: 笼位:hyb压测笼架109235733-7-D 已被使用，请刷新页面: 1</w:t>
      </w:r>
    </w:p>
    <w:p>
      <w:r>
        <w:t>status_500:错误: 笼位:hyb压测笼架109235733-7-E 已被使用，请刷新页面: 1</w:t>
      </w:r>
    </w:p>
    <w:p>
      <w:r>
        <w:t>status_500:错误: 笼位:hyb压测笼架109235733-7-F 已被使用，请刷新页面: 1</w:t>
      </w:r>
    </w:p>
    <w:p>
      <w:r>
        <w:t>status_500:错误: 笼位:hyb压测笼架109235733-7-G 已被使用，请刷新页面: 1</w:t>
      </w:r>
    </w:p>
    <w:p>
      <w:r>
        <w:t>status_500:错误: 笼位:hyb压测笼架109235733-7-H 已被使用，请刷新页面: 1</w:t>
      </w:r>
    </w:p>
    <w:p>
      <w:r>
        <w:t>status_500:错误: 笼位:hyb压测笼架109235733-7-I 已被使用，请刷新页面: 1</w:t>
      </w:r>
    </w:p>
    <w:p>
      <w:r>
        <w:t>status_500:错误: 笼位:hyb压测笼架109235733-7-J 已被使用，请刷新页面: 1</w:t>
      </w:r>
    </w:p>
    <w:p>
      <w:r>
        <w:t>status_500:错误: 笼位:hyb压测笼架109235733-7-K 已被使用，请刷新页面: 1</w:t>
      </w:r>
    </w:p>
    <w:p>
      <w:r>
        <w:t>status_500:错误: 笼位:hyb压测笼架109235733-7-L 已被使用，请刷新页面: 1</w:t>
      </w:r>
    </w:p>
    <w:p>
      <w:r>
        <w:t>status_500:错误: 笼位:hyb压测笼架109235733-7-M 已被使用，请刷新页面: 1</w:t>
      </w:r>
    </w:p>
    <w:p>
      <w:r>
        <w:t>status_500:错误: 笼位:hyb压测笼架109235733-7-N 已被使用，请刷新页面: 1</w:t>
      </w:r>
    </w:p>
    <w:p>
      <w:r>
        <w:t>status_500:错误: 笼位:hyb压测笼架109235733-7-O 已被使用，请刷新页面: 1</w:t>
      </w:r>
    </w:p>
    <w:p>
      <w:r>
        <w:t>status_500:错误: 笼位:hyb压测笼架109235733-7-P 已被使用，请刷新页面: 1</w:t>
      </w:r>
    </w:p>
    <w:p>
      <w:r>
        <w:t>status_500:错误: 笼位:hyb压测笼架109235733-7-Q 已被使用，请刷新页面: 1</w:t>
      </w:r>
    </w:p>
    <w:p>
      <w:r>
        <w:t>status_500:错误: 笼位:hyb压测笼架109235733-7-R 已被使用，请刷新页面: 1</w:t>
      </w:r>
    </w:p>
    <w:p>
      <w:r>
        <w:t>status_500:错误: 笼位:hyb压测笼架109235733-7-S 已被使用，请刷新页面: 1</w:t>
      </w:r>
    </w:p>
    <w:p>
      <w:r>
        <w:t>status_500:错误: 笼位:hyb压测笼架109235733-7-T 已被使用，请刷新页面: 1</w:t>
      </w:r>
    </w:p>
    <w:p>
      <w:r>
        <w:t>status_500:错误: 笼位:hyb压测笼架109235733-7-U 已被使用，请刷新页面: 1</w:t>
      </w:r>
    </w:p>
    <w:p>
      <w:r>
        <w:t>status_500:错误: 笼位:hyb压测笼架109235733-7-V 已被使用，请刷新页面: 1</w:t>
      </w:r>
    </w:p>
    <w:p>
      <w:r>
        <w:t>status_500:错误: 笼位:hyb压测笼架109235733-7-W 已被使用，请刷新页面: 1</w:t>
      </w:r>
    </w:p>
    <w:p>
      <w:r>
        <w:t>status_500:错误: 笼位:hyb压测笼架109235733-8-A 已被使用，请刷新页面: 1</w:t>
      </w:r>
    </w:p>
    <w:p>
      <w:r>
        <w:t>status_500:错误: 笼位:hyb压测笼架109235733-8-B 已被使用，请刷新页面: 1</w:t>
      </w:r>
    </w:p>
    <w:p>
      <w:r>
        <w:t>status_500:错误: 笼位:hyb压测笼架109235733-8-C 已被使用，请刷新页面: 1</w:t>
      </w:r>
    </w:p>
    <w:p>
      <w:r>
        <w:t>status_500:错误: 笼位:hyb压测笼架109235733-8-E 已被使用，请刷新页面: 1</w:t>
      </w:r>
    </w:p>
    <w:p>
      <w:r>
        <w:t>status_500:错误: 笼位:hyb压测笼架109235733-8-F 已被使用，请刷新页面: 1</w:t>
      </w:r>
    </w:p>
    <w:p>
      <w:r>
        <w:t>status_500:错误: 笼位:hyb压测笼架109235733-8-G 已被使用，请刷新页面: 1</w:t>
      </w:r>
    </w:p>
    <w:p>
      <w:r>
        <w:t>status_500:错误: 笼位:hyb压测笼架109235733-8-H 已被使用，请刷新页面: 1</w:t>
      </w:r>
    </w:p>
    <w:p>
      <w:r>
        <w:t>status_500:错误: 笼位:hyb压测笼架109235733-8-I 已被使用，请刷新页面: 1</w:t>
      </w:r>
    </w:p>
    <w:p>
      <w:r>
        <w:t>status_500:错误: 笼位:hyb压测笼架109235733-8-J 已被使用，请刷新页面: 1</w:t>
      </w:r>
    </w:p>
    <w:p>
      <w:r>
        <w:t>status_500:错误: 笼位:hyb压测笼架109235733-8-K 已被使用，请刷新页面: 1</w:t>
      </w:r>
    </w:p>
    <w:p>
      <w:r>
        <w:t>status_500:错误: 笼位:hyb压测笼架109235733-8-L 已被使用，请刷新页面: 1</w:t>
      </w:r>
    </w:p>
    <w:p>
      <w:r>
        <w:t>status_500:错误: 笼位:hyb压测笼架109235733-8-M 已被使用，请刷新页面: 1</w:t>
      </w:r>
    </w:p>
    <w:p>
      <w:r>
        <w:t>status_500:错误: 笼位:hyb压测笼架109235733-8-N 已被使用，请刷新页面: 1</w:t>
      </w:r>
    </w:p>
    <w:p>
      <w:r>
        <w:t>status_500:错误: 笼位:hyb压测笼架109235733-8-O 已被使用，请刷新页面: 1</w:t>
      </w:r>
    </w:p>
    <w:p>
      <w:r>
        <w:t>status_500:错误: 笼位:hyb压测笼架109235733-8-P 已被使用，请刷新页面: 1</w:t>
      </w:r>
    </w:p>
    <w:p>
      <w:r>
        <w:t>status_500:错误: 笼位:hyb压测笼架109235733-9-K 已被使用，请刷新页面: 1</w:t>
      </w:r>
    </w:p>
    <w:p>
      <w:r>
        <w:t>status_500:错误: 笼位:hyb压测笼架109235733-8-Q 已被使用，请刷新页面: 1</w:t>
      </w:r>
    </w:p>
    <w:p>
      <w:r>
        <w:t>status_500:错误: 笼位:hyb压测笼架109235733-8-R 已被使用，请刷新页面: 1</w:t>
      </w:r>
    </w:p>
    <w:p>
      <w:r>
        <w:t>status_500:错误: 笼位:hyb压测笼架109235733-8-S 已被使用，请刷新页面: 1</w:t>
      </w:r>
    </w:p>
    <w:p>
      <w:r>
        <w:t>status_500:错误: 笼位:hyb压测笼架109235733-8-T 已被使用，请刷新页面: 1</w:t>
      </w:r>
    </w:p>
    <w:p>
      <w:r>
        <w:t>status_500:错误: 笼位:hyb压测笼架109235733-8-U 已被使用，请刷新页面: 1</w:t>
      </w:r>
    </w:p>
    <w:p>
      <w:r>
        <w:t>status_500:错误: 笼位:hyb压测笼架109235733-8-D 已被使用，请刷新页面: 1</w:t>
      </w:r>
    </w:p>
    <w:p>
      <w:r>
        <w:t>status_500:错误: 笼位:hyb压测笼架109235733-8-W 已被使用，请刷新页面: 1</w:t>
      </w:r>
    </w:p>
    <w:p>
      <w:r>
        <w:t>status_500:错误: 笼位:hyb压测笼架109235733-8-V 已被使用，请刷新页面: 1</w:t>
      </w:r>
    </w:p>
    <w:p>
      <w:r>
        <w:t>status_500:错误: 笼位:hyb压测笼架109235733-9-A 已被使用，请刷新页面: 1</w:t>
      </w:r>
    </w:p>
    <w:p>
      <w:r>
        <w:t>status_500:错误: 笼位:hyb压测笼架109235733-9-B 已被使用，请刷新页面: 1</w:t>
      </w:r>
    </w:p>
    <w:p>
      <w:r>
        <w:t>status_500:错误: 笼位:hyb压测笼架109235733-9-C 已被使用，请刷新页面: 1</w:t>
      </w:r>
    </w:p>
    <w:p>
      <w:r>
        <w:t>status_500:错误: 笼位:hyb压测笼架109235733-9-D 已被使用，请刷新页面: 1</w:t>
      </w:r>
    </w:p>
    <w:p>
      <w:r>
        <w:t>status_500:错误: 笼位:hyb压测笼架109235733-9-E 已被使用，请刷新页面: 1</w:t>
      </w:r>
    </w:p>
    <w:p>
      <w:r>
        <w:t>status_500:错误: 笼位:hyb压测笼架109235733-9-F 已被使用，请刷新页面: 1</w:t>
      </w:r>
    </w:p>
    <w:p>
      <w:r>
        <w:t>status_500:错误: 笼位:hyb压测笼架109235733-9-G 已被使用，请刷新页面: 1</w:t>
      </w:r>
    </w:p>
    <w:p>
      <w:r>
        <w:t>status_500:错误: 笼位:hyb压测笼架109235733-9-H 已被使用，请刷新页面: 1</w:t>
      </w:r>
    </w:p>
    <w:p>
      <w:r>
        <w:t>status_500:错误: 笼位:hyb压测笼架109235733-9-J 已被使用，请刷新页面: 1</w:t>
      </w:r>
    </w:p>
    <w:p>
      <w:r>
        <w:t>status_500:错误: 笼位:hyb压测笼架109235733-9-I 已被使用，请刷新页面: 1</w:t>
      </w:r>
    </w:p>
    <w:p>
      <w:r>
        <w:t>status_500:错误: 笼位:hyb压测笼架109235733-10-D 已被使用，请刷新页面: 1</w:t>
      </w:r>
    </w:p>
    <w:p>
      <w:r>
        <w:t>status_500:错误: 笼位:hyb压测笼架109235733-9-L 已被使用，请刷新页面: 1</w:t>
      </w:r>
    </w:p>
    <w:p>
      <w:r>
        <w:t>status_500:错误: 笼位:hyb压测笼架109235733-9-M 已被使用，请刷新页面: 1</w:t>
      </w:r>
    </w:p>
    <w:p>
      <w:r>
        <w:t>status_500:错误: 笼位:hyb压测笼架109235733-9-N 已被使用，请刷新页面: 1</w:t>
      </w:r>
    </w:p>
    <w:p>
      <w:r>
        <w:t>status_500:错误: 笼位:hyb压测笼架109235733-9-O 已被使用，请刷新页面: 1</w:t>
      </w:r>
    </w:p>
    <w:p>
      <w:r>
        <w:t>status_500:错误: 笼位:hyb压测笼架109235733-9-P 已被使用，请刷新页面: 1</w:t>
      </w:r>
    </w:p>
    <w:p>
      <w:r>
        <w:t>status_500:错误: 笼位:hyb压测笼架109235733-9-R 已被使用，请刷新页面: 1</w:t>
      </w:r>
    </w:p>
    <w:p>
      <w:r>
        <w:t>status_500:错误: 笼位:hyb压测笼架109235733-9-Q 已被使用，请刷新页面: 1</w:t>
      </w:r>
    </w:p>
    <w:p>
      <w:r>
        <w:t>status_500:错误: 笼位:hyb压测笼架109235733-9-S 已被使用，请刷新页面: 1</w:t>
      </w:r>
    </w:p>
    <w:p>
      <w:r>
        <w:t>status_500:错误: 笼位:hyb压测笼架109235733-9-T 已被使用，请刷新页面: 1</w:t>
      </w:r>
    </w:p>
    <w:p>
      <w:r>
        <w:t>status_500:错误: 笼位:hyb压测笼架109235733-9-U 已被使用，请刷新页面: 1</w:t>
      </w:r>
    </w:p>
    <w:p>
      <w:r>
        <w:t>status_500:错误: 笼位:hyb压测笼架109235733-9-V 已被使用，请刷新页面: 1</w:t>
      </w:r>
    </w:p>
    <w:p>
      <w:r>
        <w:t>status_500:错误: 笼位:hyb压测笼架109235733-9-W 已被使用，请刷新页面: 1</w:t>
      </w:r>
    </w:p>
    <w:p>
      <w:r>
        <w:t>status_500:错误: 笼位:hyb压测笼架109235733-10-A 已被使用，请刷新页面: 1</w:t>
      </w:r>
    </w:p>
    <w:p>
      <w:r>
        <w:t>status_500:错误: 笼位:hyb压测笼架109235733-10-B 已被使用，请刷新页面: 1</w:t>
      </w:r>
    </w:p>
    <w:p>
      <w:r>
        <w:t>status_500:错误: 笼位:hyb压测笼架109235733-10-C 已被使用，请刷新页面: 1</w:t>
      </w:r>
    </w:p>
    <w:p>
      <w:r>
        <w:t>status_500:错误: 笼位:hyb压测笼架109235733-10-E 已被使用，请刷新页面: 1</w:t>
      </w:r>
    </w:p>
    <w:p>
      <w:r>
        <w:t>status_500:错误: 笼位:hyb压测笼架109235733-10-F 已被使用，请刷新页面: 1</w:t>
      </w:r>
    </w:p>
    <w:p>
      <w:r>
        <w:t>status_500:错误: 笼位:hyb压测笼架109235733-10-G 已被使用，请刷新页面: 1</w:t>
      </w:r>
    </w:p>
    <w:p>
      <w:r>
        <w:t>status_500:错误: 笼位:hyb压测笼架109235733-10-H 已被使用，请刷新页面: 1</w:t>
      </w:r>
    </w:p>
    <w:p>
      <w:r>
        <w:t>status_500:错误: 笼位:hyb压测笼架109235733-10-I 已被使用，请刷新页面: 1</w:t>
      </w:r>
    </w:p>
    <w:p>
      <w:r>
        <w:t>status_500:错误: 笼位:hyb压测笼架109235733-10-J 已被使用，请刷新页面: 1</w:t>
      </w:r>
    </w:p>
    <w:p>
      <w:r>
        <w:t>status_500:错误: 笼位:hyb压测笼架109235733-10-K 已被使用，请刷新页面: 1</w:t>
      </w:r>
    </w:p>
    <w:p>
      <w:r>
        <w:t>status_500:错误: 笼位:hyb压测笼架109235733-10-L 已被使用，请刷新页面: 1</w:t>
      </w:r>
    </w:p>
    <w:p>
      <w:r>
        <w:t>status_500:错误: 笼位:hyb压测笼架109235733-10-M 已被使用，请刷新页面: 1</w:t>
      </w:r>
    </w:p>
    <w:p>
      <w:r>
        <w:t>status_500:错误: 笼位:hyb压测笼架109235733-10-N 已被使用，请刷新页面: 1</w:t>
      </w:r>
    </w:p>
    <w:p>
      <w:r>
        <w:t>status_500:错误: 笼位:hyb压测笼架109235733-10-O 已被使用，请刷新页面: 1</w:t>
      </w:r>
    </w:p>
    <w:p>
      <w:r>
        <w:t>status_500:错误: 笼位:hyb压测笼架109235733-10-P 已被使用，请刷新页面: 1</w:t>
      </w:r>
    </w:p>
    <w:p>
      <w:r>
        <w:t>status_500:错误: 笼位:hyb压测笼架109235733-10-Q 已被使用，请刷新页面: 1</w:t>
      </w:r>
    </w:p>
    <w:p>
      <w:r>
        <w:t>status_500:错误: 笼位:hyb压测笼架109235733-10-R 已被使用，请刷新页面: 1</w:t>
      </w:r>
    </w:p>
    <w:p>
      <w:r>
        <w:t>status_500:错误: 笼位:hyb压测笼架109235733-10-S 已被使用，请刷新页面: 1</w:t>
      </w:r>
    </w:p>
    <w:p>
      <w:r>
        <w:t>status_500:错误: 笼位:hyb压测笼架109235733-10-T 已被使用，请刷新页面: 1</w:t>
      </w:r>
    </w:p>
    <w:p>
      <w:r>
        <w:t>status_500:错误: 笼位:hyb压测笼架109235733-10-U 已被使用，请刷新页面: 1</w:t>
      </w:r>
    </w:p>
    <w:p>
      <w:r>
        <w:t>status_500:错误: 笼位:hyb压测笼架109235733-10-V 已被使用，请刷新页面: 1</w:t>
      </w:r>
    </w:p>
    <w:p>
      <w:r>
        <w:t>status_500:错误: 笼位:hyb压测笼架109235733-10-W 已被使用，请刷新页面: 1</w:t>
      </w:r>
    </w:p>
    <w:p>
      <w:r>
        <w:t>status_500:错误: 笼位:hyb压测笼架109235733-11-A 已被使用，请刷新页面: 1</w:t>
      </w:r>
    </w:p>
    <w:p>
      <w:r>
        <w:t>status_500:错误: 笼位:hyb压测笼架109235733-11-B 已被使用，请刷新页面: 1</w:t>
      </w:r>
    </w:p>
    <w:p>
      <w:r>
        <w:t>status_500:错误: 笼位:hyb压测笼架109235733-11-C 已被使用，请刷新页面: 1</w:t>
      </w:r>
    </w:p>
    <w:p>
      <w:r>
        <w:t>status_500:错误: 笼位:hyb压测笼架109235733-11-E 已被使用，请刷新页面: 1</w:t>
      </w:r>
    </w:p>
    <w:p>
      <w:r>
        <w:t>status_500:错误: 笼位:hyb压测笼架109235733-11-F 已被使用，请刷新页面: 1</w:t>
      </w:r>
    </w:p>
    <w:p>
      <w:r>
        <w:t>status_500:错误: 笼位:hyb压测笼架109235733-11-G 已被使用，请刷新页面: 1</w:t>
      </w:r>
    </w:p>
    <w:p>
      <w:r>
        <w:t>status_500:错误: 笼位:hyb压测笼架109235733-11-H 已被使用，请刷新页面: 1</w:t>
      </w:r>
    </w:p>
    <w:p>
      <w:r>
        <w:t>status_500:错误: 笼位:hyb压测笼架109235733-11-I 已被使用，请刷新页面: 1</w:t>
      </w:r>
    </w:p>
    <w:p>
      <w:r>
        <w:t>status_500:错误: 笼位:hyb压测笼架109235733-11-J 已被使用，请刷新页面: 1</w:t>
      </w:r>
    </w:p>
    <w:p>
      <w:r>
        <w:t>status_500:错误: 笼位:hyb压测笼架109235733-11-K 已被使用，请刷新页面: 1</w:t>
      </w:r>
    </w:p>
    <w:p>
      <w:r>
        <w:t>status_500:错误: 笼位:hyb压测笼架109235733-11-L 已被使用，请刷新页面: 1</w:t>
      </w:r>
    </w:p>
    <w:p>
      <w:r>
        <w:t>status_500:错误: 笼位:hyb压测笼架109235733-11-M 已被使用，请刷新页面: 1</w:t>
      </w:r>
    </w:p>
    <w:p>
      <w:r>
        <w:t>status_500:错误: 笼位:hyb压测笼架109235733-11-N 已被使用，请刷新页面: 1</w:t>
      </w:r>
    </w:p>
    <w:p>
      <w:r>
        <w:t>status_500:错误: 笼位:hyb压测笼架109235733-11-O 已被使用，请刷新页面: 1</w:t>
      </w:r>
    </w:p>
    <w:p>
      <w:r>
        <w:t>status_500:错误: 笼位:hyb压测笼架109235733-11-P 已被使用，请刷新页面: 1</w:t>
      </w:r>
    </w:p>
    <w:p>
      <w:r>
        <w:t>status_500:错误: 笼位:hyb压测笼架109235733-11-Q 已被使用，请刷新页面: 1</w:t>
      </w:r>
    </w:p>
    <w:p>
      <w:r>
        <w:t>status_500:错误: 笼位:hyb压测笼架109235733-11-R 已被使用，请刷新页面: 1</w:t>
      </w:r>
    </w:p>
    <w:p>
      <w:r>
        <w:t>status_500:错误: 笼位:hyb压测笼架109235733-11-S 已被使用，请刷新页面: 1</w:t>
      </w:r>
    </w:p>
    <w:p>
      <w:r>
        <w:t>status_500:错误: 笼位:hyb压测笼架109235733-11-T 已被使用，请刷新页面: 1</w:t>
      </w:r>
    </w:p>
    <w:p>
      <w:r>
        <w:t>status_500:错误: 笼位:hyb压测笼架109235733-11-U 已被使用，请刷新页面: 1</w:t>
      </w:r>
    </w:p>
    <w:p>
      <w:r>
        <w:t>status_500:错误: 笼位:hyb压测笼架109235733-11-V 已被使用，请刷新页面: 1</w:t>
      </w:r>
    </w:p>
    <w:p>
      <w:r>
        <w:t>status_500:错误: 笼位:hyb压测笼架109235733-11-W 已被使用，请刷新页面: 1</w:t>
      </w:r>
    </w:p>
    <w:p>
      <w:r>
        <w:t>status_500:错误: 笼位:hyb压测笼架109235733-12-A 已被使用，请刷新页面: 1</w:t>
      </w:r>
    </w:p>
    <w:p>
      <w:r>
        <w:t>status_500:错误: 笼位:hyb压测笼架109235733-12-B 已被使用，请刷新页面: 1</w:t>
      </w:r>
    </w:p>
    <w:p>
      <w:r>
        <w:t>status_500:错误: 笼位:hyb压测笼架109235733-11-D 已被使用，请刷新页面: 1</w:t>
      </w:r>
    </w:p>
    <w:p>
      <w:r>
        <w:t>status_500:错误: 笼位:hyb压测笼架109235733-12-C 已被使用，请刷新页面: 1</w:t>
      </w:r>
    </w:p>
    <w:p>
      <w:r>
        <w:t>status_500:错误: 笼位:hyb压测笼架109235733-12-D 已被使用，请刷新页面: 1</w:t>
      </w:r>
    </w:p>
    <w:p>
      <w:r>
        <w:t>status_500:错误: 笼位:hyb压测笼架109235733-12-E 已被使用，请刷新页面: 1</w:t>
      </w:r>
    </w:p>
    <w:p>
      <w:r>
        <w:t>status_500:错误: 笼位:hyb压测笼架109235733-12-G 已被使用，请刷新页面: 1</w:t>
      </w:r>
    </w:p>
    <w:p>
      <w:r>
        <w:t>status_500:错误: 笼位:hyb压测笼架109235733-12-F 已被使用，请刷新页面: 1</w:t>
      </w:r>
    </w:p>
    <w:p>
      <w:r>
        <w:t>status_500:错误: 笼位:hyb压测笼架109235733-12-H 已被使用，请刷新页面: 1</w:t>
      </w:r>
    </w:p>
    <w:p>
      <w:r>
        <w:t>status_500:错误: 笼位:hyb压测笼架109235733-12-I 已被使用，请刷新页面: 1</w:t>
      </w:r>
    </w:p>
    <w:p>
      <w:r>
        <w:t>status_500:错误: 笼位:hyb压测笼架109235733-12-J 已被使用，请刷新页面: 1</w:t>
      </w:r>
    </w:p>
    <w:p>
      <w:r>
        <w:t>status_500:错误: 笼位:hyb压测笼架109235733-12-K 已被使用，请刷新页面: 1</w:t>
      </w:r>
    </w:p>
    <w:p>
      <w:r>
        <w:t>status_500:错误: 笼位:hyb压测笼架109235733-12-L 已被使用，请刷新页面: 1</w:t>
      </w:r>
    </w:p>
    <w:p>
      <w:r>
        <w:t>status_500:错误: 笼位:hyb压测笼架109235733-12-M 已被使用，请刷新页面: 1</w:t>
      </w:r>
    </w:p>
    <w:p>
      <w:r>
        <w:t>status_500:错误: 笼位:hyb压测笼架109235733-12-N 已被使用，请刷新页面: 1</w:t>
      </w:r>
    </w:p>
    <w:p>
      <w:r>
        <w:t>status_500:错误: 笼位:hyb压测笼架109235733-12-O 已被使用，请刷新页面: 1</w:t>
      </w:r>
    </w:p>
    <w:p>
      <w:r>
        <w:t>status_500:错误: 笼位:hyb压测笼架109235733-12-P 已被使用，请刷新页面: 1</w:t>
      </w:r>
    </w:p>
    <w:p>
      <w:r>
        <w:t>status_500:错误: 笼位:hyb压测笼架109235733-12-Q 已被使用，请刷新页面: 1</w:t>
      </w:r>
    </w:p>
    <w:p>
      <w:r>
        <w:t>status_500:错误: 笼位:hyb压测笼架109235733-12-R 已被使用，请刷新页面: 1</w:t>
      </w:r>
    </w:p>
    <w:p>
      <w:r>
        <w:t>status_500:错误: 笼位:hyb压测笼架109235733-12-S 已被使用，请刷新页面: 1</w:t>
      </w:r>
    </w:p>
    <w:p>
      <w:r>
        <w:t>status_500:错误: 笼位:hyb压测笼架109235733-12-T 已被使用，请刷新页面: 1</w:t>
      </w:r>
    </w:p>
    <w:p>
      <w:r>
        <w:t>status_500:错误: 笼位:hyb压测笼架109235733-12-U 已被使用，请刷新页面: 1</w:t>
      </w:r>
    </w:p>
    <w:p>
      <w:r>
        <w:t>status_500:错误: 笼位:hyb压测笼架109235733-12-V 已被使用，请刷新页面: 1</w:t>
      </w:r>
    </w:p>
    <w:p>
      <w:r>
        <w:t>status_500:错误: 笼位:hyb压测笼架109235733-12-W 已被使用，请刷新页面: 1</w:t>
      </w:r>
    </w:p>
    <w:p>
      <w:r>
        <w:t>status_500:错误: 笼位:hyb压测笼架109235733-13-A 已被使用，请刷新页面: 1</w:t>
      </w:r>
    </w:p>
    <w:p>
      <w:r>
        <w:t>status_500:错误: 笼位:hyb压测笼架109235733-13-B 已被使用，请刷新页面: 1</w:t>
      </w:r>
    </w:p>
    <w:p>
      <w:r>
        <w:t>status_500:错误: 笼位:hyb压测笼架109235733-13-C 已被使用，请刷新页面: 1</w:t>
      </w:r>
    </w:p>
    <w:p>
      <w:r>
        <w:t>status_500:错误: 笼位:hyb压测笼架109235733-13-D 已被使用，请刷新页面: 1</w:t>
      </w:r>
    </w:p>
    <w:p>
      <w:r>
        <w:t>status_500:错误: 笼位:hyb压测笼架109235733-13-E 已被使用，请刷新页面: 1</w:t>
      </w:r>
    </w:p>
    <w:p>
      <w:r>
        <w:t>status_500:错误: 笼位:hyb压测笼架109235733-13-F 已被使用，请刷新页面: 1</w:t>
      </w:r>
    </w:p>
    <w:p>
      <w:r>
        <w:t>status_500:错误: 笼位:hyb压测笼架109235733-13-G 已被使用，请刷新页面: 1</w:t>
      </w:r>
    </w:p>
    <w:p>
      <w:r>
        <w:t>status_500:错误: 笼位:hyb压测笼架109235733-13-H 已被使用，请刷新页面: 1</w:t>
      </w:r>
    </w:p>
    <w:p>
      <w:r>
        <w:t>status_500:错误: 笼位:hyb压测笼架109235733-13-I 已被使用，请刷新页面: 1</w:t>
      </w:r>
    </w:p>
    <w:p>
      <w:r>
        <w:t>status_500:错误: 笼位:hyb压测笼架109235733-13-J 已被使用，请刷新页面: 1</w:t>
      </w:r>
    </w:p>
    <w:p>
      <w:r>
        <w:t>status_500:错误: 笼位:hyb压测笼架109235733-13-K 已被使用，请刷新页面: 1</w:t>
      </w:r>
    </w:p>
    <w:p>
      <w:r>
        <w:t>status_500:错误: 笼位:hyb压测笼架109235733-13-L 已被使用，请刷新页面: 1</w:t>
      </w:r>
    </w:p>
    <w:p>
      <w:r>
        <w:t>status_500:错误: 笼位:hyb压测笼架109235733-13-M 已被使用，请刷新页面: 1</w:t>
      </w:r>
    </w:p>
    <w:p>
      <w:r>
        <w:t>status_500:错误: 笼位:hyb压测笼架109235733-13-N 已被使用，请刷新页面: 1</w:t>
      </w:r>
    </w:p>
    <w:p>
      <w:r>
        <w:t>status_500:错误: 笼位:hyb压测笼架109235733-13-O 已被使用，请刷新页面: 1</w:t>
      </w:r>
    </w:p>
    <w:p>
      <w:r>
        <w:t>status_500:错误: 笼位:hyb压测笼架109235733-13-P 已被使用，请刷新页面: 1</w:t>
      </w:r>
    </w:p>
    <w:p>
      <w:r>
        <w:t>status_500:错误: 笼位:hyb压测笼架109235733-13-R 已被使用，请刷新页面: 1</w:t>
      </w:r>
    </w:p>
    <w:p>
      <w:r>
        <w:t>status_500:错误: 笼位:hyb压测笼架109235733-13-Q 已被使用，请刷新页面: 1</w:t>
      </w:r>
    </w:p>
    <w:p>
      <w:r>
        <w:t>status_500:错误: 笼位:hyb压测笼架109235733-13-S 已被使用，请刷新页面: 1</w:t>
      </w:r>
    </w:p>
    <w:p>
      <w:r>
        <w:t>status_500:错误: 笼位:hyb压测笼架109235733-13-T 已被使用，请刷新页面: 1</w:t>
      </w:r>
    </w:p>
    <w:p>
      <w:r>
        <w:t>status_500:错误: 笼位:hyb压测笼架109235733-13-U 已被使用，请刷新页面: 1</w:t>
      </w:r>
    </w:p>
    <w:p>
      <w:r>
        <w:t>status_500:错误: 笼位:hyb压测笼架109235733-13-V 已被使用，请刷新页面: 1</w:t>
      </w:r>
    </w:p>
    <w:p>
      <w:r>
        <w:t>status_500:错误: 笼位:hyb压测笼架109235733-13-W 已被使用，请刷新页面: 1</w:t>
      </w:r>
    </w:p>
    <w:p>
      <w:r>
        <w:t>status_500:错误: 笼位:hyb压测笼架109235733-14-A 已被使用，请刷新页面: 1</w:t>
      </w:r>
    </w:p>
    <w:p>
      <w:r>
        <w:t>status_500:错误: 笼位:hyb压测笼架109235733-14-B 已被使用，请刷新页面: 1</w:t>
      </w:r>
    </w:p>
    <w:p>
      <w:r>
        <w:t>status_500:错误: 笼位:hyb压测笼架109235733-14-C 已被使用，请刷新页面: 1</w:t>
      </w:r>
    </w:p>
    <w:p>
      <w:r>
        <w:t>status_500:错误: 笼位:hyb压测笼架109235733-14-D 已被使用，请刷新页面: 1</w:t>
      </w:r>
    </w:p>
    <w:p>
      <w:r>
        <w:t>status_500:错误: 笼位:hyb压测笼架109235733-14-E 已被使用，请刷新页面: 1</w:t>
      </w:r>
    </w:p>
    <w:p>
      <w:r>
        <w:t>status_500:错误: 笼位:hyb压测笼架109235733-14-F 已被使用，请刷新页面: 1</w:t>
      </w:r>
    </w:p>
    <w:p>
      <w:r>
        <w:t>status_500:错误: 笼位:hyb压测笼架109235733-14-G 已被使用，请刷新页面: 1</w:t>
      </w:r>
    </w:p>
    <w:p>
      <w:r>
        <w:t>status_500:错误: 笼位:hyb压测笼架109235733-14-H 已被使用，请刷新页面: 1</w:t>
      </w:r>
    </w:p>
    <w:p>
      <w:r>
        <w:t>status_500:错误: 笼位:hyb压测笼架109235733-14-I 已被使用，请刷新页面: 1</w:t>
      </w:r>
    </w:p>
    <w:p>
      <w:r>
        <w:t>status_500:错误: 笼位:hyb压测笼架109235733-14-J 已被使用，请刷新页面: 1</w:t>
      </w:r>
    </w:p>
    <w:p>
      <w:r>
        <w:t>status_500:错误: 笼位:hyb压测笼架109235733-14-K 已被使用，请刷新页面: 1</w:t>
      </w:r>
    </w:p>
    <w:p>
      <w:r>
        <w:t>status_500:错误: 笼位:hyb压测笼架109235733-14-L 已被使用，请刷新页面: 1</w:t>
      </w:r>
    </w:p>
    <w:p>
      <w:r>
        <w:t>status_500:错误: 笼位:hyb压测笼架109235733-14-M 已被使用，请刷新页面: 1</w:t>
      </w:r>
    </w:p>
    <w:p>
      <w:r>
        <w:t>status_500:错误: 笼位:hyb压测笼架109235733-14-N 已被使用，请刷新页面: 1</w:t>
      </w:r>
    </w:p>
    <w:p>
      <w:r>
        <w:t>status_500:错误: 笼位:hyb压测笼架109235733-14-O 已被使用，请刷新页面: 1</w:t>
      </w:r>
    </w:p>
    <w:p>
      <w:r>
        <w:t>status_500:错误: 笼位:hyb压测笼架109235733-14-P 已被使用，请刷新页面: 1</w:t>
      </w:r>
    </w:p>
    <w:p>
      <w:r>
        <w:t>status_500:错误: 笼位:hyb压测笼架109235733-14-Q 已被使用，请刷新页面: 1</w:t>
      </w:r>
    </w:p>
    <w:p>
      <w:r>
        <w:t>status_500:错误: 笼位:hyb压测笼架109235733-14-S 已被使用，请刷新页面: 1</w:t>
      </w:r>
    </w:p>
    <w:p>
      <w:r>
        <w:t>status_500:错误: 笼位:hyb压测笼架109235733-14-R 已被使用，请刷新页面: 1</w:t>
      </w:r>
    </w:p>
    <w:p>
      <w:r>
        <w:t>status_500:错误: 笼位:hyb压测笼架109235733-14-T 已被使用，请刷新页面: 1</w:t>
      </w:r>
    </w:p>
    <w:p>
      <w:r>
        <w:t>status_500:错误: 笼位:hyb压测笼架109235733-14-U 已被使用，请刷新页面: 1</w:t>
      </w:r>
    </w:p>
    <w:p>
      <w:r>
        <w:t>status_500:错误: 笼位:hyb压测笼架109235733-14-V 已被使用，请刷新页面: 1</w:t>
      </w:r>
    </w:p>
    <w:p>
      <w:r>
        <w:t>status_500:错误: 笼位:hyb压测笼架109235733-14-W 已被使用，请刷新页面: 1</w:t>
      </w:r>
    </w:p>
    <w:p>
      <w:r>
        <w:t>status_500:错误: 笼位:hyb压测笼架109235733-15-A 已被使用，请刷新页面: 1</w:t>
      </w:r>
    </w:p>
    <w:p>
      <w:r>
        <w:t>status_500:错误: 笼位:hyb压测笼架109235733-15-B 已被使用，请刷新页面: 1</w:t>
      </w:r>
    </w:p>
    <w:p>
      <w:r>
        <w:t>status_500:错误: 笼位:hyb压测笼架109235733-15-C 已被使用，请刷新页面: 1</w:t>
      </w:r>
    </w:p>
    <w:p>
      <w:r>
        <w:t>status_500:错误: 笼位:hyb压测笼架109235733-15-D 已被使用，请刷新页面: 1</w:t>
      </w:r>
    </w:p>
    <w:p>
      <w:r>
        <w:t>status_500:错误: 笼位:hyb压测笼架109235733-15-E 已被使用，请刷新页面: 1</w:t>
      </w:r>
    </w:p>
    <w:p>
      <w:r>
        <w:t>status_500:错误: 笼位:hyb压测笼架109235733-15-F 已被使用，请刷新页面: 1</w:t>
      </w:r>
    </w:p>
    <w:p>
      <w:r>
        <w:t>status_500:错误: 笼位:hyb压测笼架109235733-15-G 已被使用，请刷新页面: 1</w:t>
      </w:r>
    </w:p>
    <w:p>
      <w:r>
        <w:t>status_500:错误: 笼位:hyb压测笼架109235733-15-H 已被使用，请刷新页面: 1</w:t>
      </w:r>
    </w:p>
    <w:p>
      <w:r>
        <w:t>status_500:错误: 笼位:hyb压测笼架109235733-15-I 已被使用，请刷新页面: 1</w:t>
      </w:r>
    </w:p>
    <w:p>
      <w:r>
        <w:t>status_500:错误: 笼位:hyb压测笼架109235733-15-J 已被使用，请刷新页面: 1</w:t>
      </w:r>
    </w:p>
    <w:p>
      <w:r>
        <w:t>status_500:错误: 笼位:hyb压测笼架109235733-15-K 已被使用，请刷新页面: 1</w:t>
      </w:r>
    </w:p>
    <w:p>
      <w:r>
        <w:t>status_500:错误: 笼位:hyb压测笼架109235733-15-L 已被使用，请刷新页面: 1</w:t>
      </w:r>
    </w:p>
    <w:p>
      <w:r>
        <w:t>status_500:错误: 笼位:hyb压测笼架109235733-15-M 已被使用，请刷新页面: 1</w:t>
      </w:r>
    </w:p>
    <w:p>
      <w:r>
        <w:t>status_500:错误: 笼位:hyb压测笼架109235733-15-N 已被使用，请刷新页面: 1</w:t>
      </w:r>
    </w:p>
    <w:p>
      <w:r>
        <w:t>status_500:错误: 笼位:hyb压测笼架109235733-15-O 已被使用，请刷新页面: 1</w:t>
      </w:r>
    </w:p>
    <w:p>
      <w:r>
        <w:t>status_500:错误: 笼位:hyb压测笼架109235733-15-P 已被使用，请刷新页面: 1</w:t>
      </w:r>
    </w:p>
    <w:p>
      <w:r>
        <w:t>status_500:错误: 笼位:hyb压测笼架109235733-15-Q 已被使用，请刷新页面: 1</w:t>
      </w:r>
    </w:p>
    <w:p>
      <w:r>
        <w:t>status_500:错误: 笼位:hyb压测笼架109235733-15-R 已被使用，请刷新页面: 1</w:t>
      </w:r>
    </w:p>
    <w:p>
      <w:r>
        <w:t>status_500:错误: 笼位:hyb压测笼架109235733-15-S 已被使用，请刷新页面: 1</w:t>
      </w:r>
    </w:p>
    <w:p>
      <w:r>
        <w:t>status_500:错误: 笼位:hyb压测笼架109235733-15-T 已被使用，请刷新页面: 1</w:t>
      </w:r>
    </w:p>
    <w:p>
      <w:r>
        <w:t>status_500:错误: 笼位:hyb压测笼架109235733-15-U 已被使用，请刷新页面: 1</w:t>
      </w:r>
    </w:p>
    <w:p>
      <w:r>
        <w:t>status_500:错误: 笼位:hyb压测笼架109235733-15-V 已被使用，请刷新页面: 1</w:t>
      </w:r>
    </w:p>
    <w:p>
      <w:r>
        <w:t>status_500:错误: 笼位:hyb压测笼架109235733-15-W 已被使用，请刷新页面: 1</w:t>
      </w:r>
    </w:p>
    <w:p>
      <w:r>
        <w:t>status_500:错误: 笼位:hyb压测笼架109235733-16-A 已被使用，请刷新页面: 1</w:t>
      </w:r>
    </w:p>
    <w:p>
      <w:r>
        <w:t>status_500:错误: 笼位:hyb压测笼架109235733-16-B 已被使用，请刷新页面: 1</w:t>
      </w:r>
    </w:p>
    <w:p>
      <w:r>
        <w:t>status_500:错误: 笼位:hyb压测笼架109235733-16-C 已被使用，请刷新页面: 1</w:t>
      </w:r>
    </w:p>
    <w:p>
      <w:r>
        <w:t>status_500:错误: 笼位:hyb压测笼架109235733-16-D 已被使用，请刷新页面: 1</w:t>
      </w:r>
    </w:p>
    <w:p>
      <w:r>
        <w:t>status_500:错误: 笼位:hyb压测笼架109235733-16-E 已被使用，请刷新页面: 1</w:t>
      </w:r>
    </w:p>
    <w:p>
      <w:r>
        <w:t>status_500:错误: 笼位:hyb压测笼架109235733-16-F 已被使用，请刷新页面: 1</w:t>
      </w:r>
    </w:p>
    <w:p>
      <w:r>
        <w:t>status_500:错误: 笼位:hyb压测笼架109235733-16-G 已被使用，请刷新页面: 1</w:t>
      </w:r>
    </w:p>
    <w:p>
      <w:r>
        <w:t>status_500:错误: 笼位:hyb压测笼架109235733-16-H 已被使用，请刷新页面: 1</w:t>
      </w:r>
    </w:p>
    <w:p>
      <w:r>
        <w:t>status_500:错误: 笼位:hyb压测笼架109235733-16-J 已被使用，请刷新页面: 1</w:t>
      </w:r>
    </w:p>
    <w:p>
      <w:r>
        <w:t>status_500:错误: 笼位:hyb压测笼架109235733-16-K 已被使用，请刷新页面: 1</w:t>
      </w:r>
    </w:p>
    <w:p>
      <w:r>
        <w:t>status_500:错误: 笼位:hyb压测笼架109235733-16-L 已被使用，请刷新页面: 1</w:t>
      </w:r>
    </w:p>
    <w:p>
      <w:r>
        <w:t>status_500:错误: 笼位:hyb压测笼架109235733-16-M 已被使用，请刷新页面: 1</w:t>
      </w:r>
    </w:p>
    <w:p>
      <w:r>
        <w:t>status_500:错误: 笼位:hyb压测笼架109235733-16-N 已被使用，请刷新页面: 1</w:t>
      </w:r>
    </w:p>
    <w:p>
      <w:r>
        <w:t>status_500:错误: 笼位:hyb压测笼架109235733-16-O 已被使用，请刷新页面: 1</w:t>
      </w:r>
    </w:p>
    <w:p>
      <w:r>
        <w:t>status_500:错误: 笼位:hyb压测笼架109235733-16-P 已被使用，请刷新页面: 1</w:t>
      </w:r>
    </w:p>
    <w:p>
      <w:r>
        <w:t>status_500:错误: 笼位:hyb压测笼架109235733-16-Q 已被使用，请刷新页面: 1</w:t>
      </w:r>
    </w:p>
    <w:p>
      <w:r>
        <w:t>status_500:错误: 笼位:hyb压测笼架109235733-16-R 已被使用，请刷新页面: 1</w:t>
      </w:r>
    </w:p>
    <w:p>
      <w:r>
        <w:t>status_500:错误: 笼位:hyb压测笼架109235733-16-S 已被使用，请刷新页面: 1</w:t>
      </w:r>
    </w:p>
    <w:p>
      <w:r>
        <w:t>status_500:错误: 笼位:hyb压测笼架109235733-16-T 已被使用，请刷新页面: 1</w:t>
      </w:r>
    </w:p>
    <w:p>
      <w:r>
        <w:t>status_500:错误: 笼位:hyb压测笼架109235733-16-U 已被使用，请刷新页面: 1</w:t>
      </w:r>
    </w:p>
    <w:p>
      <w:r>
        <w:t>status_500:错误: 笼位:hyb压测笼架109235733-16-V 已被使用，请刷新页面: 1</w:t>
      </w:r>
    </w:p>
    <w:p>
      <w:r>
        <w:t>status_500:错误: 笼位:hyb压测笼架109235733-16-W 已被使用，请刷新页面: 1</w:t>
      </w:r>
    </w:p>
    <w:p>
      <w:r>
        <w:t>status_500:错误: 笼位:hyb压测笼架109235733-17-A 已被使用，请刷新页面: 1</w:t>
      </w:r>
    </w:p>
    <w:p>
      <w:r>
        <w:t>status_500:错误: 笼位:hyb压测笼架109235733-17-B 已被使用，请刷新页面: 1</w:t>
      </w:r>
    </w:p>
    <w:p>
      <w:r>
        <w:t>status_500:错误: 笼位:hyb压测笼架109235733-17-C 已被使用，请刷新页面: 1</w:t>
      </w:r>
    </w:p>
    <w:p>
      <w:r>
        <w:t>status_500:错误: 笼位:hyb压测笼架109235733-17-D 已被使用，请刷新页面: 1</w:t>
      </w:r>
    </w:p>
    <w:p>
      <w:r>
        <w:t>status_500:错误: 笼位:hyb压测笼架109235733-17-E 已被使用，请刷新页面: 1</w:t>
      </w:r>
    </w:p>
    <w:p>
      <w:r>
        <w:t>status_500:错误: 笼位:hyb压测笼架109235733-16-I 已被使用，请刷新页面: 1</w:t>
      </w:r>
    </w:p>
    <w:p>
      <w:r>
        <w:t>status_500:错误: 笼位:hyb压测笼架109235733-17-F 已被使用，请刷新页面: 1</w:t>
      </w:r>
    </w:p>
    <w:p>
      <w:r>
        <w:t>status_500:错误: 笼位:hyb压测笼架109235733-17-G 已被使用，请刷新页面: 1</w:t>
      </w:r>
    </w:p>
    <w:p>
      <w:r>
        <w:t>status_500:错误: 笼位:hyb压测笼架109235733-17-H 已被使用，请刷新页面: 1</w:t>
      </w:r>
    </w:p>
    <w:p>
      <w:r>
        <w:t>status_500:错误: 笼位:hyb压测笼架109235733-17-I 已被使用，请刷新页面: 1</w:t>
      </w:r>
    </w:p>
    <w:p>
      <w:r>
        <w:t>status_500:错误: 笼位:hyb压测笼架109235733-17-J 已被使用，请刷新页面: 1</w:t>
      </w:r>
    </w:p>
    <w:p>
      <w:r>
        <w:t>status_500:错误: 笼位:hyb压测笼架109235733-17-K 已被使用，请刷新页面: 1</w:t>
      </w:r>
    </w:p>
    <w:p>
      <w:r>
        <w:t>status_500:错误: 笼位:hyb压测笼架109235733-17-L 已被使用，请刷新页面: 1</w:t>
      </w:r>
    </w:p>
    <w:p>
      <w:r>
        <w:t>status_500:错误: 笼位:hyb压测笼架109235733-17-M 已被使用，请刷新页面: 1</w:t>
      </w:r>
    </w:p>
    <w:p>
      <w:r>
        <w:t>status_500:错误: 笼位:hyb压测笼架109235733-17-N 已被使用，请刷新页面: 1</w:t>
      </w:r>
    </w:p>
    <w:p>
      <w:r>
        <w:t>status_500:错误: 笼位:hyb压测笼架109235733-17-O 已被使用，请刷新页面: 1</w:t>
      </w:r>
    </w:p>
    <w:p>
      <w:r>
        <w:t>status_500:错误: 笼位:hyb压测笼架109235733-17-P 已被使用，请刷新页面: 1</w:t>
      </w:r>
    </w:p>
    <w:p>
      <w:r>
        <w:t>status_500:错误: 笼位:hyb压测笼架109235733-17-Q 已被使用，请刷新页面: 1</w:t>
      </w:r>
    </w:p>
    <w:p>
      <w:r>
        <w:t>status_500:错误: 笼位:hyb压测笼架109235733-17-R 已被使用，请刷新页面: 1</w:t>
      </w:r>
    </w:p>
    <w:p>
      <w:r>
        <w:t>status_500:错误: 笼位:hyb压测笼架109235733-17-S 已被使用，请刷新页面: 1</w:t>
      </w:r>
    </w:p>
    <w:p>
      <w:r>
        <w:t>status_500:错误: 笼位:hyb压测笼架109235733-17-T 已被使用，请刷新页面: 1</w:t>
      </w:r>
    </w:p>
    <w:p>
      <w:r>
        <w:t>status_500:错误: 笼位:hyb压测笼架109235733-17-U 已被使用，请刷新页面: 1</w:t>
      </w:r>
    </w:p>
    <w:p>
      <w:r>
        <w:t>status_500:错误: 笼位:hyb压测笼架109235733-17-V 已被使用，请刷新页面: 1</w:t>
      </w:r>
    </w:p>
    <w:p>
      <w:r>
        <w:t>status_500:错误: 笼位:hyb压测笼架109235733-17-W 已被使用，请刷新页面: 1</w:t>
      </w:r>
    </w:p>
    <w:p>
      <w:r>
        <w:t>status_500:错误: 笼位:hyb压测笼架109235733-18-A 已被使用，请刷新页面: 1</w:t>
      </w:r>
    </w:p>
    <w:p>
      <w:r>
        <w:t>status_500:错误: 笼位:hyb压测笼架109235733-18-B 已被使用，请刷新页面: 1</w:t>
      </w:r>
    </w:p>
    <w:p>
      <w:r>
        <w:t>status_500:错误: 笼位:hyb压测笼架109235733-18-C 已被使用，请刷新页面: 1</w:t>
      </w:r>
    </w:p>
    <w:p>
      <w:r>
        <w:t>status_500:错误: 笼位:hyb压测笼架109235733-18-D 已被使用，请刷新页面: 1</w:t>
      </w:r>
    </w:p>
    <w:p>
      <w:r>
        <w:t>status_500:错误: 笼位:hyb压测笼架109235733-18-E 已被使用，请刷新页面: 1</w:t>
      </w:r>
    </w:p>
    <w:p>
      <w:r>
        <w:t>status_500:错误: 笼位:hyb压测笼架109235733-18-F 已被使用，请刷新页面: 1</w:t>
      </w:r>
    </w:p>
    <w:p>
      <w:r>
        <w:t>status_500:错误: 笼位:hyb压测笼架109235733-18-G 已被使用，请刷新页面: 1</w:t>
      </w:r>
    </w:p>
    <w:p>
      <w:r>
        <w:t>status_500:错误: 笼位:hyb压测笼架109235733-18-H 已被使用，请刷新页面: 1</w:t>
      </w:r>
    </w:p>
    <w:p>
      <w:r>
        <w:t>status_500:错误: 笼位:hyb压测笼架109235733-18-I 已被使用，请刷新页面: 1</w:t>
      </w:r>
    </w:p>
    <w:p>
      <w:r>
        <w:t>status_500:错误: 笼位:hyb压测笼架109235733-18-K 已被使用，请刷新页面: 1</w:t>
      </w:r>
    </w:p>
    <w:p>
      <w:r>
        <w:t>status_500:错误: 笼位:hyb压测笼架109235733-18-J 已被使用，请刷新页面: 1</w:t>
      </w:r>
    </w:p>
    <w:p>
      <w:r>
        <w:t>status_500:错误: 笼位:hyb压测笼架109235733-18-L 已被使用，请刷新页面: 1</w:t>
      </w:r>
    </w:p>
    <w:p>
      <w:r>
        <w:t>status_500:错误: 笼位:hyb压测笼架109235733-18-M 已被使用，请刷新页面: 1</w:t>
      </w:r>
    </w:p>
    <w:p>
      <w:r>
        <w:t>status_500:错误: 笼位:hyb压测笼架109235733-18-N 已被使用，请刷新页面: 1</w:t>
      </w:r>
    </w:p>
    <w:p>
      <w:r>
        <w:t>status_500:错误: 笼位:hyb压测笼架109235733-18-O 已被使用，请刷新页面: 1</w:t>
      </w:r>
    </w:p>
    <w:p>
      <w:r>
        <w:t>status_500:错误: 笼位:hyb压测笼架109235733-18-P 已被使用，请刷新页面: 1</w:t>
      </w:r>
    </w:p>
    <w:p>
      <w:r>
        <w:t>status_500:错误: 笼位:hyb压测笼架109235733-18-Q 已被使用，请刷新页面: 1</w:t>
      </w:r>
    </w:p>
    <w:p>
      <w:r>
        <w:t>status_500:错误: 笼位:hyb压测笼架109235733-18-R 已被使用，请刷新页面: 1</w:t>
      </w:r>
    </w:p>
    <w:p>
      <w:r>
        <w:t>status_500:错误: 笼位:hyb压测笼架109235733-18-S 已被使用，请刷新页面: 1</w:t>
      </w:r>
    </w:p>
    <w:p>
      <w:r>
        <w:t>status_500:错误: 笼位:hyb压测笼架109235733-18-T 已被使用，请刷新页面: 1</w:t>
      </w:r>
    </w:p>
    <w:p>
      <w:r>
        <w:t>status_500:错误: 笼位:hyb压测笼架109235733-18-U 已被使用，请刷新页面: 1</w:t>
      </w:r>
    </w:p>
    <w:p>
      <w:r>
        <w:t>status_500:错误: 笼位:hyb压测笼架109235733-18-V 已被使用，请刷新页面: 1</w:t>
      </w:r>
    </w:p>
    <w:p>
      <w:r>
        <w:t>status_500:错误: 笼位:hyb压测笼架109235733-18-W 已被使用，请刷新页面: 1</w:t>
      </w:r>
    </w:p>
    <w:p>
      <w:r>
        <w:t>status_500:错误: 笼位:hyb压测笼架109235733-19-A 已被使用，请刷新页面: 1</w:t>
      </w:r>
    </w:p>
    <w:p>
      <w:r>
        <w:t>status_500:错误: 笼位:hyb压测笼架109235733-19-B 已被使用，请刷新页面: 1</w:t>
      </w:r>
    </w:p>
    <w:p>
      <w:r>
        <w:t>status_500:错误: 笼位:hyb压测笼架109235733-19-C 已被使用，请刷新页面: 1</w:t>
      </w:r>
    </w:p>
    <w:p>
      <w:r>
        <w:t>status_500:错误: 笼位:hyb压测笼架109235733-19-D 已被使用，请刷新页面: 1</w:t>
      </w:r>
    </w:p>
    <w:p>
      <w:r>
        <w:t>status_500:错误: 笼位:hyb压测笼架109235733-19-E 已被使用，请刷新页面: 1</w:t>
      </w:r>
    </w:p>
    <w:p>
      <w:r>
        <w:t>status_500:错误: 笼位:hyb压测笼架109235733-19-F 已被使用，请刷新页面: 1</w:t>
      </w:r>
    </w:p>
    <w:p>
      <w:r>
        <w:t>status_500:错误: 笼位:hyb压测笼架109235733-19-G 已被使用，请刷新页面: 1</w:t>
      </w:r>
    </w:p>
    <w:p>
      <w:r>
        <w:t>status_500:错误: 笼位:hyb压测笼架109235733-19-H 已被使用，请刷新页面: 1</w:t>
      </w:r>
    </w:p>
    <w:p>
      <w:r>
        <w:t>status_500:错误: 笼位:hyb压测笼架109235733-19-I 已被使用，请刷新页面: 1</w:t>
      </w:r>
    </w:p>
    <w:p>
      <w:r>
        <w:t>status_500:错误: 笼位:hyb压测笼架109235733-19-J 已被使用，请刷新页面: 1</w:t>
      </w:r>
    </w:p>
    <w:p>
      <w:r>
        <w:t>status_500:错误: 笼位:hyb压测笼架109235733-19-K 已被使用，请刷新页面: 1</w:t>
      </w:r>
    </w:p>
    <w:p>
      <w:r>
        <w:t>status_500:错误: 笼位:hyb压测笼架109235733-19-L 已被使用，请刷新页面: 1</w:t>
      </w:r>
    </w:p>
    <w:p>
      <w:r>
        <w:t>status_500:错误: 笼位:hyb压测笼架109235733-19-M 已被使用，请刷新页面: 1</w:t>
      </w:r>
    </w:p>
    <w:p>
      <w:r>
        <w:t>status_500:错误: 笼位:hyb压测笼架109235733-19-N 已被使用，请刷新页面: 1</w:t>
      </w:r>
    </w:p>
    <w:p>
      <w:r>
        <w:t>status_500:错误: 笼位:hyb压测笼架109235733-19-O 已被使用，请刷新页面: 1</w:t>
      </w:r>
    </w:p>
    <w:p>
      <w:r>
        <w:t>status_500:错误: 笼位:hyb压测笼架109235733-19-P 已被使用，请刷新页面: 1</w:t>
      </w:r>
    </w:p>
    <w:p>
      <w:r>
        <w:t>status_500:错误: 笼位:hyb压测笼架109235733-19-Q 已被使用，请刷新页面: 1</w:t>
      </w:r>
    </w:p>
    <w:p>
      <w:r>
        <w:t>status_500:错误: 笼位:hyb压测笼架109235733-19-R 已被使用，请刷新页面: 1</w:t>
      </w:r>
    </w:p>
    <w:p>
      <w:r>
        <w:t>status_500:错误: 笼位:hyb压测笼架109235733-19-S 已被使用，请刷新页面: 1</w:t>
      </w:r>
    </w:p>
    <w:p>
      <w:r>
        <w:t>status_500:错误: 笼位:hyb压测笼架109235733-19-T 已被使用，请刷新页面: 1</w:t>
      </w:r>
    </w:p>
    <w:p>
      <w:r>
        <w:t>status_500:错误: 笼位:hyb压测笼架109235733-19-U 已被使用，请刷新页面: 1</w:t>
      </w:r>
    </w:p>
    <w:p>
      <w:r>
        <w:t>status_500:错误: 笼位:hyb压测笼架109235733-19-V 已被使用，请刷新页面: 1</w:t>
      </w:r>
    </w:p>
    <w:p>
      <w:r>
        <w:t>status_500:错误: 笼位:hyb压测笼架109235733-19-W 已被使用，请刷新页面: 1</w:t>
      </w:r>
    </w:p>
    <w:p>
      <w:r>
        <w:t>status_500:错误: 笼位:hyb压测笼架109235733-20-A 已被使用，请刷新页面: 1</w:t>
      </w:r>
    </w:p>
    <w:p>
      <w:r>
        <w:t>status_500:错误: 笼位:hyb压测笼架109235733-20-B 已被使用，请刷新页面: 1</w:t>
      </w:r>
    </w:p>
    <w:p>
      <w:r>
        <w:t>status_500:错误: 笼位:hyb压测笼架109235733-20-C 已被使用，请刷新页面: 1</w:t>
      </w:r>
    </w:p>
    <w:p>
      <w:r>
        <w:t>status_500:错误: 笼位:hyb压测笼架109235733-20-D 已被使用，请刷新页面: 1</w:t>
      </w:r>
    </w:p>
    <w:p>
      <w:r>
        <w:t>status_500:错误: 笼位:hyb压测笼架109235733-20-E 已被使用，请刷新页面: 1</w:t>
      </w:r>
    </w:p>
    <w:p>
      <w:r>
        <w:t>status_500:错误: 笼位:hyb压测笼架109235733-20-G 已被使用，请刷新页面: 1</w:t>
      </w:r>
    </w:p>
    <w:p>
      <w:r>
        <w:t>status_500:错误: 笼位:hyb压测笼架109235733-20-F 已被使用，请刷新页面: 1</w:t>
      </w:r>
    </w:p>
    <w:p>
      <w:r>
        <w:t>status_500:错误: 笼位:hyb压测笼架109235733-20-H 已被使用，请刷新页面: 1</w:t>
      </w:r>
    </w:p>
    <w:p>
      <w:r>
        <w:t>status_500:错误: 笼位:hyb压测笼架109235733-20-I 已被使用，请刷新页面: 1</w:t>
      </w:r>
    </w:p>
    <w:p>
      <w:r>
        <w:t>status_500:错误: 笼位:hyb压测笼架109235733-20-J 已被使用，请刷新页面: 1</w:t>
      </w:r>
    </w:p>
    <w:p>
      <w:r>
        <w:t>status_500:错误: 笼位:hyb压测笼架109235733-20-K 已被使用，请刷新页面: 1</w:t>
      </w:r>
    </w:p>
    <w:p>
      <w:r>
        <w:t>status_500:错误: 笼位:hyb压测笼架109235733-20-L 已被使用，请刷新页面: 1</w:t>
      </w:r>
    </w:p>
    <w:p>
      <w:r>
        <w:t>status_500:错误: 笼位:hyb压测笼架109235733-20-M 已被使用，请刷新页面: 1</w:t>
      </w:r>
    </w:p>
    <w:p>
      <w:r>
        <w:t>status_500:错误: 笼位:hyb压测笼架109235733-20-N 已被使用，请刷新页面: 1</w:t>
      </w:r>
    </w:p>
    <w:p>
      <w:r>
        <w:t>status_500:错误: 笼位:hyb压测笼架109235733-20-O 已被使用，请刷新页面: 1</w:t>
      </w:r>
    </w:p>
    <w:p>
      <w:r>
        <w:t>status_500:错误: 笼位:hyb压测笼架109235733-20-P 已被使用，请刷新页面: 1</w:t>
      </w:r>
    </w:p>
    <w:p>
      <w:r>
        <w:t>status_500:错误: 笼位:hyb压测笼架109235733-20-Q 已被使用，请刷新页面: 1</w:t>
      </w:r>
    </w:p>
    <w:p>
      <w:r>
        <w:t>status_500:错误: 笼位:hyb压测笼架109235733-20-R 已被使用，请刷新页面: 1</w:t>
      </w:r>
    </w:p>
    <w:p>
      <w:r>
        <w:t>status_500:错误: 笼位:hyb压测笼架109235733-20-S 已被使用，请刷新页面: 1</w:t>
      </w:r>
    </w:p>
    <w:p>
      <w:r>
        <w:t>status_500:错误: 笼位:hyb压测笼架109235733-20-T 已被使用，请刷新页面: 1</w:t>
      </w:r>
    </w:p>
    <w:p>
      <w:r>
        <w:t>status_500:错误: 笼位:hyb压测笼架109235733-20-U 已被使用，请刷新页面: 1</w:t>
      </w:r>
    </w:p>
    <w:p>
      <w:r>
        <w:t>status_500:错误: 笼位:hyb压测笼架109235733-20-V 已被使用，请刷新页面: 1</w:t>
      </w:r>
    </w:p>
    <w:p>
      <w:r>
        <w:t>status_500:错误: 笼位:hyb压测笼架109235733-20-W 已被使用，请刷新页面: 1</w:t>
      </w:r>
    </w:p>
    <w:p>
      <w:r>
        <w:t>status_500:错误: 笼位:hyb压测笼架109235733-21-A 已被使用，请刷新页面: 1</w:t>
      </w:r>
    </w:p>
    <w:p>
      <w:r>
        <w:t>status_500:错误: 笼位:hyb压测笼架109235733-21-B 已被使用，请刷新页面: 1</w:t>
      </w:r>
    </w:p>
    <w:p>
      <w:r>
        <w:t>status_500:错误: 笼位:hyb压测笼架109235733-21-C 已被使用，请刷新页面: 1</w:t>
      </w:r>
    </w:p>
    <w:p>
      <w:r>
        <w:t>status_500:错误: 笼位:hyb压测笼架109235733-21-D 已被使用，请刷新页面: 1</w:t>
      </w:r>
    </w:p>
    <w:p>
      <w:r>
        <w:t>status_500:错误: 笼位:hyb压测笼架109235733-21-E 已被使用，请刷新页面: 1</w:t>
      </w:r>
    </w:p>
    <w:p>
      <w:r>
        <w:t>status_500:错误: 笼位:hyb压测笼架109235733-21-F 已被使用，请刷新页面: 1</w:t>
      </w:r>
    </w:p>
    <w:p>
      <w:r>
        <w:t>status_500:错误: 笼位:hyb压测笼架109235733-21-G 已被使用，请刷新页面: 1</w:t>
      </w:r>
    </w:p>
    <w:p>
      <w:r>
        <w:t>status_500:错误: 笼位:hyb压测笼架109235733-21-I 已被使用，请刷新页面: 1</w:t>
      </w:r>
    </w:p>
    <w:p>
      <w:r>
        <w:t>status_500:错误: 笼位:hyb压测笼架109235733-21-H 已被使用，请刷新页面: 1</w:t>
      </w:r>
    </w:p>
    <w:p>
      <w:r>
        <w:t>status_500:错误: 笼位:hyb压测笼架109235733-21-J 已被使用，请刷新页面: 1</w:t>
      </w:r>
    </w:p>
    <w:p>
      <w:r>
        <w:t>status_500:错误: 笼位:hyb压测笼架109235733-21-K 已被使用，请刷新页面: 1</w:t>
      </w:r>
    </w:p>
    <w:p>
      <w:r>
        <w:t>status_500:错误: 笼位:hyb压测笼架109235733-21-L 已被使用，请刷新页面: 1</w:t>
      </w:r>
    </w:p>
    <w:p>
      <w:r>
        <w:t>status_500:错误: 笼位:hyb压测笼架109235733-21-N 已被使用，请刷新页面: 1</w:t>
      </w:r>
    </w:p>
    <w:p>
      <w:r>
        <w:t>status_500:错误: 笼位:hyb压测笼架109235733-21-M 已被使用，请刷新页面: 1</w:t>
      </w:r>
    </w:p>
    <w:p>
      <w:r>
        <w:t>status_500:错误: 笼位:hyb压测笼架109235733-21-O 已被使用，请刷新页面: 1</w:t>
      </w:r>
    </w:p>
    <w:p>
      <w:r>
        <w:t>status_500:错误: 笼位:hyb压测笼架109235733-21-P 已被使用，请刷新页面: 1</w:t>
      </w:r>
    </w:p>
    <w:p>
      <w:r>
        <w:t>status_500:错误: 笼位:hyb压测笼架109235733-21-Q 已被使用，请刷新页面: 1</w:t>
      </w:r>
    </w:p>
    <w:p>
      <w:r>
        <w:t>status_500:错误: 笼位:hyb压测笼架109235733-21-R 已被使用，请刷新页面: 1</w:t>
      </w:r>
    </w:p>
    <w:p>
      <w:r>
        <w:t>status_500:错误: 笼位:hyb压测笼架109235733-21-S 已被使用，请刷新页面: 1</w:t>
      </w:r>
    </w:p>
    <w:p>
      <w:r>
        <w:t>status_500:错误: 笼位:hyb压测笼架109235733-21-T 已被使用，请刷新页面: 1</w:t>
      </w:r>
    </w:p>
    <w:p>
      <w:r>
        <w:t>status_500:错误: 笼位:hyb压测笼架109235733-21-U 已被使用，请刷新页面: 1</w:t>
      </w:r>
    </w:p>
    <w:p>
      <w:r>
        <w:t>status_500:错误: 笼位:hyb压测笼架109235733-21-V 已被使用，请刷新页面: 1</w:t>
      </w:r>
    </w:p>
    <w:p>
      <w:r>
        <w:t>status_500:错误: 笼位:hyb压测笼架109235733-22-A 已被使用，请刷新页面: 1</w:t>
      </w:r>
    </w:p>
    <w:p>
      <w:r>
        <w:t>status_500:错误: 笼位:hyb压测笼架109235733-21-W 已被使用，请刷新页面: 1</w:t>
      </w:r>
    </w:p>
    <w:p>
      <w:r>
        <w:t>status_500:错误: 笼位:hyb压测笼架109235733-22-B 已被使用，请刷新页面: 1</w:t>
      </w:r>
    </w:p>
    <w:p>
      <w:r>
        <w:t>status_500:错误: 笼位:hyb压测笼架109235733-22-C 已被使用，请刷新页面: 1</w:t>
      </w:r>
    </w:p>
    <w:p>
      <w:r>
        <w:t>status_500:错误: 笼位:hyb压测笼架109235733-22-D 已被使用，请刷新页面: 1</w:t>
      </w:r>
    </w:p>
    <w:p>
      <w:r>
        <w:t>status_500:错误: 笼位:hyb压测笼架109235733-22-F 已被使用，请刷新页面: 1</w:t>
      </w:r>
    </w:p>
    <w:p>
      <w:r>
        <w:t>status_500:错误: 笼位:hyb压测笼架109235733-22-E 已被使用，请刷新页面: 1</w:t>
      </w:r>
    </w:p>
    <w:p>
      <w:r>
        <w:t>status_500:错误: 笼位:hyb压测笼架109235733-22-G 已被使用，请刷新页面: 1</w:t>
      </w:r>
    </w:p>
    <w:p>
      <w:r>
        <w:t>status_500:错误: 笼位:hyb压测笼架109235733-22-H 已被使用，请刷新页面: 1</w:t>
      </w:r>
    </w:p>
    <w:p>
      <w:r>
        <w:t>status_500:错误: 笼位:hyb压测笼架109235733-22-I 已被使用，请刷新页面: 1</w:t>
      </w:r>
    </w:p>
    <w:p>
      <w:r>
        <w:t>status_500:错误: 笼位:hyb压测笼架109235733-22-J 已被使用，请刷新页面: 1</w:t>
      </w:r>
    </w:p>
    <w:p>
      <w:r>
        <w:t>status_500:错误: 笼位:hyb压测笼架109235733-22-K 已被使用，请刷新页面: 1</w:t>
      </w:r>
    </w:p>
    <w:p>
      <w:r>
        <w:t>status_500:错误: 笼位:hyb压测笼架109235733-22-L 已被使用，请刷新页面: 1</w:t>
      </w:r>
    </w:p>
    <w:p>
      <w:r>
        <w:t>status_500:错误: 笼位:hyb压测笼架109235733-22-M 已被使用，请刷新页面: 1</w:t>
      </w:r>
    </w:p>
    <w:p>
      <w:r>
        <w:t>status_500:错误: 笼位:hyb压测笼架109235733-22-N 已被使用，请刷新页面: 1</w:t>
      </w:r>
    </w:p>
    <w:p>
      <w:r>
        <w:t>status_500:错误: 笼位:hyb压测笼架109235733-22-O 已被使用，请刷新页面: 1</w:t>
      </w:r>
    </w:p>
    <w:p>
      <w:r>
        <w:t>status_500:错误: 笼位:hyb压测笼架109235733-22-P 已被使用，请刷新页面: 1</w:t>
      </w:r>
    </w:p>
    <w:p>
      <w:r>
        <w:t>status_500:错误: 笼位:hyb压测笼架109235733-22-Q 已被使用，请刷新页面: 1</w:t>
      </w:r>
    </w:p>
    <w:p>
      <w:r>
        <w:t>status_500:错误: 笼位:hyb压测笼架109235733-22-R 已被使用，请刷新页面: 1</w:t>
      </w:r>
    </w:p>
    <w:p>
      <w:r>
        <w:t>status_500:错误: 笼位:hyb压测笼架109235733-22-S 已被使用，请刷新页面: 1</w:t>
      </w:r>
    </w:p>
    <w:p>
      <w:r>
        <w:t>status_500:错误: 笼位:hyb压测笼架109235733-22-T 已被使用，请刷新页面: 1</w:t>
      </w:r>
    </w:p>
    <w:p>
      <w:r>
        <w:t>status_500:错误: 笼位:hyb压测笼架109235733-22-U 已被使用，请刷新页面: 1</w:t>
      </w:r>
    </w:p>
    <w:p>
      <w:r>
        <w:t>status_500:错误: 笼位:hyb压测笼架109235733-22-V 已被使用，请刷新页面: 1</w:t>
      </w:r>
    </w:p>
    <w:p>
      <w:r>
        <w:t>status_500:错误: 笼位:hyb压测笼架109235733-22-W 已被使用，请刷新页面: 1</w:t>
      </w:r>
    </w:p>
    <w:p>
      <w:r>
        <w:t>status_500:错误: 笼位:hyb压测笼架109235733-23-A 已被使用，请刷新页面: 1</w:t>
      </w:r>
    </w:p>
    <w:p>
      <w:r>
        <w:t>status_500:错误: 笼位:hyb压测笼架109235733-23-B 已被使用，请刷新页面: 1</w:t>
      </w:r>
    </w:p>
    <w:p>
      <w:r>
        <w:t>status_500:错误: 笼位:hyb压测笼架109235733-23-C 已被使用，请刷新页面: 1</w:t>
      </w:r>
    </w:p>
    <w:p>
      <w:r>
        <w:t>status_500:错误: 笼位:hyb压测笼架109235733-23-D 已被使用，请刷新页面: 1</w:t>
      </w:r>
    </w:p>
    <w:p>
      <w:r>
        <w:t>status_500:错误: 笼位:hyb压测笼架109235733-23-E 已被使用，请刷新页面: 1</w:t>
      </w:r>
    </w:p>
    <w:p>
      <w:r>
        <w:t>status_500:错误: 笼位:hyb压测笼架109235733-23-F 已被使用，请刷新页面: 1</w:t>
      </w:r>
    </w:p>
    <w:p>
      <w:r>
        <w:t>status_500:错误: 笼位:hyb压测笼架109235733-23-G 已被使用，请刷新页面: 1</w:t>
      </w:r>
    </w:p>
    <w:p>
      <w:r>
        <w:t>status_500:错误: 笼位:hyb压测笼架109235733-23-H 已被使用，请刷新页面: 1</w:t>
      </w:r>
    </w:p>
    <w:p>
      <w:r>
        <w:t>status_500:错误: 笼位:hyb压测笼架109235733-23-I 已被使用，请刷新页面: 1</w:t>
      </w:r>
    </w:p>
    <w:p>
      <w:r>
        <w:t>status_500:错误: 笼位:hyb压测笼架109235733-23-J 已被使用，请刷新页面: 1</w:t>
      </w:r>
    </w:p>
    <w:p>
      <w:r>
        <w:t>status_500:错误: 笼位:hyb压测笼架109235733-23-K 已被使用，请刷新页面: 1</w:t>
      </w:r>
    </w:p>
    <w:p>
      <w:r>
        <w:t>status_500:错误: 笼位:hyb压测笼架109235733-23-L 已被使用，请刷新页面: 1</w:t>
      </w:r>
    </w:p>
    <w:p>
      <w:r>
        <w:t>status_500:错误: 笼位:hyb压测笼架109235733-23-M 已被使用，请刷新页面: 1</w:t>
      </w:r>
    </w:p>
    <w:p>
      <w:r>
        <w:t>status_500:错误: 笼位:hyb压测笼架109235733-23-N 已被使用，请刷新页面: 1</w:t>
      </w:r>
    </w:p>
    <w:p>
      <w:r>
        <w:t>status_500:错误: 笼位:hyb压测笼架109235733-23-O 已被使用，请刷新页面: 1</w:t>
      </w:r>
    </w:p>
    <w:p>
      <w:r>
        <w:t>status_500:错误: 笼位:hyb压测笼架109235733-23-P 已被使用，请刷新页面: 1</w:t>
      </w:r>
    </w:p>
    <w:p>
      <w:r>
        <w:t>status_500:错误: 笼位:hyb压测笼架109235733-23-Q 已被使用，请刷新页面: 1</w:t>
      </w:r>
    </w:p>
    <w:p>
      <w:r>
        <w:t>status_500:错误: 笼位:hyb压测笼架109235733-23-R 已被使用，请刷新页面: 1</w:t>
      </w:r>
    </w:p>
    <w:p>
      <w:r>
        <w:t>status_500:错误: 笼位:hyb压测笼架109235733-23-S 已被使用，请刷新页面: 1</w:t>
      </w:r>
    </w:p>
    <w:p>
      <w:r>
        <w:t>status_500:错误: 笼位:hyb压测笼架109235733-23-T 已被使用，请刷新页面: 1</w:t>
      </w:r>
    </w:p>
    <w:p>
      <w:r>
        <w:t>status_500:错误: 笼位:hyb压测笼架109235733-23-U 已被使用，请刷新页面: 1</w:t>
      </w:r>
    </w:p>
    <w:p>
      <w:r>
        <w:t>status_500:错误: 笼位:hyb压测笼架109235733-23-V 已被使用，请刷新页面: 1</w:t>
      </w:r>
    </w:p>
    <w:p>
      <w:r>
        <w:t>status_500:错误: 笼位:hyb压测笼架109235733-23-W 已被使用，请刷新页面: 1</w:t>
      </w:r>
    </w:p>
    <w:p>
      <w:r>
        <w:t>status_500:错误: 笼位:hyb压测笼架101896833-1-A 已被使用，请刷新页面: 1</w:t>
      </w:r>
    </w:p>
    <w:p>
      <w:r>
        <w:t>status_500:错误: 笼位:hyb压测笼架101896833-1-B 已被使用，请刷新页面: 1</w:t>
      </w:r>
    </w:p>
    <w:p>
      <w:r>
        <w:t>status_500:错误: 笼位:hyb压测笼架101896833-1-C 已被使用，请刷新页面: 1</w:t>
      </w:r>
    </w:p>
    <w:p>
      <w:r>
        <w:t>status_500:错误: 笼位:hyb压测笼架101896833-1-D 已被使用，请刷新页面: 1</w:t>
      </w:r>
    </w:p>
    <w:p>
      <w:r>
        <w:t>status_500:错误: 笼位:hyb压测笼架101896833-1-E 已被使用，请刷新页面: 1</w:t>
      </w:r>
    </w:p>
    <w:p>
      <w:r>
        <w:t>status_500:错误: 笼位:hyb压测笼架101896833-1-F 已被使用，请刷新页面: 1</w:t>
      </w:r>
    </w:p>
    <w:p>
      <w:r>
        <w:t>status_500:错误: 笼位:hyb压测笼架101896833-1-G 已被使用，请刷新页面: 1</w:t>
      </w:r>
    </w:p>
    <w:p>
      <w:r>
        <w:t>status_500:错误: 笼位:hyb压测笼架101896833-1-H 已被使用，请刷新页面: 1</w:t>
      </w:r>
    </w:p>
    <w:p>
      <w:r>
        <w:t>status_500:错误: 笼位:hyb压测笼架101896833-1-I 已被使用，请刷新页面: 1</w:t>
      </w:r>
    </w:p>
    <w:p>
      <w:r>
        <w:t>status_500:错误: 笼位:hyb压测笼架101896833-1-J 已被使用，请刷新页面: 1</w:t>
      </w:r>
    </w:p>
    <w:p>
      <w:r>
        <w:t>status_500:错误: 笼位:hyb压测笼架101896833-2-A 已被使用，请刷新页面: 1</w:t>
      </w:r>
    </w:p>
    <w:p>
      <w:r>
        <w:t>status_500:错误: 笼位:hyb压测笼架101896833-2-B 已被使用，请刷新页面: 1</w:t>
      </w:r>
    </w:p>
    <w:p>
      <w:r>
        <w:t>status_500:错误: 笼位:hyb压测笼架101896833-2-C 已被使用，请刷新页面: 1</w:t>
      </w:r>
    </w:p>
    <w:p>
      <w:r>
        <w:t>status_500:错误: 笼位:hyb压测笼架101896833-2-D 已被使用，请刷新页面: 1</w:t>
      </w:r>
    </w:p>
    <w:p>
      <w:r>
        <w:t>status_500:错误: 笼位:hyb压测笼架101896833-2-E 已被使用，请刷新页面: 1</w:t>
      </w:r>
    </w:p>
    <w:p>
      <w:r>
        <w:t>status_500:错误: 笼位:hyb压测笼架101896833-2-F 已被使用，请刷新页面: 1</w:t>
      </w:r>
    </w:p>
    <w:p>
      <w:r>
        <w:t>status_500:错误: 笼位:hyb压测笼架101896833-2-G 已被使用，请刷新页面: 1</w:t>
      </w:r>
    </w:p>
    <w:p>
      <w:r>
        <w:t>status_500:错误: 笼位:hyb压测笼架101896833-2-H 已被使用，请刷新页面: 1</w:t>
      </w:r>
    </w:p>
    <w:p>
      <w:r>
        <w:t>status_500:错误: 笼位:hyb压测笼架101896833-2-I 已被使用，请刷新页面: 1</w:t>
      </w:r>
    </w:p>
    <w:p>
      <w:r>
        <w:t>status_500:错误: 笼位:hyb压测笼架101896833-2-J 已被使用，请刷新页面: 1</w:t>
      </w:r>
    </w:p>
    <w:p>
      <w:r>
        <w:t>status_500:错误: 笼位:hyb压测笼架101896833-3-A 已被使用，请刷新页面: 1</w:t>
      </w:r>
    </w:p>
    <w:p>
      <w:r>
        <w:t>status_500:错误: 笼位:hyb压测笼架101896833-3-B 已被使用，请刷新页面: 1</w:t>
      </w:r>
    </w:p>
    <w:p>
      <w:r>
        <w:t>status_500:错误: 笼位:hyb压测笼架101896833-3-C 已被使用，请刷新页面: 1</w:t>
      </w:r>
    </w:p>
    <w:p>
      <w:r>
        <w:t>status_500:错误: 笼位:hyb压测笼架101896833-3-D 已被使用，请刷新页面: 1</w:t>
      </w:r>
    </w:p>
    <w:p>
      <w:r>
        <w:t>status_500:错误: 笼位:hyb压测笼架101896833-3-E 已被使用，请刷新页面: 1</w:t>
      </w:r>
    </w:p>
    <w:p>
      <w:r>
        <w:t>status_500:错误: 笼位:hyb压测笼架101896833-3-F 已被使用，请刷新页面: 1</w:t>
      </w:r>
    </w:p>
    <w:p>
      <w:r>
        <w:t>status_500:错误: 笼位:hyb压测笼架101896833-3-G 已被使用，请刷新页面: 1</w:t>
      </w:r>
    </w:p>
    <w:p>
      <w:r>
        <w:t>status_500:错误: 笼位:hyb压测笼架101896833-3-H 已被使用，请刷新页面: 1</w:t>
      </w:r>
    </w:p>
    <w:p>
      <w:r>
        <w:t>status_500:错误: 笼位:hyb压测笼架101896833-3-I 已被使用，请刷新页面: 1</w:t>
      </w:r>
    </w:p>
    <w:p>
      <w:r>
        <w:t>status_500:错误: 笼位:hyb压测笼架101896833-3-J 已被使用，请刷新页面: 1</w:t>
      </w:r>
    </w:p>
    <w:p>
      <w:r>
        <w:t>status_500:错误: 笼位:hyb压测笼架101896833-4-A 已被使用，请刷新页面: 1</w:t>
      </w:r>
    </w:p>
    <w:p>
      <w:r>
        <w:t>status_500:错误: 笼位:hyb压测笼架101896833-4-B 已被使用，请刷新页面: 1</w:t>
      </w:r>
    </w:p>
    <w:p>
      <w:r>
        <w:t>status_500:错误: 笼位:hyb压测笼架101896833-4-C 已被使用，请刷新页面: 1</w:t>
      </w:r>
    </w:p>
    <w:p>
      <w:r>
        <w:t>status_500:错误: 笼位:hyb压测笼架101896833-4-D 已被使用，请刷新页面: 1</w:t>
      </w:r>
    </w:p>
    <w:p>
      <w:r>
        <w:t>status_500:错误: 笼位:hyb压测笼架101896833-4-E 已被使用，请刷新页面: 1</w:t>
      </w:r>
    </w:p>
    <w:p>
      <w:r>
        <w:t>status_500:错误: 笼位:hyb压测笼架101896833-4-F 已被使用，请刷新页面: 1</w:t>
      </w:r>
    </w:p>
    <w:p>
      <w:r>
        <w:t>status_500:错误: 笼位:hyb压测笼架101896833-4-G 已被使用，请刷新页面: 1</w:t>
      </w:r>
    </w:p>
    <w:p>
      <w:r>
        <w:t>status_500:错误: 笼位:hyb压测笼架101896833-4-H 已被使用，请刷新页面: 1</w:t>
      </w:r>
    </w:p>
    <w:p>
      <w:r>
        <w:t>status_500:错误: 笼位:hyb压测笼架101896833-4-I 已被使用，请刷新页面: 1</w:t>
      </w:r>
    </w:p>
    <w:p>
      <w:r>
        <w:t>status_500:错误: 笼位:hyb压测笼架101896833-4-J 已被使用，请刷新页面: 1</w:t>
      </w:r>
    </w:p>
    <w:p>
      <w:r>
        <w:t>status_500:错误: 笼位:hyb压测笼架101896833-5-A 已被使用，请刷新页面: 1</w:t>
      </w:r>
    </w:p>
    <w:p>
      <w:r>
        <w:t>status_500:错误: 笼位:hyb压测笼架101896833-5-B 已被使用，请刷新页面: 1</w:t>
      </w:r>
    </w:p>
    <w:p>
      <w:r>
        <w:t>status_500:错误: 笼位:hyb压测笼架101896833-5-C 已被使用，请刷新页面: 1</w:t>
      </w:r>
    </w:p>
    <w:p>
      <w:r>
        <w:t>status_500:错误: 笼位:hyb压测笼架101896833-5-D 已被使用，请刷新页面: 1</w:t>
      </w:r>
    </w:p>
    <w:p>
      <w:r>
        <w:t>status_500:错误: 笼位:hyb压测笼架101896833-5-E 已被使用，请刷新页面: 1</w:t>
      </w:r>
    </w:p>
    <w:p>
      <w:r>
        <w:t>status_500:错误: 笼位:hyb压测笼架101896833-5-F 已被使用，请刷新页面: 1</w:t>
      </w:r>
    </w:p>
    <w:p>
      <w:r>
        <w:t>status_500:错误: 笼位:hyb压测笼架101896833-5-G 已被使用，请刷新页面: 1</w:t>
      </w:r>
    </w:p>
    <w:p>
      <w:r>
        <w:t>status_500:错误: 笼位:hyb压测笼架101896833-5-H 已被使用，请刷新页面: 1</w:t>
      </w:r>
    </w:p>
    <w:p>
      <w:r>
        <w:t>status_500:错误: 笼位:hyb压测笼架101896833-5-I 已被使用，请刷新页面: 1</w:t>
      </w:r>
    </w:p>
    <w:p>
      <w:r>
        <w:t>status_500:错误: 笼位:hyb压测笼架101896833-5-J 已被使用，请刷新页面: 1</w:t>
      </w:r>
    </w:p>
    <w:p>
      <w:r>
        <w:t>status_500:错误: 笼位:hyb压测笼架101896833-6-A 已被使用，请刷新页面: 1</w:t>
      </w:r>
    </w:p>
    <w:p>
      <w:r>
        <w:t>status_500:错误: 笼位:hyb压测笼架101896833-6-B 已被使用，请刷新页面: 1</w:t>
      </w:r>
    </w:p>
    <w:p>
      <w:r>
        <w:t>status_500:错误: 笼位:hyb压测笼架101896833-6-C 已被使用，请刷新页面: 1</w:t>
      </w:r>
    </w:p>
    <w:p>
      <w:r>
        <w:t>status_500:错误: 笼位:hyb压测笼架101896833-6-D 已被使用，请刷新页面: 1</w:t>
      </w:r>
    </w:p>
    <w:p>
      <w:r>
        <w:t>status_500:错误: 笼位:hyb压测笼架101896833-6-F 已被使用，请刷新页面: 1</w:t>
      </w:r>
    </w:p>
    <w:p>
      <w:r>
        <w:t>status_500:错误: 笼位:hyb压测笼架101896833-6-E 已被使用，请刷新页面: 1</w:t>
      </w:r>
    </w:p>
    <w:p>
      <w:r>
        <w:t>status_500:错误: 笼位:hyb压测笼架101896833-6-G 已被使用，请刷新页面: 1</w:t>
      </w:r>
    </w:p>
    <w:p>
      <w:r>
        <w:t>status_500:错误: 笼位:hyb压测笼架101896833-6-H 已被使用，请刷新页面: 1</w:t>
      </w:r>
    </w:p>
    <w:p>
      <w:r>
        <w:t>status_500:错误: 笼位:hyb压测笼架101896833-6-I 已被使用，请刷新页面: 1</w:t>
      </w:r>
    </w:p>
    <w:p>
      <w:r>
        <w:t>status_500:错误: 笼位:hyb压测笼架101896833-6-J 已被使用，请刷新页面: 1</w:t>
      </w:r>
    </w:p>
    <w:p>
      <w:r>
        <w:t>status_500:错误: 笼位:hyb压测笼架101896833-7-A 已被使用，请刷新页面: 1</w:t>
      </w:r>
    </w:p>
    <w:p>
      <w:r>
        <w:t>status_500:错误: 笼位:hyb压测笼架101896833-7-B 已被使用，请刷新页面: 1</w:t>
      </w:r>
    </w:p>
    <w:p>
      <w:r>
        <w:t>status_500:错误: 笼位:hyb压测笼架101896833-7-C 已被使用，请刷新页面: 1</w:t>
      </w:r>
    </w:p>
    <w:p>
      <w:r>
        <w:t>status_500:错误: 笼位:hyb压测笼架101896833-7-D 已被使用，请刷新页面: 1</w:t>
      </w:r>
    </w:p>
    <w:p>
      <w:r>
        <w:t>status_500:错误: 笼位:hyb压测笼架101896833-7-E 已被使用，请刷新页面: 1</w:t>
      </w:r>
    </w:p>
    <w:p>
      <w:r>
        <w:t>status_500:错误: 笼位:hyb压测笼架101896833-7-F 已被使用，请刷新页面: 1</w:t>
      </w:r>
    </w:p>
    <w:p>
      <w:r>
        <w:t>status_500:错误: 笼位:hyb压测笼架101896833-7-G 已被使用，请刷新页面: 1</w:t>
      </w:r>
    </w:p>
    <w:p>
      <w:r>
        <w:t>status_500:错误: 笼位:hyb压测笼架101896833-7-H 已被使用，请刷新页面: 1</w:t>
      </w:r>
    </w:p>
    <w:p>
      <w:r>
        <w:t>status_500:错误: 笼位:hyb压测笼架101896833-7-I 已被使用，请刷新页面: 1</w:t>
      </w:r>
    </w:p>
    <w:p>
      <w:r>
        <w:t>status_500:错误: 笼位:hyb压测笼架101896833-7-J 已被使用，请刷新页面: 1</w:t>
      </w:r>
    </w:p>
    <w:p>
      <w:r>
        <w:t>status_500:错误: 笼位:hyb压测笼架101896833-8-A 已被使用，请刷新页面: 1</w:t>
      </w:r>
    </w:p>
    <w:p>
      <w:r>
        <w:t>status_500:错误: 笼位:hyb压测笼架101896833-8-C 已被使用，请刷新页面: 1</w:t>
      </w:r>
    </w:p>
    <w:p>
      <w:r>
        <w:t>status_500:错误: 笼位:hyb压测笼架101896833-8-B 已被使用，请刷新页面: 1</w:t>
      </w:r>
    </w:p>
    <w:p>
      <w:r>
        <w:t>status_500:错误: 笼位:hyb压测笼架101896833-8-D 已被使用，请刷新页面: 1</w:t>
      </w:r>
    </w:p>
    <w:p>
      <w:r>
        <w:t>status_500:错误: 笼位:hyb压测笼架101896833-8-E 已被使用，请刷新页面: 1</w:t>
      </w:r>
    </w:p>
    <w:p>
      <w:r>
        <w:t>status_500:错误: 笼位:hyb压测笼架101896833-8-F 已被使用，请刷新页面: 1</w:t>
      </w:r>
    </w:p>
    <w:p>
      <w:r>
        <w:t>status_500:错误: 笼位:hyb压测笼架101896833-8-G 已被使用，请刷新页面: 1</w:t>
      </w:r>
    </w:p>
    <w:p>
      <w:r>
        <w:t>status_500:错误: 笼位:hyb压测笼架101896833-8-H 已被使用，请刷新页面: 1</w:t>
      </w:r>
    </w:p>
    <w:p>
      <w:r>
        <w:t>status_500:错误: 笼位:hyb压测笼架101896833-8-I 已被使用，请刷新页面: 1</w:t>
      </w:r>
    </w:p>
    <w:p>
      <w:r>
        <w:t>status_500:错误: 笼位:hyb压测笼架101896833-8-J 已被使用，请刷新页面: 1</w:t>
      </w:r>
    </w:p>
    <w:p>
      <w:r>
        <w:t>status_500:错误: 笼位:hyb压测笼架101896833-9-A 已被使用，请刷新页面: 1</w:t>
      </w:r>
    </w:p>
    <w:p>
      <w:r>
        <w:t>status_500:错误: 笼位:hyb压测笼架101896833-9-B 已被使用，请刷新页面: 1</w:t>
      </w:r>
    </w:p>
    <w:p>
      <w:r>
        <w:t>status_500:错误: 笼位:hyb压测笼架101896833-9-C 已被使用，请刷新页面: 1</w:t>
      </w:r>
    </w:p>
    <w:p>
      <w:r>
        <w:t>status_500:错误: 笼位:hyb压测笼架101896833-9-D 已被使用，请刷新页面: 1</w:t>
      </w:r>
    </w:p>
    <w:p>
      <w:r>
        <w:t>status_500:错误: 笼位:hyb压测笼架101896833-9-E 已被使用，请刷新页面: 1</w:t>
      </w:r>
    </w:p>
    <w:p>
      <w:r>
        <w:t>status_500:错误: 笼位:hyb压测笼架101896833-9-F 已被使用，请刷新页面: 1</w:t>
      </w:r>
    </w:p>
    <w:p>
      <w:r>
        <w:t>status_500:错误: 笼位:hyb压测笼架101896833-9-G 已被使用，请刷新页面: 1</w:t>
      </w:r>
    </w:p>
    <w:p>
      <w:r>
        <w:t>status_500:错误: 笼位:hyb压测笼架101896833-9-I 已被使用，请刷新页面: 1</w:t>
      </w:r>
    </w:p>
    <w:p>
      <w:r>
        <w:t>status_500:错误: 笼位:hyb压测笼架101896833-9-H 已被使用，请刷新页面: 1</w:t>
      </w:r>
    </w:p>
    <w:p>
      <w:r>
        <w:t>status_500:错误: 笼位:hyb压测笼架101896833-9-J 已被使用，请刷新页面: 1</w:t>
      </w:r>
    </w:p>
    <w:p>
      <w:r>
        <w:t>status_500:错误: 笼位:hyb压测笼架101896833-10-A 已被使用，请刷新页面: 1</w:t>
      </w:r>
    </w:p>
    <w:p>
      <w:r>
        <w:t>status_500:错误: 笼位:hyb压测笼架101896833-10-B 已被使用，请刷新页面: 1</w:t>
      </w:r>
    </w:p>
    <w:p>
      <w:r>
        <w:t>status_500:错误: 笼位:hyb压测笼架101896833-10-C 已被使用，请刷新页面: 1</w:t>
      </w:r>
    </w:p>
    <w:p>
      <w:r>
        <w:t>status_500:错误: 笼位:hyb压测笼架101896833-10-D 已被使用，请刷新页面: 1</w:t>
      </w:r>
    </w:p>
    <w:p>
      <w:r>
        <w:t>status_500:错误: 笼位:hyb压测笼架101896833-10-E 已被使用，请刷新页面: 1</w:t>
      </w:r>
    </w:p>
    <w:p>
      <w:r>
        <w:t>status_500:错误: 笼位:hyb压测笼架101896833-10-F 已被使用，请刷新页面: 1</w:t>
      </w:r>
    </w:p>
    <w:p>
      <w:r>
        <w:t>status_500:错误: 笼位:hyb压测笼架101896833-10-G 已被使用，请刷新页面: 1</w:t>
      </w:r>
    </w:p>
    <w:p>
      <w:r>
        <w:t>status_500:错误: 笼位:hyb压测笼架101896833-10-H 已被使用，请刷新页面: 1</w:t>
      </w:r>
    </w:p>
    <w:p>
      <w:r>
        <w:t>status_500:错误: 笼位:hyb压测笼架101896833-10-I 已被使用，请刷新页面: 1</w:t>
      </w:r>
    </w:p>
    <w:p>
      <w:r>
        <w:t>status_500:错误: 笼位:hyb压测笼架101896833-10-J 已被使用，请刷新页面: 1</w:t>
      </w:r>
    </w:p>
    <w:p>
      <w:r>
        <w:t>status_500:错误: 笼位:hyb压测笼架107582031-1-A 已被使用，请刷新页面: 1</w:t>
      </w:r>
    </w:p>
    <w:p>
      <w:r>
        <w:t>status_500:错误: 笼位:hyb压测笼架107582031-1-B 已被使用，请刷新页面: 1</w:t>
      </w:r>
    </w:p>
    <w:p>
      <w:r>
        <w:t>status_500:错误: 笼位:hyb压测笼架107582031-1-C 已被使用，请刷新页面: 1</w:t>
      </w:r>
    </w:p>
    <w:p>
      <w:r>
        <w:t>status_500:错误: 笼位:hyb压测笼架107582031-1-D 已被使用，请刷新页面: 1</w:t>
      </w:r>
    </w:p>
    <w:p>
      <w:r>
        <w:t>status_500:错误: 笼位:hyb压测笼架107582031-1-E 已被使用，请刷新页面: 1</w:t>
      </w:r>
    </w:p>
    <w:p>
      <w:r>
        <w:t>status_500:错误: 笼位:hyb压测笼架107582031-1-F 已被使用，请刷新页面: 1</w:t>
      </w:r>
    </w:p>
    <w:p>
      <w:r>
        <w:t>status_500:错误: 笼位:hyb压测笼架107582031-1-G 已被使用，请刷新页面: 1</w:t>
      </w:r>
    </w:p>
    <w:p>
      <w:r>
        <w:t>status_500:错误: 笼位:hyb压测笼架107582031-1-H 已被使用，请刷新页面: 1</w:t>
      </w:r>
    </w:p>
    <w:p>
      <w:r>
        <w:t>status_500:错误: 笼位:hyb压测笼架107582031-1-J 已被使用，请刷新页面: 1</w:t>
      </w:r>
    </w:p>
    <w:p>
      <w:r>
        <w:t>status_500:错误: 笼位:hyb压测笼架107582031-2-A 已被使用，请刷新页面: 1</w:t>
      </w:r>
    </w:p>
    <w:p>
      <w:r>
        <w:t>status_500:错误: 笼位:hyb压测笼架107582031-2-B 已被使用，请刷新页面: 1</w:t>
      </w:r>
    </w:p>
    <w:p>
      <w:r>
        <w:t>status_500:错误: 笼位:hyb压测笼架107582031-2-C 已被使用，请刷新页面: 1</w:t>
      </w:r>
    </w:p>
    <w:p>
      <w:r>
        <w:t>status_500:错误: 笼位:hyb压测笼架107582031-2-D 已被使用，请刷新页面: 1</w:t>
      </w:r>
    </w:p>
    <w:p>
      <w:r>
        <w:t>status_500:错误: 笼位:hyb压测笼架107582031-2-E 已被使用，请刷新页面: 1</w:t>
      </w:r>
    </w:p>
    <w:p>
      <w:r>
        <w:t>status_500:错误: 笼位:hyb压测笼架107582031-2-F 已被使用，请刷新页面: 1</w:t>
      </w:r>
    </w:p>
    <w:p>
      <w:r>
        <w:t>status_500:错误: 笼位:hyb压测笼架107582031-2-G 已被使用，请刷新页面: 1</w:t>
      </w:r>
    </w:p>
    <w:p>
      <w:r>
        <w:t>status_500:错误: 笼位:hyb压测笼架107582031-2-H 已被使用，请刷新页面: 1</w:t>
      </w:r>
    </w:p>
    <w:p>
      <w:r>
        <w:t>status_500:错误: 笼位:hyb压测笼架107582031-2-I 已被使用，请刷新页面: 1</w:t>
      </w:r>
    </w:p>
    <w:p>
      <w:r>
        <w:t>status_500:错误: 笼位:hyb压测笼架107582031-2-J 已被使用，请刷新页面: 1</w:t>
      </w:r>
    </w:p>
    <w:p>
      <w:r>
        <w:t>status_500:错误: 笼位:hyb压测笼架107582031-3-A 已被使用，请刷新页面: 1</w:t>
      </w:r>
    </w:p>
    <w:p>
      <w:r>
        <w:t>status_500:错误: 笼位:hyb压测笼架107582031-3-C 已被使用，请刷新页面: 1</w:t>
      </w:r>
    </w:p>
    <w:p>
      <w:r>
        <w:t>status_500:错误: 笼位:hyb压测笼架107582031-3-B 已被使用，请刷新页面: 1</w:t>
      </w:r>
    </w:p>
    <w:p>
      <w:r>
        <w:t>status_500:错误: 笼位:hyb压测笼架107582031-3-D 已被使用，请刷新页面: 1</w:t>
      </w:r>
    </w:p>
    <w:p>
      <w:r>
        <w:t>status_500:错误: 笼位:hyb压测笼架107582031-3-E 已被使用，请刷新页面: 1</w:t>
      </w:r>
    </w:p>
    <w:p>
      <w:r>
        <w:t>status_500:错误: 笼位:hyb压测笼架107582031-3-F 已被使用，请刷新页面: 1</w:t>
      </w:r>
    </w:p>
    <w:p>
      <w:r>
        <w:t>status_500:错误: 笼位:hyb压测笼架107582031-3-G 已被使用，请刷新页面: 1</w:t>
      </w:r>
    </w:p>
    <w:p>
      <w:r>
        <w:t>status_500:错误: 笼位:hyb压测笼架107582031-3-H 已被使用，请刷新页面: 1</w:t>
      </w:r>
    </w:p>
    <w:p>
      <w:r>
        <w:t>status_500:错误: 笼位:hyb压测笼架107582031-1-I 已被使用，请刷新页面: 1</w:t>
      </w:r>
    </w:p>
    <w:p>
      <w:r>
        <w:t>status_500:错误: 笼位:hyb压测笼架107582031-3-I 已被使用，请刷新页面: 1</w:t>
      </w:r>
    </w:p>
    <w:p>
      <w:r>
        <w:t>status_500:错误: 笼位:hyb压测笼架107582031-3-J 已被使用，请刷新页面: 1</w:t>
      </w:r>
    </w:p>
    <w:p>
      <w:r>
        <w:t>status_500:错误: 笼位:hyb压测笼架107582031-4-A 已被使用，请刷新页面: 1</w:t>
      </w:r>
    </w:p>
    <w:p>
      <w:r>
        <w:t>status_500:错误: 笼位:hyb压测笼架107582031-4-B 已被使用，请刷新页面: 1</w:t>
      </w:r>
    </w:p>
    <w:p>
      <w:r>
        <w:t>status_500:错误: 笼位:hyb压测笼架107582031-4-C 已被使用，请刷新页面: 1</w:t>
      </w:r>
    </w:p>
    <w:p>
      <w:r>
        <w:t>status_500:错误: 笼位:hyb压测笼架107582031-4-D 已被使用，请刷新页面: 1</w:t>
      </w:r>
    </w:p>
    <w:p>
      <w:r>
        <w:t>status_500:错误: 笼位:hyb压测笼架107582031-4-E 已被使用，请刷新页面: 1</w:t>
      </w:r>
    </w:p>
    <w:p>
      <w:r>
        <w:t>status_500:错误: 笼位:hyb压测笼架107582031-4-F 已被使用，请刷新页面: 1</w:t>
      </w:r>
    </w:p>
    <w:p>
      <w:r>
        <w:t>status_500:错误: 笼位:hyb压测笼架107582031-4-H 已被使用，请刷新页面: 1</w:t>
      </w:r>
    </w:p>
    <w:p>
      <w:r>
        <w:t>status_500:错误: 笼位:hyb压测笼架107582031-4-I 已被使用，请刷新页面: 1</w:t>
      </w:r>
    </w:p>
    <w:p>
      <w:r>
        <w:t>status_500:错误: 笼位:hyb压测笼架107582031-4-J 已被使用，请刷新页面: 1</w:t>
      </w:r>
    </w:p>
    <w:p>
      <w:r>
        <w:t>status_500:错误: 笼位:hyb压测笼架107582031-5-A 已被使用，请刷新页面: 1</w:t>
      </w:r>
    </w:p>
    <w:p>
      <w:r>
        <w:t>status_500:错误: 笼位:hyb压测笼架107582031-5-B 已被使用，请刷新页面: 1</w:t>
      </w:r>
    </w:p>
    <w:p>
      <w:r>
        <w:t>status_500:错误: 笼位:hyb压测笼架107582031-5-C 已被使用，请刷新页面: 1</w:t>
      </w:r>
    </w:p>
    <w:p>
      <w:r>
        <w:t>status_500:错误: 笼位:hyb压测笼架107582031-5-D 已被使用，请刷新页面: 1</w:t>
      </w:r>
    </w:p>
    <w:p>
      <w:r>
        <w:t>status_500:错误: 笼位:hyb压测笼架107582031-5-E 已被使用，请刷新页面: 1</w:t>
      </w:r>
    </w:p>
    <w:p>
      <w:r>
        <w:t>status_500:错误: 笼位:hyb压测笼架107582031-5-F 已被使用，请刷新页面: 1</w:t>
      </w:r>
    </w:p>
    <w:p>
      <w:r>
        <w:t>status_500:错误: 笼位:hyb压测笼架107582031-5-G 已被使用，请刷新页面: 1</w:t>
      </w:r>
    </w:p>
    <w:p>
      <w:r>
        <w:t>status_500:错误: 笼位:hyb压测笼架107582031-5-H 已被使用，请刷新页面: 1</w:t>
      </w:r>
    </w:p>
    <w:p>
      <w:r>
        <w:t>status_500:错误: 笼位:hyb压测笼架107582031-5-I 已被使用，请刷新页面: 1</w:t>
      </w:r>
    </w:p>
    <w:p>
      <w:r>
        <w:t>status_500:错误: 笼位:hyb压测笼架107582031-5-J 已被使用，请刷新页面: 1</w:t>
      </w:r>
    </w:p>
    <w:p>
      <w:r>
        <w:t>status_500:错误: 笼位:hyb压测笼架107582031-6-A 已被使用，请刷新页面: 1</w:t>
      </w:r>
    </w:p>
    <w:p>
      <w:r>
        <w:t>status_500:错误: 笼位:hyb压测笼架107582031-6-B 已被使用，请刷新页面: 1</w:t>
      </w:r>
    </w:p>
    <w:p>
      <w:r>
        <w:t>status_500:错误: 笼位:hyb压测笼架107582031-6-C 已被使用，请刷新页面: 1</w:t>
      </w:r>
    </w:p>
    <w:p>
      <w:r>
        <w:t>status_500:错误: 笼位:hyb压测笼架107582031-6-D 已被使用，请刷新页面: 1</w:t>
      </w:r>
    </w:p>
    <w:p>
      <w:r>
        <w:t>status_500:错误: 笼位:hyb压测笼架107582031-6-E 已被使用，请刷新页面: 1</w:t>
      </w:r>
    </w:p>
    <w:p>
      <w:r>
        <w:t>status_500:错误: 笼位:hyb压测笼架107582031-6-F 已被使用，请刷新页面: 1</w:t>
      </w:r>
    </w:p>
    <w:p>
      <w:r>
        <w:t>status_500:错误: 笼位:hyb压测笼架107582031-6-G 已被使用，请刷新页面: 1</w:t>
      </w:r>
    </w:p>
    <w:p>
      <w:r>
        <w:t>status_500:错误: 笼位:hyb压测笼架107582031-4-G 已被使用，请刷新页面: 1</w:t>
      </w:r>
    </w:p>
    <w:p>
      <w:r>
        <w:t>status_500:错误: 笼位:hyb压测笼架107582031-6-H 已被使用，请刷新页面: 1</w:t>
      </w:r>
    </w:p>
    <w:p>
      <w:r>
        <w:t>status_500:错误: 笼位:hyb压测笼架107582031-6-J 已被使用，请刷新页面: 1</w:t>
      </w:r>
    </w:p>
    <w:p>
      <w:r>
        <w:t>status_500:错误: 笼位:hyb压测笼架107582031-6-I 已被使用，请刷新页面: 1</w:t>
      </w:r>
    </w:p>
    <w:p>
      <w:r>
        <w:t>status_500:错误: 笼位:hyb压测笼架107582031-7-A 已被使用，请刷新页面: 1</w:t>
      </w:r>
    </w:p>
    <w:p>
      <w:r>
        <w:t>status_500:错误: 笼位:hyb压测笼架107582031-7-B 已被使用，请刷新页面: 1</w:t>
      </w:r>
    </w:p>
    <w:p>
      <w:r>
        <w:t>status_500:错误: 笼位:hyb压测笼架107582031-7-C 已被使用，请刷新页面: 1</w:t>
      </w:r>
    </w:p>
    <w:p>
      <w:r>
        <w:t>status_500:错误: 笼位:hyb压测笼架107582031-7-D 已被使用，请刷新页面: 1</w:t>
      </w:r>
    </w:p>
    <w:p>
      <w:r>
        <w:t>status_500:错误: 笼位:hyb压测笼架107582031-7-E 已被使用，请刷新页面: 1</w:t>
      </w:r>
    </w:p>
    <w:p>
      <w:r>
        <w:t>status_500:错误: 笼位:hyb压测笼架107582031-7-F 已被使用，请刷新页面: 1</w:t>
      </w:r>
    </w:p>
    <w:p>
      <w:r>
        <w:t>status_500:错误: 笼位:hyb压测笼架107582031-7-G 已被使用，请刷新页面: 1</w:t>
      </w:r>
    </w:p>
    <w:p>
      <w:r>
        <w:t>status_500:错误: 笼位:hyb压测笼架107582031-7-H 已被使用，请刷新页面: 1</w:t>
      </w:r>
    </w:p>
    <w:p>
      <w:r>
        <w:t>status_500:错误: 笼位:hyb压测笼架107582031-7-I 已被使用，请刷新页面: 1</w:t>
      </w:r>
    </w:p>
    <w:p>
      <w:r>
        <w:t>status_500:错误: 笼位:hyb压测笼架107582031-7-J 已被使用，请刷新页面: 1</w:t>
      </w:r>
    </w:p>
    <w:p>
      <w:r>
        <w:t>status_500:错误: 笼位:hyb压测笼架107582031-8-A 已被使用，请刷新页面: 1</w:t>
      </w:r>
    </w:p>
    <w:p>
      <w:r>
        <w:t>status_500:错误: 笼位:hyb压测笼架107582031-8-B 已被使用，请刷新页面: 1</w:t>
      </w:r>
    </w:p>
    <w:p>
      <w:r>
        <w:t>status_500:错误: 笼位:hyb压测笼架107582031-8-C 已被使用，请刷新页面: 1</w:t>
      </w:r>
    </w:p>
    <w:p>
      <w:r>
        <w:t>status_500:错误: 笼位:hyb压测笼架107582031-8-D 已被使用，请刷新页面: 1</w:t>
      </w:r>
    </w:p>
    <w:p>
      <w:r>
        <w:t>status_500:错误: 笼位:hyb压测笼架107582031-8-E 已被使用，请刷新页面: 1</w:t>
      </w:r>
    </w:p>
    <w:p>
      <w:r>
        <w:t>status_500:错误: 笼位:hyb压测笼架107582031-8-F 已被使用，请刷新页面: 1</w:t>
      </w:r>
    </w:p>
    <w:p>
      <w:r>
        <w:t>status_500:错误: 笼位:hyb压测笼架107582031-8-G 已被使用，请刷新页面: 1</w:t>
      </w:r>
    </w:p>
    <w:p>
      <w:r>
        <w:t>status_500:错误: 笼位:hyb压测笼架107582031-8-H 已被使用，请刷新页面: 1</w:t>
      </w:r>
    </w:p>
    <w:p>
      <w:r>
        <w:t>status_500:错误: 笼位:hyb压测笼架107582031-8-I 已被使用，请刷新页面: 1</w:t>
      </w:r>
    </w:p>
    <w:p>
      <w:r>
        <w:t>status_500:错误: 笼位:hyb压测笼架107582031-8-J 已被使用，请刷新页面: 1</w:t>
      </w:r>
    </w:p>
    <w:p>
      <w:r>
        <w:t>status_500:错误: 笼位:hyb压测笼架107582031-9-A 已被使用，请刷新页面: 1</w:t>
      </w:r>
    </w:p>
    <w:p>
      <w:r>
        <w:t>status_500:错误: 笼位:hyb压测笼架107582031-9-B 已被使用，请刷新页面: 1</w:t>
      </w:r>
    </w:p>
    <w:p>
      <w:r>
        <w:t>status_500:错误: 笼位:hyb压测笼架107582031-9-C 已被使用，请刷新页面: 1</w:t>
      </w:r>
    </w:p>
    <w:p>
      <w:r>
        <w:t>status_500:错误: 笼位:hyb压测笼架107582031-9-D 已被使用，请刷新页面: 1</w:t>
      </w:r>
    </w:p>
    <w:p>
      <w:r>
        <w:t>status_500:错误: 笼位:hyb压测笼架107582031-9-F 已被使用，请刷新页面: 1</w:t>
      </w:r>
    </w:p>
    <w:p>
      <w:r>
        <w:t>status_500:错误: 笼位:hyb压测笼架107582031-9-G 已被使用，请刷新页面: 1</w:t>
      </w:r>
    </w:p>
    <w:p>
      <w:r>
        <w:t>status_500:错误: 笼位:hyb压测笼架107582031-9-H 已被使用，请刷新页面: 1</w:t>
      </w:r>
    </w:p>
    <w:p>
      <w:r>
        <w:t>status_500:错误: 笼位:hyb压测笼架107582031-9-I 已被使用，请刷新页面: 1</w:t>
      </w:r>
    </w:p>
    <w:p>
      <w:r>
        <w:t>status_500:错误: 笼位:hyb压测笼架107582031-9-J 已被使用，请刷新页面: 1</w:t>
      </w:r>
    </w:p>
    <w:p>
      <w:r>
        <w:t>status_500:错误: 笼位:hyb压测笼架107582031-10-A 已被使用，请刷新页面: 1</w:t>
      </w:r>
    </w:p>
    <w:p>
      <w:r>
        <w:t>status_500:错误: 笼位:hyb压测笼架107582031-10-B 已被使用，请刷新页面: 1</w:t>
      </w:r>
    </w:p>
    <w:p>
      <w:r>
        <w:t>status_500:错误: 笼位:hyb压测笼架107582031-10-D 已被使用，请刷新页面: 1</w:t>
      </w:r>
    </w:p>
    <w:p>
      <w:r>
        <w:t>status_500:错误: 笼位:hyb压测笼架107582031-10-C 已被使用，请刷新页面: 1</w:t>
      </w:r>
    </w:p>
    <w:p>
      <w:r>
        <w:t>status_500:错误: 笼位:hyb压测笼架107582031-10-E 已被使用，请刷新页面: 1</w:t>
      </w:r>
    </w:p>
    <w:p>
      <w:r>
        <w:t>status_500:错误: 笼位:hyb压测笼架107582031-10-F 已被使用，请刷新页面: 1</w:t>
      </w:r>
    </w:p>
    <w:p>
      <w:r>
        <w:t>status_500:错误: 笼位:hyb压测笼架107582031-10-H 已被使用，请刷新页面: 1</w:t>
      </w:r>
    </w:p>
    <w:p>
      <w:r>
        <w:t>status_500:错误: 笼位:hyb压测笼架107582031-10-G 已被使用，请刷新页面: 1</w:t>
      </w:r>
    </w:p>
    <w:p>
      <w:r>
        <w:t>status_500:错误: 笼位:hyb压测笼架107582031-9-E 已被使用，请刷新页面: 1</w:t>
      </w:r>
    </w:p>
    <w:p>
      <w:r>
        <w:t>status_500:错误: 笼位:hyb压测笼架107582031-10-I 已被使用，请刷新页面: 1</w:t>
      </w:r>
    </w:p>
    <w:p>
      <w:r>
        <w:t>status_500:错误: 笼位:hyb压测笼架107582031-10-J 已被使用，请刷新页面: 1</w:t>
      </w:r>
    </w:p>
    <w:p>
      <w:r>
        <w:t>status_500:错误: 笼位:hyb压测笼架116157795-1-A 已被使用，请刷新页面: 1</w:t>
      </w:r>
    </w:p>
    <w:p>
      <w:r>
        <w:t>status_500:错误: 笼位:hyb压测笼架116157795-1-B 已被使用，请刷新页面: 1</w:t>
      </w:r>
    </w:p>
    <w:p>
      <w:r>
        <w:t>status_500:错误: 笼位:hyb压测笼架116157795-1-C 已被使用，请刷新页面: 1</w:t>
      </w:r>
    </w:p>
    <w:p>
      <w:r>
        <w:t>status_500:错误: 笼位:hyb压测笼架116157795-1-D 已被使用，请刷新页面: 1</w:t>
      </w:r>
    </w:p>
    <w:p>
      <w:r>
        <w:t>status_500:错误: 笼位:hyb压测笼架116157795-1-E 已被使用，请刷新页面: 1</w:t>
      </w:r>
    </w:p>
    <w:p>
      <w:r>
        <w:t>status_500:错误: 笼位:hyb压测笼架116157795-1-F 已被使用，请刷新页面: 1</w:t>
      </w:r>
    </w:p>
    <w:p>
      <w:r>
        <w:t>status_500:错误: 笼位:hyb压测笼架116157795-3-D 已被使用，请刷新页面: 1</w:t>
      </w:r>
    </w:p>
    <w:p>
      <w:r>
        <w:t>status_500:错误: 笼位:hyb压测笼架116157795-1-G 已被使用，请刷新页面: 1</w:t>
      </w:r>
    </w:p>
    <w:p>
      <w:r>
        <w:t>status_500:错误: 笼位:hyb压测笼架116157795-1-H 已被使用，请刷新页面: 1</w:t>
      </w:r>
    </w:p>
    <w:p>
      <w:r>
        <w:t>status_500:错误: 笼位:hyb压测笼架116157795-1-I 已被使用，请刷新页面: 1</w:t>
      </w:r>
    </w:p>
    <w:p>
      <w:r>
        <w:t>status_500:错误: 笼位:hyb压测笼架116157795-1-J 已被使用，请刷新页面: 1</w:t>
      </w:r>
    </w:p>
    <w:p>
      <w:r>
        <w:t>status_500:错误: 笼位:hyb压测笼架116157795-2-A 已被使用，请刷新页面: 1</w:t>
      </w:r>
    </w:p>
    <w:p>
      <w:r>
        <w:t>status_500:错误: 笼位:hyb压测笼架116157795-2-B 已被使用，请刷新页面: 1</w:t>
      </w:r>
    </w:p>
    <w:p>
      <w:r>
        <w:t>status_500:错误: 笼位:hyb压测笼架116157795-2-C 已被使用，请刷新页面: 1</w:t>
      </w:r>
    </w:p>
    <w:p>
      <w:r>
        <w:t>status_500:错误: 笼位:hyb压测笼架116157795-2-D 已被使用，请刷新页面: 1</w:t>
      </w:r>
    </w:p>
    <w:p>
      <w:r>
        <w:t>status_500:错误: 笼位:hyb压测笼架116157795-2-E 已被使用，请刷新页面: 1</w:t>
      </w:r>
    </w:p>
    <w:p>
      <w:r>
        <w:t>status_500:错误: 笼位:hyb压测笼架116157795-2-F 已被使用，请刷新页面: 1</w:t>
      </w:r>
    </w:p>
    <w:p>
      <w:r>
        <w:t>status_500:错误: 笼位:hyb压测笼架116157795-2-G 已被使用，请刷新页面: 1</w:t>
      </w:r>
    </w:p>
    <w:p>
      <w:r>
        <w:t>status_500:错误: 笼位:hyb压测笼架116157795-2-H 已被使用，请刷新页面: 1</w:t>
      </w:r>
    </w:p>
    <w:p>
      <w:r>
        <w:t>status_500:错误: 笼位:hyb压测笼架116157795-2-I 已被使用，请刷新页面: 1</w:t>
      </w:r>
    </w:p>
    <w:p>
      <w:r>
        <w:t>status_500:错误: 笼位:hyb压测笼架116157795-2-J 已被使用，请刷新页面: 1</w:t>
      </w:r>
    </w:p>
    <w:p>
      <w:r>
        <w:t>status_500:错误: 笼位:hyb压测笼架116157795-3-A 已被使用，请刷新页面: 1</w:t>
      </w:r>
    </w:p>
    <w:p>
      <w:r>
        <w:t>status_500:错误: 笼位:hyb压测笼架116157795-3-B 已被使用，请刷新页面: 1</w:t>
      </w:r>
    </w:p>
    <w:p>
      <w:r>
        <w:t>status_500:错误: 笼位:hyb压测笼架116157795-3-C 已被使用，请刷新页面: 1</w:t>
      </w:r>
    </w:p>
    <w:p>
      <w:r>
        <w:t>status_500:错误: 笼位:hyb压测笼架116157795-3-E 已被使用，请刷新页面: 1</w:t>
      </w:r>
    </w:p>
    <w:p>
      <w:r>
        <w:t>status_500:错误: 笼位:hyb压测笼架116157795-3-F 已被使用，请刷新页面: 1</w:t>
      </w:r>
    </w:p>
    <w:p>
      <w:r>
        <w:t>status_500:错误: 笼位:hyb压测笼架116157795-3-G 已被使用，请刷新页面: 1</w:t>
      </w:r>
    </w:p>
    <w:p>
      <w:r>
        <w:t>status_500:错误: 笼位:hyb压测笼架116157795-3-I 已被使用，请刷新页面: 1</w:t>
      </w:r>
    </w:p>
    <w:p>
      <w:r>
        <w:t>status_500:错误: 笼位:hyb压测笼架116157795-3-H 已被使用，请刷新页面: 1</w:t>
      </w:r>
    </w:p>
    <w:p>
      <w:r>
        <w:t>status_500:错误: 笼位:hyb压测笼架116157795-3-J 已被使用，请刷新页面: 1</w:t>
      </w:r>
    </w:p>
    <w:p>
      <w:r>
        <w:t>status_500:错误: 笼位:hyb压测笼架116157795-4-A 已被使用，请刷新页面: 1</w:t>
      </w:r>
    </w:p>
    <w:p>
      <w:r>
        <w:t>status_500:错误: 笼位:hyb压测笼架116157795-4-B 已被使用，请刷新页面: 1</w:t>
      </w:r>
    </w:p>
    <w:p>
      <w:r>
        <w:t>status_500:错误: 笼位:hyb压测笼架116157795-4-D 已被使用，请刷新页面: 1</w:t>
      </w:r>
    </w:p>
    <w:p>
      <w:r>
        <w:t>status_500:错误: 笼位:hyb压测笼架116157795-4-C 已被使用，请刷新页面: 1</w:t>
      </w:r>
    </w:p>
    <w:p>
      <w:r>
        <w:t>status_500:错误: 笼位:hyb压测笼架116157795-4-E 已被使用，请刷新页面: 1</w:t>
      </w:r>
    </w:p>
    <w:p>
      <w:r>
        <w:t>status_500:错误: 笼位:hyb压测笼架116157795-4-F 已被使用，请刷新页面: 1</w:t>
      </w:r>
    </w:p>
    <w:p>
      <w:r>
        <w:t>status_500:错误: 笼位:hyb压测笼架116157795-4-G 已被使用，请刷新页面: 1</w:t>
      </w:r>
    </w:p>
    <w:p>
      <w:r>
        <w:t>status_500:错误: 笼位:hyb压测笼架116157795-4-H 已被使用，请刷新页面: 1</w:t>
      </w:r>
    </w:p>
    <w:p>
      <w:r>
        <w:t>status_500:错误: 笼位:hyb压测笼架116157795-4-I 已被使用，请刷新页面: 1</w:t>
      </w:r>
    </w:p>
    <w:p>
      <w:r>
        <w:t>status_500:错误: 笼位:hyb压测笼架116157795-4-J 已被使用，请刷新页面: 1</w:t>
      </w:r>
    </w:p>
    <w:p>
      <w:r>
        <w:t>status_500:错误: 笼位:hyb压测笼架116157795-5-A 已被使用，请刷新页面: 1</w:t>
      </w:r>
    </w:p>
    <w:p>
      <w:r>
        <w:t>status_500:错误: 笼位:hyb压测笼架116157795-5-C 已被使用，请刷新页面: 1</w:t>
      </w:r>
    </w:p>
    <w:p>
      <w:r>
        <w:t>status_500:错误: 笼位:hyb压测笼架116157795-5-B 已被使用，请刷新页面: 1</w:t>
      </w:r>
    </w:p>
    <w:p>
      <w:r>
        <w:t>status_500:错误: 笼位:hyb压测笼架116157795-5-D 已被使用，请刷新页面: 1</w:t>
      </w:r>
    </w:p>
    <w:p>
      <w:r>
        <w:t>status_500:错误: 笼位:hyb压测笼架116157795-5-F 已被使用，请刷新页面: 1</w:t>
      </w:r>
    </w:p>
    <w:p>
      <w:r>
        <w:t>status_500:错误: 笼位:hyb压测笼架116157795-5-H 已被使用，请刷新页面: 1</w:t>
      </w:r>
    </w:p>
    <w:p>
      <w:r>
        <w:t>status_500:错误: 笼位:hyb压测笼架116157795-5-G 已被使用，请刷新页面: 1</w:t>
      </w:r>
    </w:p>
    <w:p>
      <w:r>
        <w:t>status_500:错误: 笼位:hyb压测笼架116157795-5-I 已被使用，请刷新页面: 1</w:t>
      </w:r>
    </w:p>
    <w:p>
      <w:r>
        <w:t>status_500:错误: 笼位:hyb压测笼架116157795-5-J 已被使用，请刷新页面: 1</w:t>
      </w:r>
    </w:p>
    <w:p>
      <w:r>
        <w:t>status_500:错误: 笼位:hyb压测笼架116157795-6-A 已被使用，请刷新页面: 1</w:t>
      </w:r>
    </w:p>
    <w:p>
      <w:r>
        <w:t>status_500:错误: 笼位:hyb压测笼架116157795-6-B 已被使用，请刷新页面: 1</w:t>
      </w:r>
    </w:p>
    <w:p>
      <w:r>
        <w:t>status_500:错误: 笼位:hyb压测笼架116157795-6-C 已被使用，请刷新页面: 1</w:t>
      </w:r>
    </w:p>
    <w:p>
      <w:r>
        <w:t>status_500:错误: 笼位:hyb压测笼架116157795-6-D 已被使用，请刷新页面: 1</w:t>
      </w:r>
    </w:p>
    <w:p>
      <w:r>
        <w:t>status_500:错误: 笼位:hyb压测笼架116157795-6-E 已被使用，请刷新页面: 1</w:t>
      </w:r>
    </w:p>
    <w:p>
      <w:r>
        <w:t>status_500:错误: 笼位:hyb压测笼架116157795-6-F 已被使用，请刷新页面: 1</w:t>
      </w:r>
    </w:p>
    <w:p>
      <w:r>
        <w:t>status_500:错误: 笼位:hyb压测笼架116157795-6-G 已被使用，请刷新页面: 1</w:t>
      </w:r>
    </w:p>
    <w:p>
      <w:r>
        <w:t>status_500:错误: 笼位:hyb压测笼架116157795-6-H 已被使用，请刷新页面: 1</w:t>
      </w:r>
    </w:p>
    <w:p>
      <w:r>
        <w:t>status_500:错误: 笼位:hyb压测笼架116157795-6-I 已被使用，请刷新页面: 1</w:t>
      </w:r>
    </w:p>
    <w:p>
      <w:r>
        <w:t>status_500:错误: 笼位:hyb压测笼架116157795-6-J 已被使用，请刷新页面: 1</w:t>
      </w:r>
    </w:p>
    <w:p>
      <w:r>
        <w:t>status_500:错误: 笼位:hyb压测笼架116157795-7-A 已被使用，请刷新页面: 1</w:t>
      </w:r>
    </w:p>
    <w:p>
      <w:r>
        <w:t>status_500:错误: 笼位:hyb压测笼架116157795-7-B 已被使用，请刷新页面: 1</w:t>
      </w:r>
    </w:p>
    <w:p>
      <w:r>
        <w:t>status_500:错误: 笼位:hyb压测笼架116157795-7-C 已被使用，请刷新页面: 1</w:t>
      </w:r>
    </w:p>
    <w:p>
      <w:r>
        <w:t>status_500:错误: 笼位:hyb压测笼架116157795-7-D 已被使用，请刷新页面: 1</w:t>
      </w:r>
    </w:p>
    <w:p>
      <w:r>
        <w:t>status_500:错误: 笼位:hyb压测笼架116157795-5-E 已被使用，请刷新页面: 1</w:t>
      </w:r>
    </w:p>
    <w:p>
      <w:r>
        <w:t>status_500:错误: 笼位:hyb压测笼架116157795-7-F 已被使用，请刷新页面: 1</w:t>
      </w:r>
    </w:p>
    <w:p>
      <w:r>
        <w:t>status_500:错误: 笼位:hyb压测笼架116157795-7-E 已被使用，请刷新页面: 1</w:t>
      </w:r>
    </w:p>
    <w:p>
      <w:r>
        <w:t>status_500:错误: 笼位:hyb压测笼架116157795-7-G 已被使用，请刷新页面: 1</w:t>
      </w:r>
    </w:p>
    <w:p>
      <w:r>
        <w:t>status_500:错误: 笼位:hyb压测笼架116157795-7-H 已被使用，请刷新页面: 1</w:t>
      </w:r>
    </w:p>
    <w:p>
      <w:r>
        <w:t>status_500:错误: 笼位:hyb压测笼架116157795-7-I 已被使用，请刷新页面: 1</w:t>
      </w:r>
    </w:p>
    <w:p>
      <w:r>
        <w:t>status_500:错误: 笼位:hyb压测笼架116157795-7-J 已被使用，请刷新页面: 1</w:t>
      </w:r>
    </w:p>
    <w:p>
      <w:r>
        <w:t>status_500:错误: 笼位:hyb压测笼架116157795-8-A 已被使用，请刷新页面: 1</w:t>
      </w:r>
    </w:p>
    <w:p>
      <w:r>
        <w:t>status_500:错误: 笼位:hyb压测笼架116157795-8-C 已被使用，请刷新页面: 1</w:t>
      </w:r>
    </w:p>
    <w:p>
      <w:r>
        <w:t>status_500:错误: 笼位:hyb压测笼架116157795-8-D 已被使用，请刷新页面: 1</w:t>
      </w:r>
    </w:p>
    <w:p>
      <w:r>
        <w:t>status_500:错误: 笼位:hyb压测笼架116157795-8-B 已被使用，请刷新页面: 1</w:t>
      </w:r>
    </w:p>
    <w:p>
      <w:r>
        <w:t>status_500:错误: 笼位:hyb压测笼架116157795-8-E 已被使用，请刷新页面: 1</w:t>
      </w:r>
    </w:p>
    <w:p>
      <w:r>
        <w:t>status_500:错误: 笼位:hyb压测笼架116157795-8-F 已被使用，请刷新页面: 1</w:t>
      </w:r>
    </w:p>
    <w:p>
      <w:r>
        <w:t>status_500:错误: 笼位:hyb压测笼架116157795-8-G 已被使用，请刷新页面: 1</w:t>
      </w:r>
    </w:p>
    <w:p>
      <w:r>
        <w:t>status_500:错误: 笼位:hyb压测笼架116157795-8-H 已被使用，请刷新页面: 1</w:t>
      </w:r>
    </w:p>
    <w:p>
      <w:r>
        <w:t>status_500:错误: 笼位:hyb压测笼架116157795-8-I 已被使用，请刷新页面: 1</w:t>
      </w:r>
    </w:p>
    <w:p>
      <w:r>
        <w:t>status_500:错误: 笼位:hyb压测笼架116157795-8-J 已被使用，请刷新页面: 1</w:t>
      </w:r>
    </w:p>
    <w:p>
      <w:r>
        <w:t>status_500:错误: 笼位:hyb压测笼架116157795-9-A 已被使用，请刷新页面: 1</w:t>
      </w:r>
    </w:p>
    <w:p>
      <w:r>
        <w:t>status_500:错误: 笼位:hyb压测笼架116157795-9-B 已被使用，请刷新页面: 1</w:t>
      </w:r>
    </w:p>
    <w:p>
      <w:r>
        <w:t>status_500:错误: 笼位:hyb压测笼架116157795-9-C 已被使用，请刷新页面: 1</w:t>
      </w:r>
    </w:p>
    <w:p>
      <w:r>
        <w:t>status_500:错误: 笼位:hyb压测笼架116157795-9-D 已被使用，请刷新页面: 1</w:t>
      </w:r>
    </w:p>
    <w:p>
      <w:r>
        <w:t>status_500:错误: 笼位:hyb压测笼架116157795-9-E 已被使用，请刷新页面: 1</w:t>
      </w:r>
    </w:p>
    <w:p>
      <w:r>
        <w:t>status_500:错误: 笼位:hyb压测笼架116157795-9-F 已被使用，请刷新页面: 1</w:t>
      </w:r>
    </w:p>
    <w:p>
      <w:r>
        <w:t>status_500:错误: 笼位:hyb压测笼架116157795-9-G 已被使用，请刷新页面: 1</w:t>
      </w:r>
    </w:p>
    <w:p>
      <w:r>
        <w:t>status_500:错误: 笼位:hyb压测笼架116157795-9-I 已被使用，请刷新页面: 1</w:t>
      </w:r>
    </w:p>
    <w:p>
      <w:r>
        <w:t>status_500:错误: 笼位:hyb压测笼架116157795-9-H 已被使用，请刷新页面: 1</w:t>
      </w:r>
    </w:p>
    <w:p>
      <w:r>
        <w:t>status_500:错误: 笼位:hyb压测笼架116157795-9-J 已被使用，请刷新页面: 1</w:t>
      </w:r>
    </w:p>
    <w:p>
      <w:r>
        <w:t>status_500:错误: 笼位:hyb压测笼架110490890-1-A 已被使用，请刷新页面: 1</w:t>
      </w:r>
    </w:p>
    <w:p>
      <w:r>
        <w:t>status_500:错误: 笼位:hyb压测笼架110490890-1-B 已被使用，请刷新页面: 1</w:t>
      </w:r>
    </w:p>
    <w:p>
      <w:r>
        <w:t>status_500:错误: 笼位:hyb压测笼架110490890-1-C 已被使用，请刷新页面: 1</w:t>
      </w:r>
    </w:p>
    <w:p>
      <w:r>
        <w:t>status_500:错误: 笼位:hyb压测笼架110490890-1-D 已被使用，请刷新页面: 1</w:t>
      </w:r>
    </w:p>
    <w:p>
      <w:r>
        <w:t>status_500:错误: 笼位:hyb压测笼架110490890-1-E 已被使用，请刷新页面: 1</w:t>
      </w:r>
    </w:p>
    <w:p>
      <w:r>
        <w:t>status_500:错误: 笼位:hyb压测笼架110490890-1-F 已被使用，请刷新页面: 1</w:t>
      </w:r>
    </w:p>
    <w:p>
      <w:r>
        <w:t>status_500:错误: 笼位:hyb压测笼架110490890-1-G 已被使用，请刷新页面: 1</w:t>
      </w:r>
    </w:p>
    <w:p>
      <w:r>
        <w:t>status_500:错误: 笼位:hyb压测笼架110490890-1-H 已被使用，请刷新页面: 1</w:t>
      </w:r>
    </w:p>
    <w:p>
      <w:r>
        <w:t>status_500:错误: 笼位:hyb压测笼架110490890-1-I 已被使用，请刷新页面: 1</w:t>
      </w:r>
    </w:p>
    <w:p>
      <w:r>
        <w:t>status_500:错误: 笼位:hyb压测笼架110490890-1-J 已被使用，请刷新页面: 1</w:t>
      </w:r>
    </w:p>
    <w:p>
      <w:r>
        <w:t>status_500:错误: 笼位:hyb压测笼架110490890-2-A 已被使用，请刷新页面: 1</w:t>
      </w:r>
    </w:p>
    <w:p>
      <w:r>
        <w:t>status_500:错误: 笼位:hyb压测笼架110490890-2-C 已被使用，请刷新页面: 1</w:t>
      </w:r>
    </w:p>
    <w:p>
      <w:r>
        <w:t>status_500:错误: 笼位:hyb压测笼架110490890-2-E 已被使用，请刷新页面: 1</w:t>
      </w:r>
    </w:p>
    <w:p>
      <w:r>
        <w:t>status_500:错误: 笼位:hyb压测笼架110490890-2-D 已被使用，请刷新页面: 1</w:t>
      </w:r>
    </w:p>
    <w:p>
      <w:r>
        <w:t>status_500:错误: 笼位:hyb压测笼架110490890-2-F 已被使用，请刷新页面: 1</w:t>
      </w:r>
    </w:p>
    <w:p>
      <w:r>
        <w:t>status_500:错误: 笼位:hyb压测笼架110490890-2-H 已被使用，请刷新页面: 1</w:t>
      </w:r>
    </w:p>
    <w:p>
      <w:r>
        <w:t>status_500:错误: 笼位:hyb压测笼架110490890-2-G 已被使用，请刷新页面: 1</w:t>
      </w:r>
    </w:p>
    <w:p>
      <w:r>
        <w:t>status_500:错误: 笼位:hyb压测笼架110490890-2-I 已被使用，请刷新页面: 1</w:t>
      </w:r>
    </w:p>
    <w:p>
      <w:r>
        <w:t>status_500:错误: 笼位:hyb压测笼架110490890-3-A 已被使用，请刷新页面: 1</w:t>
      </w:r>
    </w:p>
    <w:p>
      <w:r>
        <w:t>status_500:错误: 笼位:hyb压测笼架110490890-2-J 已被使用，请刷新页面: 1</w:t>
      </w:r>
    </w:p>
    <w:p>
      <w:r>
        <w:t>status_500:错误: 笼位:hyb压测笼架110490890-3-B 已被使用，请刷新页面: 1</w:t>
      </w:r>
    </w:p>
    <w:p>
      <w:r>
        <w:t>status_500:错误: 笼位:hyb压测笼架110490890-3-C 已被使用，请刷新页面: 1</w:t>
      </w:r>
    </w:p>
    <w:p>
      <w:r>
        <w:t>status_500:错误: 笼位:hyb压测笼架110490890-3-D 已被使用，请刷新页面: 1</w:t>
      </w:r>
    </w:p>
    <w:p>
      <w:r>
        <w:t>status_500:错误: 笼位:hyb压测笼架110490890-3-E 已被使用，请刷新页面: 1</w:t>
      </w:r>
    </w:p>
    <w:p>
      <w:r>
        <w:t>status_500:错误: 笼位:hyb压测笼架110490890-3-F 已被使用，请刷新页面: 1</w:t>
      </w:r>
    </w:p>
    <w:p>
      <w:r>
        <w:t>status_500:错误: 笼位:hyb压测笼架110490890-3-G 已被使用，请刷新页面: 1</w:t>
      </w:r>
    </w:p>
    <w:p>
      <w:r>
        <w:t>status_500:错误: 笼位:hyb压测笼架110490890-3-H 已被使用，请刷新页面: 1</w:t>
      </w:r>
    </w:p>
    <w:p>
      <w:r>
        <w:t>status_500:错误: 笼位:hyb压测笼架110490890-3-I 已被使用，请刷新页面: 1</w:t>
      </w:r>
    </w:p>
    <w:p>
      <w:r>
        <w:t>status_500:错误: 笼位:hyb压测笼架110490890-3-J 已被使用，请刷新页面: 1</w:t>
      </w:r>
    </w:p>
    <w:p>
      <w:r>
        <w:t>status_500:错误: 笼位:hyb压测笼架110490890-4-A 已被使用，请刷新页面: 1</w:t>
      </w:r>
    </w:p>
    <w:p>
      <w:r>
        <w:t>status_500:错误: 笼位:hyb压测笼架110490890-4-B 已被使用，请刷新页面: 1</w:t>
      </w:r>
    </w:p>
    <w:p>
      <w:r>
        <w:t>status_500:错误: 笼位:hyb压测笼架110490890-4-C 已被使用，请刷新页面: 1</w:t>
      </w:r>
    </w:p>
    <w:p>
      <w:r>
        <w:t>status_500:错误: 笼位:hyb压测笼架110490890-4-D 已被使用，请刷新页面: 1</w:t>
      </w:r>
    </w:p>
    <w:p>
      <w:r>
        <w:t>status_500:错误: 笼位:hyb压测笼架110490890-4-E 已被使用，请刷新页面: 1</w:t>
      </w:r>
    </w:p>
    <w:p>
      <w:r>
        <w:t>status_500:错误: 笼位:hyb压测笼架110490890-4-F 已被使用，请刷新页面: 1</w:t>
      </w:r>
    </w:p>
    <w:p>
      <w:r>
        <w:t>status_500:错误: 笼位:hyb压测笼架110490890-4-G 已被使用，请刷新页面: 1</w:t>
      </w:r>
    </w:p>
    <w:p>
      <w:r>
        <w:t>status_500:错误: 笼位:hyb压测笼架110490890-4-H 已被使用，请刷新页面: 1</w:t>
      </w:r>
    </w:p>
    <w:p>
      <w:r>
        <w:t>status_500:错误: 笼位:hyb压测笼架110490890-4-I 已被使用，请刷新页面: 1</w:t>
      </w:r>
    </w:p>
    <w:p>
      <w:r>
        <w:t>status_500:错误: 笼位:hyb压测笼架110490890-4-J 已被使用，请刷新页面: 1</w:t>
      </w:r>
    </w:p>
    <w:p>
      <w:r>
        <w:t>status_500:错误: 笼位:hyb压测笼架110490890-5-A 已被使用，请刷新页面: 1</w:t>
      </w:r>
    </w:p>
    <w:p>
      <w:r>
        <w:t>status_500:错误: 笼位:hyb压测笼架110490890-2-B 已被使用，请刷新页面: 1</w:t>
      </w:r>
    </w:p>
    <w:p>
      <w:r>
        <w:t>status_500:错误: 笼位:hyb压测笼架110490890-5-B 已被使用，请刷新页面: 1</w:t>
      </w:r>
    </w:p>
    <w:p>
      <w:r>
        <w:t>status_500:错误: 笼位:hyb压测笼架110490890-5-C 已被使用，请刷新页面: 1</w:t>
      </w:r>
    </w:p>
    <w:p>
      <w:r>
        <w:t>status_500:错误: 笼位:hyb压测笼架110490890-5-D 已被使用，请刷新页面: 1</w:t>
      </w:r>
    </w:p>
    <w:p>
      <w:r>
        <w:t>status_500:错误: 笼位:hyb压测笼架110490890-5-E 已被使用，请刷新页面: 1</w:t>
      </w:r>
    </w:p>
    <w:p>
      <w:r>
        <w:t>status_500:错误: 笼位:hyb压测笼架110490890-5-F 已被使用，请刷新页面: 1</w:t>
      </w:r>
    </w:p>
    <w:p>
      <w:r>
        <w:t>status_500:错误: 笼位:hyb压测笼架110490890-5-G 已被使用，请刷新页面: 1</w:t>
      </w:r>
    </w:p>
    <w:p>
      <w:r>
        <w:t>status_500:错误: 笼位:hyb压测笼架110490890-5-H 已被使用，请刷新页面: 1</w:t>
      </w:r>
    </w:p>
    <w:p>
      <w:r>
        <w:t>status_500:错误: 笼位:hyb压测笼架110490890-5-I 已被使用，请刷新页面: 1</w:t>
      </w:r>
    </w:p>
    <w:p>
      <w:r>
        <w:t>status_500:错误: 笼位:hyb压测笼架110490890-5-J 已被使用，请刷新页面: 1</w:t>
      </w:r>
    </w:p>
    <w:p>
      <w:r>
        <w:t>status_500:错误: 笼位:hyb压测笼架110490890-6-A 已被使用，请刷新页面: 1</w:t>
      </w:r>
    </w:p>
    <w:p>
      <w:r>
        <w:t>status_500:错误: 笼位:hyb压测笼架110490890-6-B 已被使用，请刷新页面: 1</w:t>
      </w:r>
    </w:p>
    <w:p>
      <w:r>
        <w:t>status_500:错误: 笼位:hyb压测笼架110490890-6-C 已被使用，请刷新页面: 1</w:t>
      </w:r>
    </w:p>
    <w:p>
      <w:r>
        <w:t>status_500:错误: 笼位:hyb压测笼架110490890-6-D 已被使用，请刷新页面: 1</w:t>
      </w:r>
    </w:p>
    <w:p>
      <w:r>
        <w:t>status_500:错误: 笼位:hyb压测笼架110490890-6-E 已被使用，请刷新页面: 1</w:t>
      </w:r>
    </w:p>
    <w:p>
      <w:r>
        <w:t>status_500:错误: 笼位:hyb压测笼架110490890-6-F 已被使用，请刷新页面: 1</w:t>
      </w:r>
    </w:p>
    <w:p>
      <w:r>
        <w:t>status_500:错误: 笼位:hyb压测笼架110490890-6-G 已被使用，请刷新页面: 1</w:t>
      </w:r>
    </w:p>
    <w:p>
      <w:r>
        <w:t>status_500:错误: 笼位:hyb压测笼架110490890-6-H 已被使用，请刷新页面: 1</w:t>
      </w:r>
    </w:p>
    <w:p>
      <w:r>
        <w:t>status_500:错误: 笼位:hyb压测笼架110490890-6-I 已被使用，请刷新页面: 1</w:t>
      </w:r>
    </w:p>
    <w:p>
      <w:r>
        <w:t>status_500:错误: 笼位:hyb压测笼架110490890-6-J 已被使用，请刷新页面: 1</w:t>
      </w:r>
    </w:p>
    <w:p>
      <w:r>
        <w:t>status_500:错误: 笼位:hyb压测笼架110490890-7-A 已被使用，请刷新页面: 1</w:t>
      </w:r>
    </w:p>
    <w:p>
      <w:r>
        <w:t>status_500:错误: 笼位:hyb压测笼架110490890-7-C 已被使用，请刷新页面: 1</w:t>
      </w:r>
    </w:p>
    <w:p>
      <w:r>
        <w:t>status_500:错误: 笼位:hyb压测笼架110490890-7-B 已被使用，请刷新页面: 1</w:t>
      </w:r>
    </w:p>
    <w:p>
      <w:r>
        <w:t>status_500:错误: 笼位:hyb压测笼架110490890-7-D 已被使用，请刷新页面: 1</w:t>
      </w:r>
    </w:p>
    <w:p>
      <w:r>
        <w:t>status_500:错误: 笼位:hyb压测笼架110490890-7-F 已被使用，请刷新页面: 1</w:t>
      </w:r>
    </w:p>
    <w:p>
      <w:r>
        <w:t>status_500:错误: 笼位:hyb压测笼架110490890-7-E 已被使用，请刷新页面: 1</w:t>
      </w:r>
    </w:p>
    <w:p>
      <w:r>
        <w:t>status_500:错误: 笼位:hyb压测笼架110490890-7-G 已被使用，请刷新页面: 1</w:t>
      </w:r>
    </w:p>
    <w:p>
      <w:r>
        <w:t>status_500:错误: 笼位:hyb压测笼架110490890-7-H 已被使用，请刷新页面: 1</w:t>
      </w:r>
    </w:p>
    <w:p>
      <w:r>
        <w:t>status_500:错误: 笼位:hyb压测笼架110490890-7-I 已被使用，请刷新页面: 1</w:t>
      </w:r>
    </w:p>
    <w:p>
      <w:r>
        <w:t>status_500:错误: 笼位:hyb压测笼架110490890-7-J 已被使用，请刷新页面: 1</w:t>
      </w:r>
    </w:p>
    <w:p>
      <w:r>
        <w:t>status_500:错误: 笼位:hyb压测笼架110490890-8-A 已被使用，请刷新页面: 1</w:t>
      </w:r>
    </w:p>
    <w:p>
      <w:r>
        <w:t>status_500:错误: 笼位:hyb压测笼架110490890-8-B 已被使用，请刷新页面: 1</w:t>
      </w:r>
    </w:p>
    <w:p>
      <w:r>
        <w:t>status_500:错误: 笼位:hyb压测笼架110490890-8-C 已被使用，请刷新页面: 1</w:t>
      </w:r>
    </w:p>
    <w:p>
      <w:r>
        <w:t>status_500:错误: 笼位:hyb压测笼架110490890-8-D 已被使用，请刷新页面: 1</w:t>
      </w:r>
    </w:p>
    <w:p>
      <w:r>
        <w:t>status_500:错误: 笼位:hyb压测笼架110490890-8-E 已被使用，请刷新页面: 1</w:t>
      </w:r>
    </w:p>
    <w:p>
      <w:r>
        <w:t>status_500:错误: 笼位:hyb压测笼架110490890-8-F 已被使用，请刷新页面: 1</w:t>
      </w:r>
    </w:p>
    <w:p>
      <w:r>
        <w:t>status_500:错误: 笼位:hyb压测笼架110490890-8-H 已被使用，请刷新页面: 1</w:t>
      </w:r>
    </w:p>
    <w:p>
      <w:r>
        <w:t>status_500:错误: 笼位:hyb压测笼架110490890-8-G 已被使用，请刷新页面: 1</w:t>
      </w:r>
    </w:p>
    <w:p>
      <w:r>
        <w:t>status_500:错误: 笼位:hyb压测笼架110490890-8-I 已被使用，请刷新页面: 1</w:t>
      </w:r>
    </w:p>
    <w:p>
      <w:r>
        <w:t>status_500:错误: 笼位:hyb压测笼架110490890-8-J 已被使用，请刷新页面: 1</w:t>
      </w:r>
    </w:p>
    <w:p>
      <w:r>
        <w:t>status_500:错误: 笼位:hyb压测笼架110490890-9-A 已被使用，请刷新页面: 1</w:t>
      </w:r>
    </w:p>
    <w:p>
      <w:r>
        <w:t>status_500:错误: 笼位:hyb压测笼架110490890-9-B 已被使用，请刷新页面: 1</w:t>
      </w:r>
    </w:p>
    <w:p>
      <w:r>
        <w:t>status_500:错误: 笼位:hyb压测笼架110490890-9-C 已被使用，请刷新页面: 1</w:t>
      </w:r>
    </w:p>
    <w:p>
      <w:r>
        <w:t>status_500:错误: 笼位:hyb压测笼架110490890-9-D 已被使用，请刷新页面: 1</w:t>
      </w:r>
    </w:p>
    <w:p>
      <w:r>
        <w:t>status_500:错误: 笼位:hyb压测笼架110490890-9-E 已被使用，请刷新页面: 1</w:t>
      </w:r>
    </w:p>
    <w:p>
      <w:r>
        <w:t>status_500:错误: 笼位:hyb压测笼架110490890-9-F 已被使用，请刷新页面: 1</w:t>
      </w:r>
    </w:p>
    <w:p>
      <w:r>
        <w:t>status_500:错误: 笼位:hyb压测笼架110490890-9-G 已被使用，请刷新页面: 1</w:t>
      </w:r>
    </w:p>
    <w:p>
      <w:r>
        <w:t>status_500:错误: 笼位:hyb压测笼架110490890-9-H 已被使用，请刷新页面: 1</w:t>
      </w:r>
    </w:p>
    <w:p>
      <w:r>
        <w:t>status_500:错误: 笼位:hyb压测笼架110490890-9-I 已被使用，请刷新页面: 1</w:t>
      </w:r>
    </w:p>
    <w:p>
      <w:r>
        <w:t>status_500:错误: 笼位:hyb压测笼架110490890-9-J 已被使用，请刷新页面: 1</w:t>
      </w:r>
    </w:p>
    <w:p>
      <w:r>
        <w:t>status_500:错误: 笼位:hyb压测笼架110490890-10-A 已被使用，请刷新页面: 1</w:t>
      </w:r>
    </w:p>
    <w:p>
      <w:r>
        <w:t>status_500:错误: 笼位:hyb压测笼架110490890-10-B 已被使用，请刷新页面: 1</w:t>
      </w:r>
    </w:p>
    <w:p>
      <w:r>
        <w:t>status_500:错误: 笼位:hyb压测笼架110490890-10-C 已被使用，请刷新页面: 1</w:t>
      </w:r>
    </w:p>
    <w:p>
      <w:r>
        <w:t>status_500:错误: 笼位:hyb压测笼架110490890-10-D 已被使用，请刷新页面: 1</w:t>
      </w:r>
    </w:p>
    <w:p>
      <w:r>
        <w:t>status_500:错误: 笼位:hyb压测笼架110490890-10-E 已被使用，请刷新页面: 1</w:t>
      </w:r>
    </w:p>
    <w:p>
      <w:r>
        <w:t>status_500:错误: 笼位:hyb压测笼架119524042-1-B 已被使用，请刷新页面: 1</w:t>
      </w:r>
    </w:p>
    <w:p>
      <w:r>
        <w:t>status_500:错误: 笼位:hyb压测笼架110490890-10-F 已被使用，请刷新页面: 1</w:t>
      </w:r>
    </w:p>
    <w:p>
      <w:r>
        <w:t>status_500:错误: 笼位:hyb压测笼架110490890-10-G 已被使用，请刷新页面: 1</w:t>
      </w:r>
    </w:p>
    <w:p>
      <w:r>
        <w:t>status_500:错误: 笼位:hyb压测笼架110490890-10-H 已被使用，请刷新页面: 1</w:t>
      </w:r>
    </w:p>
    <w:p>
      <w:r>
        <w:t>status_500:错误: 笼位:hyb压测笼架110490890-10-I 已被使用，请刷新页面: 1</w:t>
      </w:r>
    </w:p>
    <w:p>
      <w:r>
        <w:t>status_500:错误: 笼位:hyb压测笼架110490890-10-J 已被使用，请刷新页面: 1</w:t>
      </w:r>
    </w:p>
    <w:p>
      <w:r>
        <w:t>status_500:错误: 笼位:hyb压测笼架119524042-1-A 已被使用，请刷新页面: 1</w:t>
      </w:r>
    </w:p>
    <w:p>
      <w:r>
        <w:t>status_500:错误: 笼位:hyb压测笼架119524042-1-C 已被使用，请刷新页面: 1</w:t>
      </w:r>
    </w:p>
    <w:p>
      <w:r>
        <w:t>status_500:错误: 笼位:hyb压测笼架119524042-1-D 已被使用，请刷新页面: 1</w:t>
      </w:r>
    </w:p>
    <w:p>
      <w:r>
        <w:t>status_500:错误: 笼位:hyb压测笼架119524042-1-E 已被使用，请刷新页面: 1</w:t>
      </w:r>
    </w:p>
    <w:p>
      <w:r>
        <w:t>status_500:错误: 笼位:hyb压测笼架119524042-1-F 已被使用，请刷新页面: 1</w:t>
      </w:r>
    </w:p>
    <w:p>
      <w:r>
        <w:t>status_500:错误: 笼位:hyb压测笼架119524042-1-G 已被使用，请刷新页面: 1</w:t>
      </w:r>
    </w:p>
    <w:p>
      <w:r>
        <w:t>status_500:错误: 笼位:hyb压测笼架119524042-1-H 已被使用，请刷新页面: 1</w:t>
      </w:r>
    </w:p>
    <w:p>
      <w:r>
        <w:t>status_500:错误: 笼位:hyb压测笼架119524042-1-I 已被使用，请刷新页面: 1</w:t>
      </w:r>
    </w:p>
    <w:p>
      <w:r>
        <w:t>status_500:错误: 笼位:hyb压测笼架119524042-1-J 已被使用，请刷新页面: 1</w:t>
      </w:r>
    </w:p>
    <w:p>
      <w:r>
        <w:t>status_500:错误: 笼位:hyb压测笼架119524042-2-A 已被使用，请刷新页面: 1</w:t>
      </w:r>
    </w:p>
    <w:p>
      <w:r>
        <w:t>status_500:错误: 笼位:hyb压测笼架119524042-2-B 已被使用，请刷新页面: 1</w:t>
      </w:r>
    </w:p>
    <w:p>
      <w:r>
        <w:t>status_500:错误: 笼位:hyb压测笼架119524042-2-C 已被使用，请刷新页面: 1</w:t>
      </w:r>
    </w:p>
    <w:p>
      <w:r>
        <w:t>status_500:错误: 笼位:hyb压测笼架119524042-2-D 已被使用，请刷新页面: 1</w:t>
      </w:r>
    </w:p>
    <w:p>
      <w:r>
        <w:t>status_500:错误: 笼位:hyb压测笼架119524042-2-F 已被使用，请刷新页面: 1</w:t>
      </w:r>
    </w:p>
    <w:p>
      <w:r>
        <w:t>status_500:错误: 笼位:hyb压测笼架119524042-2-E 已被使用，请刷新页面: 1</w:t>
      </w:r>
    </w:p>
    <w:p>
      <w:r>
        <w:t>status_500:错误: 笼位:hyb压测笼架119524042-2-G 已被使用，请刷新页面: 1</w:t>
      </w:r>
    </w:p>
    <w:p>
      <w:r>
        <w:t>status_500:错误: 笼位:hyb压测笼架119524042-2-H 已被使用，请刷新页面: 1</w:t>
      </w:r>
    </w:p>
    <w:p>
      <w:r>
        <w:t>status_500:错误: 笼位:hyb压测笼架119524042-2-I 已被使用，请刷新页面: 1</w:t>
      </w:r>
    </w:p>
    <w:p>
      <w:r>
        <w:t>status_500:错误: 笼位:hyb压测笼架119524042-2-J 已被使用，请刷新页面: 1</w:t>
      </w:r>
    </w:p>
    <w:p>
      <w:r>
        <w:t>status_500:错误: 笼位:hyb压测笼架119524042-3-A 已被使用，请刷新页面: 1</w:t>
      </w:r>
    </w:p>
    <w:p>
      <w:r>
        <w:t>status_500:错误: 笼位:hyb压测笼架119524042-3-B 已被使用，请刷新页面: 1</w:t>
      </w:r>
    </w:p>
    <w:p>
      <w:r>
        <w:t>status_500:错误: 笼位:hyb压测笼架119524042-3-C 已被使用，请刷新页面: 1</w:t>
      </w:r>
    </w:p>
    <w:p>
      <w:r>
        <w:t>status_500:错误: 笼位:hyb压测笼架119524042-3-D 已被使用，请刷新页面: 1</w:t>
      </w:r>
    </w:p>
    <w:p>
      <w:r>
        <w:t>status_500:错误: 笼位:hyb压测笼架119524042-3-E 已被使用，请刷新页面: 1</w:t>
      </w:r>
    </w:p>
    <w:p>
      <w:r>
        <w:t>status_500:错误: 笼位:hyb压测笼架119524042-3-F 已被使用，请刷新页面: 1</w:t>
      </w:r>
    </w:p>
    <w:p>
      <w:r>
        <w:t>status_500:错误: 笼位:hyb压测笼架119524042-3-G 已被使用，请刷新页面: 1</w:t>
      </w:r>
    </w:p>
    <w:p>
      <w:r>
        <w:t>status_500:错误: 笼位:hyb压测笼架119524042-3-H 已被使用，请刷新页面: 1</w:t>
      </w:r>
    </w:p>
    <w:p>
      <w:r>
        <w:t>status_500:错误: 笼位:hyb压测笼架119524042-3-I 已被使用，请刷新页面: 1</w:t>
      </w:r>
    </w:p>
    <w:p>
      <w:r>
        <w:t>status_500:错误: 笼位:hyb压测笼架119524042-3-J 已被使用，请刷新页面: 1</w:t>
      </w:r>
    </w:p>
    <w:p>
      <w:r>
        <w:t>status_500:错误: 笼位:hyb压测笼架119524042-4-A 已被使用，请刷新页面: 1</w:t>
      </w:r>
    </w:p>
    <w:p>
      <w:r>
        <w:t>status_500:错误: 笼位:hyb压测笼架119524042-4-B 已被使用，请刷新页面: 1</w:t>
      </w:r>
    </w:p>
    <w:p>
      <w:r>
        <w:t>status_500:错误: 笼位:hyb压测笼架119524042-4-C 已被使用，请刷新页面: 1</w:t>
      </w:r>
    </w:p>
    <w:p>
      <w:r>
        <w:t>status_500:错误: 笼位:hyb压测笼架119524042-4-D 已被使用，请刷新页面: 1</w:t>
      </w:r>
    </w:p>
    <w:p>
      <w:r>
        <w:t>status_500:错误: 笼位:hyb压测笼架119524042-4-E 已被使用，请刷新页面: 1</w:t>
      </w:r>
    </w:p>
    <w:p>
      <w:r>
        <w:t>status_500:错误: 笼位:hyb压测笼架119524042-4-F 已被使用，请刷新页面: 1</w:t>
      </w:r>
    </w:p>
    <w:p>
      <w:r>
        <w:t>status_500:错误: 笼位:hyb压测笼架119524042-4-G 已被使用，请刷新页面: 1</w:t>
      </w:r>
    </w:p>
    <w:p>
      <w:r>
        <w:t>status_500:错误: 笼位:hyb压测笼架119524042-4-H 已被使用，请刷新页面: 1</w:t>
      </w:r>
    </w:p>
    <w:p>
      <w:r>
        <w:t>status_500:错误: 笼位:hyb压测笼架119524042-4-I 已被使用，请刷新页面: 1</w:t>
      </w:r>
    </w:p>
    <w:p>
      <w:r>
        <w:t>status_500:错误: 笼位:hyb压测笼架119524042-4-J 已被使用，请刷新页面: 1</w:t>
      </w:r>
    </w:p>
    <w:p>
      <w:r>
        <w:t>status_500:错误: 笼位:hyb压测笼架119524042-5-A 已被使用，请刷新页面: 1</w:t>
      </w:r>
    </w:p>
    <w:p>
      <w:r>
        <w:t>status_500:错误: 笼位:hyb压测笼架119524042-5-B 已被使用，请刷新页面: 1</w:t>
      </w:r>
    </w:p>
    <w:p>
      <w:r>
        <w:t>status_500:错误: 笼位:hyb压测笼架119524042-5-D 已被使用，请刷新页面: 1</w:t>
      </w:r>
    </w:p>
    <w:p>
      <w:r>
        <w:t>status_500:错误: 笼位:hyb压测笼架119524042-5-E 已被使用，请刷新页面: 1</w:t>
      </w:r>
    </w:p>
    <w:p>
      <w:r>
        <w:t>status_500:错误: 笼位:hyb压测笼架119524042-5-F 已被使用，请刷新页面: 1</w:t>
      </w:r>
    </w:p>
    <w:p>
      <w:r>
        <w:t>status_500:错误: 笼位:hyb压测笼架119524042-5-G 已被使用，请刷新页面: 1</w:t>
      </w:r>
    </w:p>
    <w:p>
      <w:r>
        <w:t>status_500:错误: 笼位:hyb压测笼架119524042-5-H 已被使用，请刷新页面: 1</w:t>
      </w:r>
    </w:p>
    <w:p>
      <w:r>
        <w:t>status_500:错误: 笼位:hyb压测笼架119524042-5-I 已被使用，请刷新页面: 1</w:t>
      </w:r>
    </w:p>
    <w:p>
      <w:r>
        <w:t>status_500:错误: 笼位:hyb压测笼架119524042-5-J 已被使用，请刷新页面: 1</w:t>
      </w:r>
    </w:p>
    <w:p>
      <w:r>
        <w:t>status_500:错误: 笼位:hyb压测笼架119524042-6-A 已被使用，请刷新页面: 1</w:t>
      </w:r>
    </w:p>
    <w:p>
      <w:r>
        <w:t>status_500:错误: 笼位:hyb压测笼架119524042-6-B 已被使用，请刷新页面: 1</w:t>
      </w:r>
    </w:p>
    <w:p>
      <w:r>
        <w:t>status_500:错误: 笼位:hyb压测笼架119524042-6-C 已被使用，请刷新页面: 1</w:t>
      </w:r>
    </w:p>
    <w:p>
      <w:r>
        <w:t>status_500:错误: 笼位:hyb压测笼架119524042-6-D 已被使用，请刷新页面: 1</w:t>
      </w:r>
    </w:p>
    <w:p>
      <w:r>
        <w:t>status_500:错误: 笼位:hyb压测笼架119524042-6-E 已被使用，请刷新页面: 1</w:t>
      </w:r>
    </w:p>
    <w:p>
      <w:r>
        <w:t>status_500:错误: 笼位:hyb压测笼架119524042-6-F 已被使用，请刷新页面: 1</w:t>
      </w:r>
    </w:p>
    <w:p>
      <w:r>
        <w:t>status_500:错误: 笼位:hyb压测笼架119524042-6-G 已被使用，请刷新页面: 1</w:t>
      </w:r>
    </w:p>
    <w:p>
      <w:r>
        <w:t>status_500:错误: 笼位:hyb压测笼架119524042-6-H 已被使用，请刷新页面: 1</w:t>
      </w:r>
    </w:p>
    <w:p>
      <w:r>
        <w:t>status_500:错误: 笼位:hyb压测笼架119524042-6-I 已被使用，请刷新页面: 1</w:t>
      </w:r>
    </w:p>
    <w:p>
      <w:r>
        <w:t>status_500:错误: 笼位:hyb压测笼架119524042-6-J 已被使用，请刷新页面: 1</w:t>
      </w:r>
    </w:p>
    <w:p>
      <w:r>
        <w:t>status_500:错误: 笼位:hyb压测笼架119524042-5-C 已被使用，请刷新页面: 1</w:t>
      </w:r>
    </w:p>
    <w:p>
      <w:r>
        <w:t>status_500:错误: 笼位:hyb压测笼架119524042-7-A 已被使用，请刷新页面: 1</w:t>
      </w:r>
    </w:p>
    <w:p>
      <w:r>
        <w:t>status_500:错误: 笼位:hyb压测笼架119524042-7-B 已被使用，请刷新页面: 1</w:t>
      </w:r>
    </w:p>
    <w:p>
      <w:r>
        <w:t>status_500:错误: 笼位:hyb压测笼架119524042-7-C 已被使用，请刷新页面: 1</w:t>
      </w:r>
    </w:p>
    <w:p>
      <w:r>
        <w:t>status_500:错误: 笼位:hyb压测笼架119524042-7-D 已被使用，请刷新页面: 1</w:t>
      </w:r>
    </w:p>
    <w:p>
      <w:r>
        <w:t>status_500:错误: 笼位:hyb压测笼架119524042-7-E 已被使用，请刷新页面: 1</w:t>
      </w:r>
    </w:p>
    <w:p>
      <w:r>
        <w:t>status_500:错误: 笼位:hyb压测笼架119524042-7-F 已被使用，请刷新页面: 1</w:t>
      </w:r>
    </w:p>
    <w:p>
      <w:r>
        <w:t>status_500:错误: 笼位:hyb压测笼架119524042-7-G 已被使用，请刷新页面: 1</w:t>
      </w:r>
    </w:p>
    <w:p>
      <w:r>
        <w:t>status_500:错误: 笼位:hyb压测笼架119524042-7-H 已被使用，请刷新页面: 1</w:t>
      </w:r>
    </w:p>
    <w:p>
      <w:r>
        <w:t>status_500:错误: 笼位:hyb压测笼架119524042-7-I 已被使用，请刷新页面: 1</w:t>
      </w:r>
    </w:p>
    <w:p>
      <w:r>
        <w:t>status_500:错误: 笼位:hyb压测笼架119524042-7-J 已被使用，请刷新页面: 1</w:t>
      </w:r>
    </w:p>
    <w:p>
      <w:r>
        <w:t>status_500:错误: 笼位:hyb压测笼架119524042-8-A 已被使用，请刷新页面: 1</w:t>
      </w:r>
    </w:p>
    <w:p>
      <w:r>
        <w:t>status_500:错误: 笼位:hyb压测笼架119524042-8-B 已被使用，请刷新页面: 1</w:t>
      </w:r>
    </w:p>
    <w:p>
      <w:r>
        <w:t>status_500:错误: 笼位:hyb压测笼架119524042-8-C 已被使用，请刷新页面: 1</w:t>
      </w:r>
    </w:p>
    <w:p>
      <w:r>
        <w:t>status_500:错误: 笼位:hyb压测笼架119524042-8-D 已被使用，请刷新页面: 1</w:t>
      </w:r>
    </w:p>
    <w:p>
      <w:r>
        <w:t>status_500:错误: 笼位:hyb压测笼架119524042-8-E 已被使用，请刷新页面: 1</w:t>
      </w:r>
    </w:p>
    <w:p>
      <w:r>
        <w:t>status_500:错误: 笼位:hyb压测笼架119524042-8-F 已被使用，请刷新页面: 1</w:t>
      </w:r>
    </w:p>
    <w:p>
      <w:r>
        <w:t>status_500:错误: 笼位:hyb压测笼架119524042-8-G 已被使用，请刷新页面: 1</w:t>
      </w:r>
    </w:p>
    <w:p>
      <w:r>
        <w:t>status_500:错误: 笼位:hyb压测笼架119524042-8-H 已被使用，请刷新页面: 1</w:t>
      </w:r>
    </w:p>
    <w:p>
      <w:r>
        <w:t>status_500:错误: 笼位:hyb压测笼架119524042-8-I 已被使用，请刷新页面: 1</w:t>
      </w:r>
    </w:p>
    <w:p>
      <w:r>
        <w:t>status_500:错误: 笼位:hyb压测笼架119524042-8-J 已被使用，请刷新页面: 1</w:t>
      </w:r>
    </w:p>
    <w:p>
      <w:r>
        <w:t>status_500:错误: 笼位:hyb压测笼架119524042-9-A 已被使用，请刷新页面: 1</w:t>
      </w:r>
    </w:p>
    <w:p>
      <w:r>
        <w:t>status_500:错误: 笼位:hyb压测笼架119524042-9-B 已被使用，请刷新页面: 1</w:t>
      </w:r>
    </w:p>
    <w:p>
      <w:r>
        <w:t>status_500:错误: 笼位:hyb压测笼架119524042-9-C 已被使用，请刷新页面: 1</w:t>
      </w:r>
    </w:p>
    <w:p>
      <w:r>
        <w:t>status_500:错误: 笼位:hyb压测笼架119524042-9-D 已被使用，请刷新页面: 1</w:t>
      </w:r>
    </w:p>
    <w:p>
      <w:r>
        <w:t>status_500:错误: 笼位:hyb压测笼架119524042-9-E 已被使用，请刷新页面: 1</w:t>
      </w:r>
    </w:p>
    <w:p>
      <w:r>
        <w:t>status_500:错误: 笼位:hyb压测笼架119524042-9-F 已被使用，请刷新页面: 1</w:t>
      </w:r>
    </w:p>
    <w:p>
      <w:r>
        <w:t>status_500:错误: 笼位:hyb压测笼架119524042-9-G 已被使用，请刷新页面: 1</w:t>
      </w:r>
    </w:p>
    <w:p>
      <w:r>
        <w:t>status_500:错误: 笼位:hyb压测笼架119524042-9-H 已被使用，请刷新页面: 1</w:t>
      </w:r>
    </w:p>
    <w:p>
      <w:r>
        <w:t>status_500:错误: 笼位:hyb压测笼架119524042-9-I 已被使用，请刷新页面: 1</w:t>
      </w:r>
    </w:p>
    <w:p>
      <w:r>
        <w:t>status_500:错误: 笼位:hyb压测笼架119524042-9-J 已被使用，请刷新页面: 1</w:t>
      </w:r>
    </w:p>
    <w:p>
      <w:r>
        <w:t>status_500:错误: 笼位:hyb压测笼架119524042-10-A 已被使用，请刷新页面: 1</w:t>
      </w:r>
    </w:p>
    <w:p>
      <w:r>
        <w:t>status_500:错误: 笼位:hyb压测笼架119524042-10-B 已被使用，请刷新页面: 1</w:t>
      </w:r>
    </w:p>
    <w:p>
      <w:r>
        <w:t>status_500:错误: 笼位:hyb压测笼架119524042-10-C 已被使用，请刷新页面: 1</w:t>
      </w:r>
    </w:p>
    <w:p>
      <w:r>
        <w:t>status_500:错误: 笼位:hyb压测笼架119524042-10-D 已被使用，请刷新页面: 1</w:t>
      </w:r>
    </w:p>
    <w:p>
      <w:r>
        <w:t>status_500:错误: 笼位:hyb压测笼架119524042-10-E 已被使用，请刷新页面: 1</w:t>
      </w:r>
    </w:p>
    <w:p>
      <w:r>
        <w:t>status_500:错误: 笼位:hyb压测笼架119524042-10-F 已被使用，请刷新页面: 1</w:t>
      </w:r>
    </w:p>
    <w:p>
      <w:r>
        <w:t>status_500:错误: 笼位:hyb压测笼架119524042-10-G 已被使用，请刷新页面: 1</w:t>
      </w:r>
    </w:p>
    <w:p>
      <w:r>
        <w:t>status_500:错误: 笼位:hyb压测笼架119524042-10-H 已被使用，请刷新页面: 1</w:t>
      </w:r>
    </w:p>
    <w:p>
      <w:r>
        <w:t>status_500:错误: 笼位:hyb压测笼架119524042-10-I 已被使用，请刷新页面: 1</w:t>
      </w:r>
    </w:p>
    <w:p>
      <w:r>
        <w:t>status_500:错误: 笼位:hyb压测笼架119524042-10-J 已被使用，请刷新页面: 1</w:t>
      </w:r>
    </w:p>
    <w:p>
      <w:r>
        <w:t>status_500:错误: 笼位:hyb压测笼架100186791-1-A 已被使用，请刷新页面: 1</w:t>
      </w:r>
    </w:p>
    <w:p>
      <w:r>
        <w:t>status_500:错误: 笼位:hyb压测笼架100186791-1-B 已被使用，请刷新页面: 1</w:t>
      </w:r>
    </w:p>
    <w:p>
      <w:r>
        <w:t>status_500:错误: 笼位:hyb压测笼架100186791-1-C 已被使用，请刷新页面: 1</w:t>
      </w:r>
    </w:p>
    <w:p>
      <w:r>
        <w:t>status_500:错误: 笼位:hyb压测笼架100186791-1-D 已被使用，请刷新页面: 1</w:t>
      </w:r>
    </w:p>
    <w:p>
      <w:r>
        <w:t>status_500:错误: 笼位:hyb压测笼架100186791-1-E 已被使用，请刷新页面: 1</w:t>
      </w:r>
    </w:p>
    <w:p>
      <w:r>
        <w:t>status_500:错误: 笼位:hyb压测笼架100186791-1-F 已被使用，请刷新页面: 1</w:t>
      </w:r>
    </w:p>
    <w:p>
      <w:r>
        <w:t>status_500:错误: 笼位:hyb压测笼架100186791-1-G 已被使用，请刷新页面: 1</w:t>
      </w:r>
    </w:p>
    <w:p>
      <w:r>
        <w:t>status_500:错误: 笼位:hyb压测笼架100186791-1-H 已被使用，请刷新页面: 1</w:t>
      </w:r>
    </w:p>
    <w:p>
      <w:r>
        <w:t>status_500:错误: 笼位:hyb压测笼架100186791-1-I 已被使用，请刷新页面: 1</w:t>
      </w:r>
    </w:p>
    <w:p>
      <w:r>
        <w:t>status_500:错误: 笼位:hyb压测笼架100186791-1-J 已被使用，请刷新页面: 1</w:t>
      </w:r>
    </w:p>
    <w:p>
      <w:r>
        <w:t>status_500:错误: 笼位:hyb压测笼架100186791-2-A 已被使用，请刷新页面: 1</w:t>
      </w:r>
    </w:p>
    <w:p>
      <w:r>
        <w:t>status_500:错误: 笼位:hyb压测笼架100186791-2-B 已被使用，请刷新页面: 1</w:t>
      </w:r>
    </w:p>
    <w:p>
      <w:r>
        <w:t>status_500:错误: 笼位:hyb压测笼架100186791-2-C 已被使用，请刷新页面: 1</w:t>
      </w:r>
    </w:p>
    <w:p>
      <w:r>
        <w:t>status_500:错误: 笼位:hyb压测笼架100186791-2-D 已被使用，请刷新页面: 1</w:t>
      </w:r>
    </w:p>
    <w:p>
      <w:r>
        <w:t>status_500:错误: 笼位:hyb压测笼架100186791-2-E 已被使用，请刷新页面: 1</w:t>
      </w:r>
    </w:p>
    <w:p>
      <w:r>
        <w:t>status_500:错误: 笼位:hyb压测笼架100186791-2-F 已被使用，请刷新页面: 1</w:t>
      </w:r>
    </w:p>
    <w:p>
      <w:r>
        <w:t>status_500:错误: 笼位:hyb压测笼架100186791-2-G 已被使用，请刷新页面: 1</w:t>
      </w:r>
    </w:p>
    <w:p>
      <w:r>
        <w:t>status_500:错误: 笼位:hyb压测笼架100186791-2-H 已被使用，请刷新页面: 1</w:t>
      </w:r>
    </w:p>
    <w:p>
      <w:r>
        <w:t>status_500:错误: 笼位:hyb压测笼架100186791-2-I 已被使用，请刷新页面: 1</w:t>
      </w:r>
    </w:p>
    <w:p>
      <w:r>
        <w:t>status_500:错误: 笼位:hyb压测笼架100186791-2-J 已被使用，请刷新页面: 1</w:t>
      </w:r>
    </w:p>
    <w:p>
      <w:r>
        <w:t>status_500:错误: 笼位:hyb压测笼架100186791-3-A 已被使用，请刷新页面: 1</w:t>
      </w:r>
    </w:p>
    <w:p>
      <w:r>
        <w:t>status_500:错误: 笼位:hyb压测笼架100186791-3-B 已被使用，请刷新页面: 1</w:t>
      </w:r>
    </w:p>
    <w:p>
      <w:r>
        <w:t>status_500:错误: 笼位:hyb压测笼架100186791-3-C 已被使用，请刷新页面: 1</w:t>
      </w:r>
    </w:p>
    <w:p>
      <w:r>
        <w:t>status_500:错误: 笼位:hyb压测笼架100186791-3-D 已被使用，请刷新页面: 1</w:t>
      </w:r>
    </w:p>
    <w:p>
      <w:r>
        <w:t>status_500:错误: 笼位:hyb压测笼架100186791-3-E 已被使用，请刷新页面: 1</w:t>
      </w:r>
    </w:p>
    <w:p>
      <w:r>
        <w:t>status_500:错误: 笼位:hyb压测笼架100186791-3-F 已被使用，请刷新页面: 1</w:t>
      </w:r>
    </w:p>
    <w:p>
      <w:r>
        <w:t>status_500:错误: 笼位:hyb压测笼架100186791-3-G 已被使用，请刷新页面: 1</w:t>
      </w:r>
    </w:p>
    <w:p>
      <w:r>
        <w:t>status_500:错误: 笼位:hyb压测笼架100186791-3-H 已被使用，请刷新页面: 1</w:t>
      </w:r>
    </w:p>
    <w:p>
      <w:r>
        <w:t>status_500:错误: 笼位:hyb压测笼架100186791-3-I 已被使用，请刷新页面: 1</w:t>
      </w:r>
    </w:p>
    <w:p>
      <w:r>
        <w:t>status_500:错误: 笼位:hyb压测笼架100186791-3-J 已被使用，请刷新页面: 1</w:t>
      </w:r>
    </w:p>
    <w:p>
      <w:r>
        <w:t>status_500:错误: 笼位:hyb压测笼架100186791-4-A 已被使用，请刷新页面: 1</w:t>
      </w:r>
    </w:p>
    <w:p>
      <w:r>
        <w:t>status_500:错误: 笼位:hyb压测笼架100186791-4-B 已被使用，请刷新页面: 1</w:t>
      </w:r>
    </w:p>
    <w:p>
      <w:r>
        <w:t>status_500:错误: 笼位:hyb压测笼架100186791-4-C 已被使用，请刷新页面: 1</w:t>
      </w:r>
    </w:p>
    <w:p>
      <w:r>
        <w:t>status_500:错误: 笼位:hyb压测笼架100186791-4-D 已被使用，请刷新页面: 1</w:t>
      </w:r>
    </w:p>
    <w:p>
      <w:r>
        <w:t>status_500:错误: 笼位:hyb压测笼架100186791-4-E 已被使用，请刷新页面: 1</w:t>
      </w:r>
    </w:p>
    <w:p>
      <w:r>
        <w:t>status_500:错误: 笼位:hyb压测笼架100186791-4-F 已被使用，请刷新页面: 1</w:t>
      </w:r>
    </w:p>
    <w:p>
      <w:r>
        <w:t>status_500:错误: 笼位:hyb压测笼架100186791-4-G 已被使用，请刷新页面: 1</w:t>
      </w:r>
    </w:p>
    <w:p>
      <w:r>
        <w:t>status_500:错误: 笼位:hyb压测笼架100186791-4-H 已被使用，请刷新页面: 1</w:t>
      </w:r>
    </w:p>
    <w:p>
      <w:r>
        <w:t>status_500:错误: 笼位:hyb压测笼架100186791-4-I 已被使用，请刷新页面: 1</w:t>
      </w:r>
    </w:p>
    <w:p>
      <w:r>
        <w:t>status_500:错误: 笼位:hyb压测笼架100186791-4-J 已被使用，请刷新页面: 1</w:t>
      </w:r>
    </w:p>
    <w:p>
      <w:r>
        <w:t>status_500:错误: 笼位:hyb压测笼架100186791-5-A 已被使用，请刷新页面: 1</w:t>
      </w:r>
    </w:p>
    <w:p>
      <w:r>
        <w:t>status_500:错误: 笼位:hyb压测笼架100186791-5-B 已被使用，请刷新页面: 1</w:t>
      </w:r>
    </w:p>
    <w:p>
      <w:r>
        <w:t>status_500:错误: 笼位:hyb压测笼架100186791-5-C 已被使用，请刷新页面: 1</w:t>
      </w:r>
    </w:p>
    <w:p>
      <w:r>
        <w:t>status_500:错误: 笼位:hyb压测笼架100186791-5-D 已被使用，请刷新页面: 1</w:t>
      </w:r>
    </w:p>
    <w:p>
      <w:r>
        <w:t>status_500:错误: 笼位:hyb压测笼架100186791-5-E 已被使用，请刷新页面: 1</w:t>
      </w:r>
    </w:p>
    <w:p>
      <w:r>
        <w:t>status_500:错误: 笼位:hyb压测笼架100186791-5-F 已被使用，请刷新页面: 1</w:t>
      </w:r>
    </w:p>
    <w:p>
      <w:r>
        <w:t>status_500:错误: 笼位:hyb压测笼架100186791-5-G 已被使用，请刷新页面: 1</w:t>
      </w:r>
    </w:p>
    <w:p>
      <w:r>
        <w:t>status_500:错误: 笼位:hyb压测笼架100186791-5-H 已被使用，请刷新页面: 1</w:t>
      </w:r>
    </w:p>
    <w:p>
      <w:r>
        <w:t>status_500:错误: 笼位:hyb压测笼架100186791-5-I 已被使用，请刷新页面: 1</w:t>
      </w:r>
    </w:p>
    <w:p>
      <w:r>
        <w:t>status_500:错误: 笼位:hyb压测笼架100186791-5-J 已被使用，请刷新页面: 1</w:t>
      </w:r>
    </w:p>
    <w:p>
      <w:r>
        <w:t>status_500:错误: 笼位:hyb压测笼架100186791-6-A 已被使用，请刷新页面: 1</w:t>
      </w:r>
    </w:p>
    <w:p>
      <w:r>
        <w:t>status_500:错误: 笼位:hyb压测笼架100186791-6-B 已被使用，请刷新页面: 1</w:t>
      </w:r>
    </w:p>
    <w:p>
      <w:r>
        <w:t>status_500:错误: 笼位:hyb压测笼架100186791-6-C 已被使用，请刷新页面: 1</w:t>
      </w:r>
    </w:p>
    <w:p>
      <w:r>
        <w:t>status_500:错误: 笼位:hyb压测笼架100186791-6-D 已被使用，请刷新页面: 1</w:t>
      </w:r>
    </w:p>
    <w:p>
      <w:r>
        <w:t>status_500:错误: 笼位:hyb压测笼架100186791-6-E 已被使用，请刷新页面: 1</w:t>
      </w:r>
    </w:p>
    <w:p>
      <w:r>
        <w:t>status_500:错误: 笼位:hyb压测笼架100186791-6-F 已被使用，请刷新页面: 1</w:t>
      </w:r>
    </w:p>
    <w:p>
      <w:r>
        <w:t>status_500:错误: 笼位:hyb压测笼架100186791-6-G 已被使用，请刷新页面: 1</w:t>
      </w:r>
    </w:p>
    <w:p>
      <w:r>
        <w:t>status_500:错误: 笼位:hyb压测笼架100186791-6-H 已被使用，请刷新页面: 1</w:t>
      </w:r>
    </w:p>
    <w:p>
      <w:r>
        <w:t>status_500:错误: 笼位:hyb压测笼架100186791-6-I 已被使用，请刷新页面: 1</w:t>
      </w:r>
    </w:p>
    <w:p>
      <w:r>
        <w:t>status_500:错误: 笼位:hyb压测笼架100186791-6-J 已被使用，请刷新页面: 1</w:t>
      </w:r>
    </w:p>
    <w:p>
      <w:r>
        <w:t>status_500:错误: 笼位:hyb压测笼架100186791-7-A 已被使用，请刷新页面: 1</w:t>
      </w:r>
    </w:p>
    <w:p>
      <w:r>
        <w:t>status_500:错误: 笼位:hyb压测笼架100186791-7-B 已被使用，请刷新页面: 1</w:t>
      </w:r>
    </w:p>
    <w:p>
      <w:r>
        <w:t>status_500:错误: 笼位:hyb压测笼架100186791-7-C 已被使用，请刷新页面: 1</w:t>
      </w:r>
    </w:p>
    <w:p>
      <w:r>
        <w:t>status_500:错误: 笼位:hyb压测笼架100186791-7-D 已被使用，请刷新页面: 1</w:t>
      </w:r>
    </w:p>
    <w:p>
      <w:r>
        <w:t>status_500:错误: 笼位:hyb压测笼架100186791-7-E 已被使用，请刷新页面: 1</w:t>
      </w:r>
    </w:p>
    <w:p>
      <w:r>
        <w:t>status_500:错误: 笼位:hyb压测笼架100186791-7-F 已被使用，请刷新页面: 1</w:t>
      </w:r>
    </w:p>
    <w:p>
      <w:r>
        <w:t>status_500:错误: 笼位:hyb压测笼架100186791-7-G 已被使用，请刷新页面: 1</w:t>
      </w:r>
    </w:p>
    <w:p>
      <w:r>
        <w:t>status_500:错误: 笼位:hyb压测笼架100186791-7-H 已被使用，请刷新页面: 1</w:t>
      </w:r>
    </w:p>
    <w:p>
      <w:r>
        <w:t>status_500:错误: 笼位:hyb压测笼架100186791-7-I 已被使用，请刷新页面: 1</w:t>
      </w:r>
    </w:p>
    <w:p>
      <w:r>
        <w:t>status_500:错误: 笼位:hyb压测笼架100186791-7-J 已被使用，请刷新页面: 1</w:t>
      </w:r>
    </w:p>
    <w:p>
      <w:r>
        <w:t>status_500:错误: 笼位:hyb压测笼架100186791-8-A 已被使用，请刷新页面: 1</w:t>
      </w:r>
    </w:p>
    <w:p>
      <w:r>
        <w:t>status_500:错误: 笼位:hyb压测笼架100186791-8-B 已被使用，请刷新页面: 1</w:t>
      </w:r>
    </w:p>
    <w:p>
      <w:r>
        <w:t>status_500:错误: 笼位:hyb压测笼架100186791-8-C 已被使用，请刷新页面: 1</w:t>
      </w:r>
    </w:p>
    <w:p>
      <w:r>
        <w:t>status_500:错误: 笼位:hyb压测笼架100186791-8-D 已被使用，请刷新页面: 1</w:t>
      </w:r>
    </w:p>
    <w:p>
      <w:r>
        <w:t>status_500:错误: 笼位:hyb压测笼架100186791-8-E 已被使用，请刷新页面: 1</w:t>
      </w:r>
    </w:p>
    <w:p>
      <w:r>
        <w:t>status_500:错误: 笼位:hyb压测笼架100186791-8-F 已被使用，请刷新页面: 1</w:t>
      </w:r>
    </w:p>
    <w:p>
      <w:r>
        <w:t>status_500:错误: 笼位:hyb压测笼架100186791-8-G 已被使用，请刷新页面: 1</w:t>
      </w:r>
    </w:p>
    <w:p>
      <w:r>
        <w:t>status_500:错误: 笼位:hyb压测笼架100186791-8-H 已被使用，请刷新页面: 1</w:t>
      </w:r>
    </w:p>
    <w:p>
      <w:r>
        <w:t>status_500:错误: 笼位:hyb压测笼架100186791-8-I 已被使用，请刷新页面: 1</w:t>
      </w:r>
    </w:p>
    <w:p>
      <w:r>
        <w:t>status_500:错误: 笼位:hyb压测笼架100186791-8-J 已被使用，请刷新页面: 1</w:t>
      </w:r>
    </w:p>
    <w:p>
      <w:r>
        <w:t>status_500:错误: 笼位:hyb压测笼架100186791-9-A 已被使用，请刷新页面: 1</w:t>
      </w:r>
    </w:p>
    <w:p>
      <w:r>
        <w:t>status_500:错误: 笼位:hyb压测笼架100186791-9-C 已被使用，请刷新页面: 1</w:t>
      </w:r>
    </w:p>
    <w:p>
      <w:r>
        <w:t>status_500:错误: 笼位:hyb压测笼架100186791-9-B 已被使用，请刷新页面: 1</w:t>
      </w:r>
    </w:p>
    <w:p>
      <w:r>
        <w:t>status_500:错误: 笼位:hyb压测笼架100186791-9-D 已被使用，请刷新页面: 1</w:t>
      </w:r>
    </w:p>
    <w:p>
      <w:r>
        <w:t>status_500:错误: 笼位:hyb压测笼架100186791-9-E 已被使用，请刷新页面: 1</w:t>
      </w:r>
    </w:p>
    <w:p>
      <w:r>
        <w:t>status_500:错误: 笼位:hyb压测笼架100186791-9-F 已被使用，请刷新页面: 1</w:t>
      </w:r>
    </w:p>
    <w:p>
      <w:r>
        <w:t>status_500:错误: 笼位:hyb压测笼架100186791-9-G 已被使用，请刷新页面: 1</w:t>
      </w:r>
    </w:p>
    <w:p>
      <w:r>
        <w:t>status_500:错误: 笼位:hyb压测笼架100186791-10-H 已被使用，请刷新页面: 1</w:t>
      </w:r>
    </w:p>
    <w:p>
      <w:r>
        <w:t>status_500:错误: 笼位:hyb压测笼架100186791-9-H 已被使用，请刷新页面: 1</w:t>
      </w:r>
    </w:p>
    <w:p>
      <w:r>
        <w:t>status_500:错误: 笼位:hyb压测笼架100186791-9-I 已被使用，请刷新页面: 1</w:t>
      </w:r>
    </w:p>
    <w:p>
      <w:r>
        <w:t>status_500:错误: 笼位:hyb压测笼架100186791-9-J 已被使用，请刷新页面: 1</w:t>
      </w:r>
    </w:p>
    <w:p>
      <w:r>
        <w:t>status_500:错误: 笼位:hyb压测笼架100186791-10-A 已被使用，请刷新页面: 1</w:t>
      </w:r>
    </w:p>
    <w:p>
      <w:r>
        <w:t>status_500:错误: 笼位:hyb压测笼架100186791-10-B 已被使用，请刷新页面: 1</w:t>
      </w:r>
    </w:p>
    <w:p>
      <w:r>
        <w:t>status_500:错误: 笼位:hyb压测笼架100186791-10-C 已被使用，请刷新页面: 1</w:t>
      </w:r>
    </w:p>
    <w:p>
      <w:r>
        <w:t>status_500:错误: 笼位:hyb压测笼架100186791-10-D 已被使用，请刷新页面: 1</w:t>
      </w:r>
    </w:p>
    <w:p>
      <w:r>
        <w:t>status_500:错误: 笼位:hyb压测笼架100186791-10-E 已被使用，请刷新页面: 1</w:t>
      </w:r>
    </w:p>
    <w:p>
      <w:r>
        <w:t>status_500:错误: 笼位:hyb压测笼架100186791-10-F 已被使用，请刷新页面: 1</w:t>
      </w:r>
    </w:p>
    <w:p>
      <w:r>
        <w:t>status_500:错误: 笼位:hyb压测笼架100186791-10-G 已被使用，请刷新页面: 1</w:t>
      </w:r>
    </w:p>
    <w:p>
      <w:r>
        <w:t>status_500:错误: 笼位:hyb压测笼架116882040-1-F 已被使用，请刷新页面: 1</w:t>
      </w:r>
    </w:p>
    <w:p>
      <w:r>
        <w:t>status_500:错误: 笼位:hyb压测笼架100186791-10-I 已被使用，请刷新页面: 1</w:t>
      </w:r>
    </w:p>
    <w:p>
      <w:r>
        <w:t>status_500:错误: 笼位:hyb压测笼架100186791-10-J 已被使用，请刷新页面: 1</w:t>
      </w:r>
    </w:p>
    <w:p>
      <w:r>
        <w:t>status_500:错误: 笼位:hyb压测笼架116882040-1-A 已被使用，请刷新页面: 1</w:t>
      </w:r>
    </w:p>
    <w:p>
      <w:r>
        <w:t>status_500:错误: 笼位:hyb压测笼架116882040-1-B 已被使用，请刷新页面: 1</w:t>
      </w:r>
    </w:p>
    <w:p>
      <w:r>
        <w:t>status_500:错误: 笼位:hyb压测笼架116882040-1-C 已被使用，请刷新页面: 1</w:t>
      </w:r>
    </w:p>
    <w:p>
      <w:r>
        <w:t>status_500:错误: 笼位:hyb压测笼架116882040-1-D 已被使用，请刷新页面: 1</w:t>
      </w:r>
    </w:p>
    <w:p>
      <w:r>
        <w:t>status_500:错误: 笼位:hyb压测笼架116882040-1-E 已被使用，请刷新页面: 1</w:t>
      </w:r>
    </w:p>
    <w:p>
      <w:r>
        <w:t>status_500:错误: 笼位:hyb压测笼架116882040-1-G 已被使用，请刷新页面: 1</w:t>
      </w:r>
    </w:p>
    <w:p>
      <w:r>
        <w:t>status_500:错误: 笼位:hyb压测笼架116882040-1-H 已被使用，请刷新页面: 1</w:t>
      </w:r>
    </w:p>
    <w:p>
      <w:r>
        <w:t>status_500:错误: 笼位:hyb压测笼架116882040-1-I 已被使用，请刷新页面: 1</w:t>
      </w:r>
    </w:p>
    <w:p>
      <w:r>
        <w:t>status_500:错误: 笼位:hyb压测笼架116882040-1-J 已被使用，请刷新页面: 1</w:t>
      </w:r>
    </w:p>
    <w:p>
      <w:r>
        <w:t>status_500:错误: 笼位:hyb压测笼架116882040-2-A 已被使用，请刷新页面: 1</w:t>
      </w:r>
    </w:p>
    <w:p>
      <w:r>
        <w:t>status_500:错误: 笼位:hyb压测笼架116882040-2-B 已被使用，请刷新页面: 1</w:t>
      </w:r>
    </w:p>
    <w:p>
      <w:r>
        <w:t>status_500:错误: 笼位:hyb压测笼架116882040-2-C 已被使用，请刷新页面: 1</w:t>
      </w:r>
    </w:p>
    <w:p>
      <w:r>
        <w:t>status_500:错误: 笼位:hyb压测笼架116882040-2-D 已被使用，请刷新页面: 1</w:t>
      </w:r>
    </w:p>
    <w:p>
      <w:r>
        <w:t>status_500:错误: 笼位:hyb压测笼架116882040-2-E 已被使用，请刷新页面: 1</w:t>
      </w:r>
    </w:p>
    <w:p>
      <w:r>
        <w:t>status_500:错误: 笼位:hyb压测笼架116882040-2-F 已被使用，请刷新页面: 1</w:t>
      </w:r>
    </w:p>
    <w:p>
      <w:r>
        <w:t>status_500:错误: 笼位:hyb压测笼架116882040-2-G 已被使用，请刷新页面: 1</w:t>
      </w:r>
    </w:p>
    <w:p>
      <w:r>
        <w:t>status_500:错误: 笼位:hyb压测笼架116882040-2-H 已被使用，请刷新页面: 1</w:t>
      </w:r>
    </w:p>
    <w:p>
      <w:r>
        <w:t>status_500:错误: 笼位:hyb压测笼架116882040-2-I 已被使用，请刷新页面: 1</w:t>
      </w:r>
    </w:p>
    <w:p>
      <w:r>
        <w:t>status_500:错误: 笼位:hyb压测笼架116882040-2-J 已被使用，请刷新页面: 1</w:t>
      </w:r>
    </w:p>
    <w:p>
      <w:r>
        <w:t>status_500:错误: 笼位:hyb压测笼架116882040-3-A 已被使用，请刷新页面: 1</w:t>
      </w:r>
    </w:p>
    <w:p>
      <w:r>
        <w:t>status_500:错误: 笼位:hyb压测笼架116882040-3-B 已被使用，请刷新页面: 1</w:t>
      </w:r>
    </w:p>
    <w:p>
      <w:r>
        <w:t>status_500:错误: 笼位:hyb压测笼架116882040-3-C 已被使用，请刷新页面: 1</w:t>
      </w:r>
    </w:p>
    <w:p>
      <w:r>
        <w:t>status_500:错误: 笼位:hyb压测笼架116882040-3-D 已被使用，请刷新页面: 1</w:t>
      </w:r>
    </w:p>
    <w:p>
      <w:r>
        <w:t>status_500:错误: 笼位:hyb压测笼架116882040-3-E 已被使用，请刷新页面: 1</w:t>
      </w:r>
    </w:p>
    <w:p>
      <w:r>
        <w:t>status_500:错误: 笼位:hyb压测笼架116882040-3-F 已被使用，请刷新页面: 1</w:t>
      </w:r>
    </w:p>
    <w:p>
      <w:r>
        <w:t>status_500:错误: 笼位:hyb压测笼架116882040-3-G 已被使用，请刷新页面: 1</w:t>
      </w:r>
    </w:p>
    <w:p>
      <w:r>
        <w:t>status_500:错误: 笼位:hyb压测笼架116882040-3-H 已被使用，请刷新页面: 1</w:t>
      </w:r>
    </w:p>
    <w:p>
      <w:r>
        <w:t>status_500:错误: 笼位:hyb压测笼架116882040-3-I 已被使用，请刷新页面: 1</w:t>
      </w:r>
    </w:p>
    <w:p>
      <w:r>
        <w:t>status_500:错误: 笼位:hyb压测笼架116882040-3-J 已被使用，请刷新页面: 1</w:t>
      </w:r>
    </w:p>
    <w:p>
      <w:r>
        <w:t>status_500:错误: 笼位:hyb压测笼架116882040-4-A 已被使用，请刷新页面: 1</w:t>
      </w:r>
    </w:p>
    <w:p>
      <w:r>
        <w:t>status_500:错误: 笼位:hyb压测笼架116882040-4-B 已被使用，请刷新页面: 1</w:t>
      </w:r>
    </w:p>
    <w:p>
      <w:r>
        <w:t>status_500:错误: 笼位:hyb压测笼架116882040-4-C 已被使用，请刷新页面: 1</w:t>
      </w:r>
    </w:p>
    <w:p>
      <w:r>
        <w:t>status_500:错误: 笼位:hyb压测笼架116882040-4-E 已被使用，请刷新页面: 1</w:t>
      </w:r>
    </w:p>
    <w:p>
      <w:r>
        <w:t>status_500:错误: 笼位:hyb压测笼架116882040-4-D 已被使用，请刷新页面: 1</w:t>
      </w:r>
    </w:p>
    <w:p>
      <w:r>
        <w:t>status_500:错误: 笼位:hyb压测笼架116882040-4-F 已被使用，请刷新页面: 1</w:t>
      </w:r>
    </w:p>
    <w:p>
      <w:r>
        <w:t>status_500:错误: 笼位:hyb压测笼架116882040-4-G 已被使用，请刷新页面: 1</w:t>
      </w:r>
    </w:p>
    <w:p>
      <w:r>
        <w:t>status_500:错误: 笼位:hyb压测笼架116882040-4-H 已被使用，请刷新页面: 1</w:t>
      </w:r>
    </w:p>
    <w:p>
      <w:r>
        <w:t>status_500:错误: 笼位:hyb压测笼架116882040-4-I 已被使用，请刷新页面: 1</w:t>
      </w:r>
    </w:p>
    <w:p>
      <w:r>
        <w:t>status_500:错误: 笼位:hyb压测笼架116882040-4-J 已被使用，请刷新页面: 1</w:t>
      </w:r>
    </w:p>
    <w:p>
      <w:r>
        <w:t>status_500:错误: 笼位:hyb压测笼架116882040-5-A 已被使用，请刷新页面: 1</w:t>
      </w:r>
    </w:p>
    <w:p>
      <w:r>
        <w:t>status_500:错误: 笼位:hyb压测笼架116882040-5-B 已被使用，请刷新页面: 1</w:t>
      </w:r>
    </w:p>
    <w:p>
      <w:r>
        <w:t>status_500:错误: 笼位:hyb压测笼架116882040-5-C 已被使用，请刷新页面: 1</w:t>
      </w:r>
    </w:p>
    <w:p>
      <w:r>
        <w:t>status_500:错误: 笼位:hyb压测笼架116882040-5-D 已被使用，请刷新页面: 1</w:t>
      </w:r>
    </w:p>
    <w:p>
      <w:r>
        <w:t>status_500:错误: 笼位:hyb压测笼架116882040-5-E 已被使用，请刷新页面: 1</w:t>
      </w:r>
    </w:p>
    <w:p>
      <w:r>
        <w:t>status_500:错误: 笼位:hyb压测笼架116882040-5-F 已被使用，请刷新页面: 1</w:t>
      </w:r>
    </w:p>
    <w:p>
      <w:r>
        <w:t>status_500:错误: 笼位:hyb压测笼架116882040-5-G 已被使用，请刷新页面: 1</w:t>
      </w:r>
    </w:p>
    <w:p>
      <w:r>
        <w:t>status_500:错误: 笼位:hyb压测笼架116882040-5-H 已被使用，请刷新页面: 1</w:t>
      </w:r>
    </w:p>
    <w:p>
      <w:r>
        <w:t>status_500:错误: 笼位:hyb压测笼架116882040-5-I 已被使用，请刷新页面: 1</w:t>
      </w:r>
    </w:p>
    <w:p>
      <w:r>
        <w:t>status_500:错误: 笼位:hyb压测笼架116882040-5-J 已被使用，请刷新页面: 1</w:t>
      </w:r>
    </w:p>
    <w:p>
      <w:r>
        <w:t>status_500:错误: 笼位:hyb压测笼架116882040-6-A 已被使用，请刷新页面: 1</w:t>
      </w:r>
    </w:p>
    <w:p>
      <w:r>
        <w:t>status_500:错误: 笼位:hyb压测笼架116882040-6-B 已被使用，请刷新页面: 1</w:t>
      </w:r>
    </w:p>
    <w:p>
      <w:r>
        <w:t>status_500:错误: 笼位:hyb压测笼架116882040-6-C 已被使用，请刷新页面: 1</w:t>
      </w:r>
    </w:p>
    <w:p>
      <w:r>
        <w:t>status_500:错误: 笼位:hyb压测笼架116882040-6-D 已被使用，请刷新页面: 1</w:t>
      </w:r>
    </w:p>
    <w:p>
      <w:r>
        <w:t>status_500:错误: 笼位:hyb压测笼架116882040-6-E 已被使用，请刷新页面: 1</w:t>
      </w:r>
    </w:p>
    <w:p>
      <w:r>
        <w:t>status_500:错误: 笼位:hyb压测笼架116882040-6-F 已被使用，请刷新页面: 1</w:t>
      </w:r>
    </w:p>
    <w:p>
      <w:r>
        <w:t>status_500:错误: 笼位:hyb压测笼架116882040-6-G 已被使用，请刷新页面: 1</w:t>
      </w:r>
    </w:p>
    <w:p>
      <w:r>
        <w:t>status_500:错误: 笼位:hyb压测笼架116882040-6-H 已被使用，请刷新页面: 1</w:t>
      </w:r>
    </w:p>
    <w:p>
      <w:r>
        <w:t>status_500:错误: 笼位:hyb压测笼架116882040-6-I 已被使用，请刷新页面: 1</w:t>
      </w:r>
    </w:p>
    <w:p>
      <w:r>
        <w:t>status_500:错误: 笼位:hyb压测笼架116882040-6-J 已被使用，请刷新页面: 1</w:t>
      </w:r>
    </w:p>
    <w:p>
      <w:r>
        <w:t>status_500:错误: 笼位:hyb压测笼架116882040-7-A 已被使用，请刷新页面: 1</w:t>
      </w:r>
    </w:p>
    <w:p>
      <w:r>
        <w:t>status_500:错误: 笼位:hyb压测笼架116882040-7-B 已被使用，请刷新页面: 1</w:t>
      </w:r>
    </w:p>
    <w:p>
      <w:r>
        <w:t>status_500:错误: 笼位:hyb压测笼架116882040-7-C 已被使用，请刷新页面: 1</w:t>
      </w:r>
    </w:p>
    <w:p>
      <w:r>
        <w:t>status_500:错误: 笼位:hyb压测笼架116882040-7-D 已被使用，请刷新页面: 1</w:t>
      </w:r>
    </w:p>
    <w:p>
      <w:r>
        <w:t>status_500:错误: 笼位:hyb压测笼架116882040-7-E 已被使用，请刷新页面: 1</w:t>
      </w:r>
    </w:p>
    <w:p>
      <w:r>
        <w:t>status_500:错误: 笼位:hyb压测笼架116882040-7-F 已被使用，请刷新页面: 1</w:t>
      </w:r>
    </w:p>
    <w:p>
      <w:r>
        <w:t>status_500:错误: 笼位:hyb压测笼架116882040-7-G 已被使用，请刷新页面: 1</w:t>
      </w:r>
    </w:p>
    <w:p>
      <w:r>
        <w:t>status_500:错误: 笼位:hyb压测笼架116882040-7-H 已被使用，请刷新页面: 1</w:t>
      </w:r>
    </w:p>
    <w:p>
      <w:r>
        <w:t>status_500:错误: 笼位:hyb压测笼架116882040-7-I 已被使用，请刷新页面: 1</w:t>
      </w:r>
    </w:p>
    <w:p>
      <w:r>
        <w:t>status_500:错误: 笼位:hyb压测笼架116882040-7-J 已被使用，请刷新页面: 1</w:t>
      </w:r>
    </w:p>
    <w:p>
      <w:r>
        <w:t>status_500:错误: 笼位:hyb压测笼架116882040-8-A 已被使用，请刷新页面: 1</w:t>
      </w:r>
    </w:p>
    <w:p>
      <w:r>
        <w:t>status_500:错误: 笼位:hyb压测笼架116882040-8-B 已被使用，请刷新页面: 1</w:t>
      </w:r>
    </w:p>
    <w:p>
      <w:r>
        <w:t>status_500:错误: 笼位:hyb压测笼架116882040-8-C 已被使用，请刷新页面: 1</w:t>
      </w:r>
    </w:p>
    <w:p>
      <w:r>
        <w:t>status_500:错误: 笼位:hyb压测笼架116882040-8-D 已被使用，请刷新页面: 1</w:t>
      </w:r>
    </w:p>
    <w:p>
      <w:r>
        <w:t>status_500:错误: 笼位:hyb压测笼架116882040-8-E 已被使用，请刷新页面: 1</w:t>
      </w:r>
    </w:p>
    <w:p>
      <w:r>
        <w:t>status_500:错误: 笼位:hyb压测笼架116882040-8-F 已被使用，请刷新页面: 1</w:t>
      </w:r>
    </w:p>
    <w:p>
      <w:r>
        <w:t>status_500:错误: 笼位:hyb压测笼架116882040-8-G 已被使用，请刷新页面: 1</w:t>
      </w:r>
    </w:p>
    <w:p>
      <w:r>
        <w:t>status_500:错误: 笼位:hyb压测笼架116882040-8-H 已被使用，请刷新页面: 1</w:t>
      </w:r>
    </w:p>
    <w:p>
      <w:r>
        <w:t>status_500:错误: 笼位:hyb压测笼架116882040-8-I 已被使用，请刷新页面: 1</w:t>
      </w:r>
    </w:p>
    <w:p>
      <w:r>
        <w:t>status_500:错误: 笼位:hyb压测笼架116882040-8-J 已被使用，请刷新页面: 1</w:t>
      </w:r>
    </w:p>
    <w:p>
      <w:r>
        <w:t>status_500:错误: 笼位:hyb压测笼架116882040-9-A 已被使用，请刷新页面: 1</w:t>
      </w:r>
    </w:p>
    <w:p>
      <w:r>
        <w:t>status_500:错误: 笼位:hyb压测笼架116882040-9-B 已被使用，请刷新页面: 1</w:t>
      </w:r>
    </w:p>
    <w:p>
      <w:r>
        <w:t>status_500:错误: 笼位:hyb压测笼架116882040-9-C 已被使用，请刷新页面: 1</w:t>
      </w:r>
    </w:p>
    <w:p>
      <w:r>
        <w:t>status_500:错误: 笼位:hyb压测笼架116882040-9-D 已被使用，请刷新页面: 1</w:t>
      </w:r>
    </w:p>
    <w:p>
      <w:r>
        <w:t>status_500:错误: 笼位:hyb压测笼架116882040-9-E 已被使用，请刷新页面: 1</w:t>
      </w:r>
    </w:p>
    <w:p>
      <w:r>
        <w:t>status_500:错误: 笼位:hyb压测笼架116882040-9-F 已被使用，请刷新页面: 1</w:t>
      </w:r>
    </w:p>
    <w:p>
      <w:r>
        <w:t>status_500:错误: 笼位:hyb压测笼架116882040-9-G 已被使用，请刷新页面: 1</w:t>
      </w:r>
    </w:p>
    <w:p>
      <w:r>
        <w:t>status_500:错误: 笼位:hyb压测笼架116882040-9-H 已被使用，请刷新页面: 1</w:t>
      </w:r>
    </w:p>
    <w:p>
      <w:r>
        <w:t>status_500:错误: 笼位:hyb压测笼架116882040-9-I 已被使用，请刷新页面: 1</w:t>
      </w:r>
    </w:p>
    <w:p>
      <w:r>
        <w:t>status_500:错误: 笼位:hyb压测笼架116882040-9-J 已被使用，请刷新页面: 1</w:t>
      </w:r>
    </w:p>
    <w:p>
      <w:r>
        <w:t>status_500:错误: 笼位:hyb压测笼架116882040-10-A 已被使用，请刷新页面: 1</w:t>
      </w:r>
    </w:p>
    <w:p>
      <w:r>
        <w:t>status_500:错误: 笼位:hyb压测笼架116882040-10-B 已被使用，请刷新页面: 1</w:t>
      </w:r>
    </w:p>
    <w:p>
      <w:r>
        <w:t>status_500:错误: 笼位:hyb压测笼架116882040-10-C 已被使用，请刷新页面: 1</w:t>
      </w:r>
    </w:p>
    <w:p>
      <w:r>
        <w:t>status_500:错误: 笼位:hyb压测笼架116882040-10-D 已被使用，请刷新页面: 1</w:t>
      </w:r>
    </w:p>
    <w:p>
      <w:r>
        <w:t>status_500:错误: 笼位:hyb压测笼架116882040-10-E 已被使用，请刷新页面: 1</w:t>
      </w:r>
    </w:p>
    <w:p>
      <w:r>
        <w:t>status_500:错误: 笼位:hyb压测笼架116882040-10-F 已被使用，请刷新页面: 1</w:t>
      </w:r>
    </w:p>
    <w:p>
      <w:r>
        <w:t>status_500:错误: 笼位:hyb压测笼架116882040-10-G 已被使用，请刷新页面: 1</w:t>
      </w:r>
    </w:p>
    <w:p>
      <w:r>
        <w:t>status_500:错误: 笼位:hyb压测笼架116882040-10-H 已被使用，请刷新页面: 1</w:t>
      </w:r>
    </w:p>
    <w:p>
      <w:r>
        <w:t>status_500:错误: 笼位:hyb压测笼架116882040-10-I 已被使用，请刷新页面: 1</w:t>
      </w:r>
    </w:p>
    <w:p>
      <w:r>
        <w:t>status_500:错误: 笼位:hyb压测笼架116882040-10-J 已被使用，请刷新页面: 1</w:t>
      </w:r>
    </w:p>
    <w:p>
      <w:r>
        <w:t>status_500:错误: 笼位:hyb压测笼架111372598-1-A 已被使用，请刷新页面: 1</w:t>
      </w:r>
    </w:p>
    <w:p>
      <w:r>
        <w:t>status_500:错误: 笼位:hyb压测笼架111372598-1-B 已被使用，请刷新页面: 1</w:t>
      </w:r>
    </w:p>
    <w:p>
      <w:r>
        <w:t>status_500:错误: 笼位:hyb压测笼架111372598-1-C 已被使用，请刷新页面: 1</w:t>
      </w:r>
    </w:p>
    <w:p>
      <w:r>
        <w:t>status_500:错误: 笼位:hyb压测笼架111372598-1-D 已被使用，请刷新页面: 1</w:t>
      </w:r>
    </w:p>
    <w:p>
      <w:r>
        <w:t>status_500:错误: 笼位:hyb压测笼架111372598-1-E 已被使用，请刷新页面: 1</w:t>
      </w:r>
    </w:p>
    <w:p>
      <w:r>
        <w:t>status_500:错误: 笼位:hyb压测笼架111372598-1-G 已被使用，请刷新页面: 1</w:t>
      </w:r>
    </w:p>
    <w:p>
      <w:r>
        <w:t>status_500:错误: 笼位:hyb压测笼架111372598-1-H 已被使用，请刷新页面: 1</w:t>
      </w:r>
    </w:p>
    <w:p>
      <w:r>
        <w:t>status_500:错误: 笼位:hyb压测笼架111372598-1-I 已被使用，请刷新页面: 1</w:t>
      </w:r>
    </w:p>
    <w:p>
      <w:r>
        <w:t>status_500:错误: 笼位:hyb压测笼架111372598-1-J 已被使用，请刷新页面: 1</w:t>
      </w:r>
    </w:p>
    <w:p>
      <w:r>
        <w:t>status_500:错误: 笼位:hyb压测笼架111372598-2-A 已被使用，请刷新页面: 1</w:t>
      </w:r>
    </w:p>
    <w:p>
      <w:r>
        <w:t>status_500:错误: 笼位:hyb压测笼架111372598-2-B 已被使用，请刷新页面: 1</w:t>
      </w:r>
    </w:p>
    <w:p>
      <w:r>
        <w:t>status_500:错误: 笼位:hyb压测笼架111372598-2-C 已被使用，请刷新页面: 1</w:t>
      </w:r>
    </w:p>
    <w:p>
      <w:r>
        <w:t>status_500:错误: 笼位:hyb压测笼架111372598-2-D 已被使用，请刷新页面: 1</w:t>
      </w:r>
    </w:p>
    <w:p>
      <w:r>
        <w:t>status_500:错误: 笼位:hyb压测笼架111372598-2-E 已被使用，请刷新页面: 1</w:t>
      </w:r>
    </w:p>
    <w:p>
      <w:r>
        <w:t>status_500:错误: 笼位:hyb压测笼架111372598-2-F 已被使用，请刷新页面: 1</w:t>
      </w:r>
    </w:p>
    <w:p>
      <w:r>
        <w:t>status_500:错误: 笼位:hyb压测笼架111372598-2-G 已被使用，请刷新页面: 1</w:t>
      </w:r>
    </w:p>
    <w:p>
      <w:r>
        <w:t>status_500:错误: 笼位:hyb压测笼架111372598-2-H 已被使用，请刷新页面: 1</w:t>
      </w:r>
    </w:p>
    <w:p>
      <w:r>
        <w:t>status_500:错误: 笼位:hyb压测笼架111372598-2-I 已被使用，请刷新页面: 1</w:t>
      </w:r>
    </w:p>
    <w:p>
      <w:r>
        <w:t>status_500:错误: 笼位:hyb压测笼架111372598-3-A 已被使用，请刷新页面: 1</w:t>
      </w:r>
    </w:p>
    <w:p>
      <w:r>
        <w:t>status_500:错误: 笼位:hyb压测笼架111372598-2-J 已被使用，请刷新页面: 1</w:t>
      </w:r>
    </w:p>
    <w:p>
      <w:r>
        <w:t>status_500:错误: 笼位:hyb压测笼架111372598-5-F 已被使用，请刷新页面: 1</w:t>
      </w:r>
    </w:p>
    <w:p>
      <w:r>
        <w:t>status_500:错误: 笼位:hyb压测笼架111372598-3-D 已被使用，请刷新页面: 1</w:t>
      </w:r>
    </w:p>
    <w:p>
      <w:r>
        <w:t>status_500:错误: 笼位:hyb压测笼架111372598-3-C 已被使用，请刷新页面: 1</w:t>
      </w:r>
    </w:p>
    <w:p>
      <w:r>
        <w:t>status_500:错误: 笼位:hyb压测笼架111372598-1-F 已被使用，请刷新页面: 1</w:t>
      </w:r>
    </w:p>
    <w:p>
      <w:r>
        <w:t>status_500:错误: 笼位:hyb压测笼架111372598-3-E 已被使用，请刷新页面: 1</w:t>
      </w:r>
    </w:p>
    <w:p>
      <w:r>
        <w:t>status_500:错误: 笼位:hyb压测笼架111372598-3-F 已被使用，请刷新页面: 1</w:t>
      </w:r>
    </w:p>
    <w:p>
      <w:r>
        <w:t>status_500:错误: 笼位:hyb压测笼架111372598-3-G 已被使用，请刷新页面: 1</w:t>
      </w:r>
    </w:p>
    <w:p>
      <w:r>
        <w:t>status_500:错误: 笼位:hyb压测笼架111372598-3-H 已被使用，请刷新页面: 1</w:t>
      </w:r>
    </w:p>
    <w:p>
      <w:r>
        <w:t>status_500:错误: 笼位:hyb压测笼架111372598-3-I 已被使用，请刷新页面: 1</w:t>
      </w:r>
    </w:p>
    <w:p>
      <w:r>
        <w:t>status_500:错误: 笼位:hyb压测笼架111372598-3-J 已被使用，请刷新页面: 1</w:t>
      </w:r>
    </w:p>
    <w:p>
      <w:r>
        <w:t>status_500:错误: 笼位:hyb压测笼架111372598-4-A 已被使用，请刷新页面: 1</w:t>
      </w:r>
    </w:p>
    <w:p>
      <w:r>
        <w:t>status_500:错误: 笼位:hyb压测笼架111372598-4-B 已被使用，请刷新页面: 1</w:t>
      </w:r>
    </w:p>
    <w:p>
      <w:r>
        <w:t>status_500:错误: 笼位:hyb压测笼架111372598-4-C 已被使用，请刷新页面: 1</w:t>
      </w:r>
    </w:p>
    <w:p>
      <w:r>
        <w:t>status_500:错误: 笼位:hyb压测笼架111372598-4-D 已被使用，请刷新页面: 1</w:t>
      </w:r>
    </w:p>
    <w:p>
      <w:r>
        <w:t>status_500:错误: 笼位:hyb压测笼架111372598-4-E 已被使用，请刷新页面: 1</w:t>
      </w:r>
    </w:p>
    <w:p>
      <w:r>
        <w:t>status_500:错误: 笼位:hyb压测笼架111372598-4-F 已被使用，请刷新页面: 1</w:t>
      </w:r>
    </w:p>
    <w:p>
      <w:r>
        <w:t>status_500:错误: 笼位:hyb压测笼架111372598-4-G 已被使用，请刷新页面: 1</w:t>
      </w:r>
    </w:p>
    <w:p>
      <w:r>
        <w:t>status_500:错误: 笼位:hyb压测笼架111372598-4-H 已被使用，请刷新页面: 1</w:t>
      </w:r>
    </w:p>
    <w:p>
      <w:r>
        <w:t>status_500:错误: 笼位:hyb压测笼架111372598-4-I 已被使用，请刷新页面: 1</w:t>
      </w:r>
    </w:p>
    <w:p>
      <w:r>
        <w:t>status_500:错误: 笼位:hyb压测笼架111372598-4-J 已被使用，请刷新页面: 1</w:t>
      </w:r>
    </w:p>
    <w:p>
      <w:r>
        <w:t>status_500:错误: 笼位:hyb压测笼架111372598-5-A 已被使用，请刷新页面: 1</w:t>
      </w:r>
    </w:p>
    <w:p>
      <w:r>
        <w:t>status_500:错误: 笼位:hyb压测笼架111372598-5-B 已被使用，请刷新页面: 1</w:t>
      </w:r>
    </w:p>
    <w:p>
      <w:r>
        <w:t>status_500:错误: 笼位:hyb压测笼架111372598-5-C 已被使用，请刷新页面: 1</w:t>
      </w:r>
    </w:p>
    <w:p>
      <w:r>
        <w:t>status_500:错误: 笼位:hyb压测笼架111372598-5-D 已被使用，请刷新页面: 1</w:t>
      </w:r>
    </w:p>
    <w:p>
      <w:r>
        <w:t>status_500:错误: 笼位:hyb压测笼架111372598-5-E 已被使用，请刷新页面: 1</w:t>
      </w:r>
    </w:p>
    <w:p>
      <w:r>
        <w:t>status_500:错误: 笼位:hyb压测笼架111372598-3-B 已被使用，请刷新页面: 1</w:t>
      </w:r>
    </w:p>
    <w:p>
      <w:r>
        <w:t>status_500:错误: 笼位:hyb压测笼架111372598-5-G 已被使用，请刷新页面: 1</w:t>
      </w:r>
    </w:p>
    <w:p>
      <w:r>
        <w:t>status_500:错误: 笼位:hyb压测笼架111372598-5-H 已被使用，请刷新页面: 1</w:t>
      </w:r>
    </w:p>
    <w:p>
      <w:r>
        <w:t>status_500:错误: 笼位:hyb压测笼架111372598-5-I 已被使用，请刷新页面: 1</w:t>
      </w:r>
    </w:p>
    <w:p>
      <w:r>
        <w:t>status_500:错误: 笼位:hyb压测笼架111372598-5-J 已被使用，请刷新页面: 1</w:t>
      </w:r>
    </w:p>
    <w:p>
      <w:r>
        <w:t>status_500:错误: 笼位:hyb压测笼架111372598-6-A 已被使用，请刷新页面: 1</w:t>
      </w:r>
    </w:p>
    <w:p>
      <w:r>
        <w:t>status_500:错误: 笼位:hyb压测笼架111372598-6-B 已被使用，请刷新页面: 1</w:t>
      </w:r>
    </w:p>
    <w:p>
      <w:r>
        <w:t>status_500:错误: 笼位:hyb压测笼架111372598-6-D 已被使用，请刷新页面: 1</w:t>
      </w:r>
    </w:p>
    <w:p>
      <w:r>
        <w:t>status_500:错误: 笼位:hyb压测笼架111372598-6-E 已被使用，请刷新页面: 1</w:t>
      </w:r>
    </w:p>
    <w:p>
      <w:r>
        <w:t>status_500:错误: 笼位:hyb压测笼架111372598-6-F 已被使用，请刷新页面: 1</w:t>
      </w:r>
    </w:p>
    <w:p>
      <w:r>
        <w:t>status_500:错误: 笼位:hyb压测笼架111372598-6-G 已被使用，请刷新页面: 1</w:t>
      </w:r>
    </w:p>
    <w:p>
      <w:r>
        <w:t>status_500:错误: 笼位:hyb压测笼架111372598-6-H 已被使用，请刷新页面: 1</w:t>
      </w:r>
    </w:p>
    <w:p>
      <w:r>
        <w:t>status_500:错误: 笼位:hyb压测笼架111372598-6-I 已被使用，请刷新页面: 1</w:t>
      </w:r>
    </w:p>
    <w:p>
      <w:r>
        <w:t>status_500:错误: 笼位:hyb压测笼架111372598-6-J 已被使用，请刷新页面: 1</w:t>
      </w:r>
    </w:p>
    <w:p>
      <w:r>
        <w:t>status_500:错误: 笼位:hyb压测笼架111372598-7-A 已被使用，请刷新页面: 1</w:t>
      </w:r>
    </w:p>
    <w:p>
      <w:r>
        <w:t>status_500:错误: 笼位:hyb压测笼架111372598-7-B 已被使用，请刷新页面: 1</w:t>
      </w:r>
    </w:p>
    <w:p>
      <w:r>
        <w:t>status_500:错误: 笼位:hyb压测笼架111372598-7-C 已被使用，请刷新页面: 1</w:t>
      </w:r>
    </w:p>
    <w:p>
      <w:r>
        <w:t>status_500:错误: 笼位:hyb压测笼架111372598-7-D 已被使用，请刷新页面: 1</w:t>
      </w:r>
    </w:p>
    <w:p>
      <w:r>
        <w:t>status_500:错误: 笼位:hyb压测笼架111372598-7-F 已被使用，请刷新页面: 1</w:t>
      </w:r>
    </w:p>
    <w:p>
      <w:r>
        <w:t>status_500:错误: 笼位:hyb压测笼架111372598-7-G 已被使用，请刷新页面: 1</w:t>
      </w:r>
    </w:p>
    <w:p>
      <w:r>
        <w:t>status_500:错误: 笼位:hyb压测笼架111372598-7-H 已被使用，请刷新页面: 1</w:t>
      </w:r>
    </w:p>
    <w:p>
      <w:r>
        <w:t>status_500:错误: 笼位:hyb压测笼架111372598-7-I 已被使用，请刷新页面: 1</w:t>
      </w:r>
    </w:p>
    <w:p>
      <w:r>
        <w:t>status_500:错误: 笼位:hyb压测笼架111372598-7-J 已被使用，请刷新页面: 1</w:t>
      </w:r>
    </w:p>
    <w:p>
      <w:r>
        <w:t>status_500:错误: 笼位:hyb压测笼架102376579-1-A 已被使用，请刷新页面: 1</w:t>
      </w:r>
    </w:p>
    <w:p>
      <w:r>
        <w:t>status_500:错误: 笼位:hyb压测笼架111372598-8-A 已被使用，请刷新页面: 1</w:t>
      </w:r>
    </w:p>
    <w:p>
      <w:r>
        <w:t>status_500:错误: 笼位:hyb压测笼架111372598-6-C 已被使用，请刷新页面: 1</w:t>
      </w:r>
    </w:p>
    <w:p>
      <w:r>
        <w:t>status_500:错误: 笼位:hyb压测笼架102376579-1-B 已被使用，请刷新页面: 1</w:t>
      </w:r>
    </w:p>
    <w:p>
      <w:r>
        <w:t>status_500:错误: 笼位:hyb压测笼架111372598-8-B 已被使用，请刷新页面: 1</w:t>
      </w:r>
    </w:p>
    <w:p>
      <w:r>
        <w:t>status_500:错误: 笼位:hyb压测笼架111372598-8-C 已被使用，请刷新页面: 1</w:t>
      </w:r>
    </w:p>
    <w:p>
      <w:r>
        <w:t>status_500:错误: 笼位:hyb压测笼架102376579-1-C 已被使用，请刷新页面: 1</w:t>
      </w:r>
    </w:p>
    <w:p>
      <w:r>
        <w:t>status_500:错误: 笼位:hyb压测笼架111372598-8-D 已被使用，请刷新页面: 1</w:t>
      </w:r>
    </w:p>
    <w:p>
      <w:r>
        <w:t>status_500:错误: 笼位:hyb压测笼架102376579-1-D 已被使用，请刷新页面: 1</w:t>
      </w:r>
    </w:p>
    <w:p>
      <w:r>
        <w:t>status_500:错误: 笼位:hyb压测笼架111372598-8-E 已被使用，请刷新页面: 1</w:t>
      </w:r>
    </w:p>
    <w:p>
      <w:r>
        <w:t>status_500:错误: 笼位:hyb压测笼架102376579-1-E 已被使用，请刷新页面: 1</w:t>
      </w:r>
    </w:p>
    <w:p>
      <w:r>
        <w:t>status_500:错误: 笼位:hyb压测笼架111372598-8-F 已被使用，请刷新页面: 1</w:t>
      </w:r>
    </w:p>
    <w:p>
      <w:r>
        <w:t>status_500:错误: 笼位:hyb压测笼架102376579-1-F 已被使用，请刷新页面: 1</w:t>
      </w:r>
    </w:p>
    <w:p>
      <w:r>
        <w:t>status_500:错误: 笼位:hyb压测笼架111372598-8-G 已被使用，请刷新页面: 1</w:t>
      </w:r>
    </w:p>
    <w:p>
      <w:r>
        <w:t>status_500:错误: 笼位:hyb压测笼架111372598-7-E 已被使用，请刷新页面: 1</w:t>
      </w:r>
    </w:p>
    <w:p>
      <w:r>
        <w:t>status_500:错误: 笼位:hyb压测笼架102376579-1-G 已被使用，请刷新页面: 1</w:t>
      </w:r>
    </w:p>
    <w:p>
      <w:r>
        <w:t>status_500:错误: 笼位:hyb压测笼架111372598-8-H 已被使用，请刷新页面: 1</w:t>
      </w:r>
    </w:p>
    <w:p>
      <w:r>
        <w:t>status_500:错误: 笼位:hyb压测笼架102376579-1-H 已被使用，请刷新页面: 1</w:t>
      </w:r>
    </w:p>
    <w:p>
      <w:r>
        <w:t>status_500:错误: 笼位:hyb压测笼架111372598-8-I 已被使用，请刷新页面: 1</w:t>
      </w:r>
    </w:p>
    <w:p>
      <w:r>
        <w:t>status_500:错误: 笼位:hyb压测笼架102376579-1-I 已被使用，请刷新页面: 1</w:t>
      </w:r>
    </w:p>
    <w:p>
      <w:r>
        <w:t>status_500:错误: 笼位:hyb压测笼架111372598-8-J 已被使用，请刷新页面: 1</w:t>
      </w:r>
    </w:p>
    <w:p>
      <w:r>
        <w:t>status_500:错误: 笼位:hyb压测笼架102376579-1-J 已被使用，请刷新页面: 1</w:t>
      </w:r>
    </w:p>
    <w:p>
      <w:r>
        <w:t>status_500:错误: 笼位:hyb压测笼架111372598-9-A 已被使用，请刷新页面: 1</w:t>
      </w:r>
    </w:p>
    <w:p>
      <w:r>
        <w:t>status_500:错误: 笼位:hyb压测笼架102376579-2-A 已被使用，请刷新页面: 1</w:t>
      </w:r>
    </w:p>
    <w:p>
      <w:r>
        <w:t>status_500:错误: 笼位:hyb压测笼架111372598-9-B 已被使用，请刷新页面: 1</w:t>
      </w:r>
    </w:p>
    <w:p>
      <w:r>
        <w:t>status_500:错误: 笼位:hyb压测笼架102376579-2-B 已被使用，请刷新页面: 1</w:t>
      </w:r>
    </w:p>
    <w:p>
      <w:r>
        <w:t>status_500:错误: 笼位:hyb压测笼架111372598-9-C 已被使用，请刷新页面: 1</w:t>
      </w:r>
    </w:p>
    <w:p>
      <w:r>
        <w:t>status_500:错误: 笼位:hyb压测笼架102376579-2-C 已被使用，请刷新页面: 1</w:t>
      </w:r>
    </w:p>
    <w:p>
      <w:r>
        <w:t>status_500:错误: 笼位:hyb压测笼架111372598-9-D 已被使用，请刷新页面: 1</w:t>
      </w:r>
    </w:p>
    <w:p>
      <w:r>
        <w:t>status_500:错误: 笼位:hyb压测笼架102376579-2-D 已被使用，请刷新页面: 1</w:t>
      </w:r>
    </w:p>
    <w:p>
      <w:r>
        <w:t>status_500:错误: 笼位:hyb压测笼架111372598-9-E 已被使用，请刷新页面: 1</w:t>
      </w:r>
    </w:p>
    <w:p>
      <w:r>
        <w:t>status_500:错误: 笼位:hyb压测笼架102376579-2-E 已被使用，请刷新页面: 1</w:t>
      </w:r>
    </w:p>
    <w:p>
      <w:r>
        <w:t>status_500:错误: 笼位:hyb压测笼架111372598-9-F 已被使用，请刷新页面: 1</w:t>
      </w:r>
    </w:p>
    <w:p>
      <w:r>
        <w:t>status_500:错误: 笼位:hyb压测笼架111372598-9-G 已被使用，请刷新页面: 1</w:t>
      </w:r>
    </w:p>
    <w:p>
      <w:r>
        <w:t>status_500:错误: 笼位:hyb压测笼架102376579-2-F 已被使用，请刷新页面: 1</w:t>
      </w:r>
    </w:p>
    <w:p>
      <w:r>
        <w:t>status_500:错误: 笼位:hyb压测笼架111372598-9-H 已被使用，请刷新页面: 1</w:t>
      </w:r>
    </w:p>
    <w:p>
      <w:r>
        <w:t>status_500:错误: 笼位:hyb压测笼架102376579-2-G 已被使用，请刷新页面: 1</w:t>
      </w:r>
    </w:p>
    <w:p>
      <w:r>
        <w:t>status_500:错误: 笼位:hyb压测笼架111372598-9-I 已被使用，请刷新页面: 1</w:t>
      </w:r>
    </w:p>
    <w:p>
      <w:r>
        <w:t>status_500:错误: 笼位:hyb压测笼架102376579-2-H 已被使用，请刷新页面: 1</w:t>
      </w:r>
    </w:p>
    <w:p>
      <w:r>
        <w:t>status_500:错误: 笼位:hyb压测笼架102376579-2-I 已被使用，请刷新页面: 1</w:t>
      </w:r>
    </w:p>
    <w:p>
      <w:r>
        <w:t>status_500:错误: 笼位:hyb压测笼架111372598-9-J 已被使用，请刷新页面: 1</w:t>
      </w:r>
    </w:p>
    <w:p>
      <w:r>
        <w:t>status_500:错误: 笼位:hyb压测笼架111372598-10-A 已被使用，请刷新页面: 1</w:t>
      </w:r>
    </w:p>
    <w:p>
      <w:r>
        <w:t>status_500:错误: 笼位:hyb压测笼架102376579-2-J 已被使用，请刷新页面: 1</w:t>
      </w:r>
    </w:p>
    <w:p>
      <w:r>
        <w:t>status_500:错误: 笼位:hyb压测笼架111372598-10-B 已被使用，请刷新页面: 1</w:t>
      </w:r>
    </w:p>
    <w:p>
      <w:r>
        <w:t>status_500:错误: 笼位:hyb压测笼架102376579-3-A 已被使用，请刷新页面: 1</w:t>
      </w:r>
    </w:p>
    <w:p>
      <w:r>
        <w:t>status_500:错误: 笼位:hyb压测笼架111372598-10-C 已被使用，请刷新页面: 1</w:t>
      </w:r>
    </w:p>
    <w:p>
      <w:r>
        <w:t>status_500:错误: 笼位:hyb压测笼架102376579-3-B 已被使用，请刷新页面: 1</w:t>
      </w:r>
    </w:p>
    <w:p>
      <w:r>
        <w:t>status_500:错误: 笼位:hyb压测笼架111372598-10-D 已被使用，请刷新页面: 1</w:t>
      </w:r>
    </w:p>
    <w:p>
      <w:r>
        <w:t>status_500:错误: 笼位:hyb压测笼架102376579-3-C 已被使用，请刷新页面: 1</w:t>
      </w:r>
    </w:p>
    <w:p>
      <w:r>
        <w:t>status_500:错误: 笼位:hyb压测笼架111372598-10-E 已被使用，请刷新页面: 1</w:t>
      </w:r>
    </w:p>
    <w:p>
      <w:r>
        <w:t>status_500:错误: 笼位:hyb压测笼架102376579-3-D 已被使用，请刷新页面: 1</w:t>
      </w:r>
    </w:p>
    <w:p>
      <w:r>
        <w:t>status_500:错误: 笼位:hyb压测笼架111372598-10-F 已被使用，请刷新页面: 1</w:t>
      </w:r>
    </w:p>
    <w:p>
      <w:r>
        <w:t>status_500:错误: 笼位:hyb压测笼架102376579-3-E 已被使用，请刷新页面: 1</w:t>
      </w:r>
    </w:p>
    <w:p>
      <w:r>
        <w:t>status_500:错误: 笼位:hyb压测笼架111372598-10-G 已被使用，请刷新页面: 1</w:t>
      </w:r>
    </w:p>
    <w:p>
      <w:r>
        <w:t>status_500:错误: 笼位:hyb压测笼架102376579-3-F 已被使用，请刷新页面: 1</w:t>
      </w:r>
    </w:p>
    <w:p>
      <w:r>
        <w:t>status_500:错误: 笼位:hyb压测笼架111372598-10-H 已被使用，请刷新页面: 1</w:t>
      </w:r>
    </w:p>
    <w:p>
      <w:r>
        <w:t>status_500:错误: 笼位:hyb压测笼架102376579-3-G 已被使用，请刷新页面: 1</w:t>
      </w:r>
    </w:p>
    <w:p>
      <w:r>
        <w:t>status_500:错误: 笼位:hyb压测笼架102376579-3-H 已被使用，请刷新页面: 1</w:t>
      </w:r>
    </w:p>
    <w:p>
      <w:r>
        <w:t>status_500:错误: 笼位:hyb压测笼架111372598-10-I 已被使用，请刷新页面: 1</w:t>
      </w:r>
    </w:p>
    <w:p>
      <w:r>
        <w:t>status_500:错误: 笼位:hyb压测笼架111372598-10-J 已被使用，请刷新页面: 1</w:t>
      </w:r>
    </w:p>
    <w:p>
      <w:r>
        <w:t>status_500:错误: 笼位:hyb压测笼架102376579-3-I 已被使用，请刷新页面: 1</w:t>
      </w:r>
    </w:p>
    <w:p>
      <w:r>
        <w:t>status_500:错误: 笼位:hyb压测笼架102376579-3-J 已被使用，请刷新页面: 1</w:t>
      </w:r>
    </w:p>
    <w:p>
      <w:r>
        <w:t>status_500:错误: 笼位:hyb压测笼架102376579-4-A 已被使用，请刷新页面: 1</w:t>
      </w:r>
    </w:p>
    <w:p>
      <w:r>
        <w:t>status_500:错误: 笼位:hyb压测笼架102376579-4-B 已被使用，请刷新页面: 1</w:t>
      </w:r>
    </w:p>
    <w:p>
      <w:r>
        <w:t>status_500:错误: 笼位:hyb压测笼架102376579-4-C 已被使用，请刷新页面: 1</w:t>
      </w:r>
    </w:p>
    <w:p>
      <w:r>
        <w:t>status_500:错误: 笼位:hyb压测笼架102376579-4-D 已被使用，请刷新页面: 1</w:t>
      </w:r>
    </w:p>
    <w:p>
      <w:r>
        <w:t>status_500:错误: 笼位:hyb压测笼架102376579-4-E 已被使用，请刷新页面: 1</w:t>
      </w:r>
    </w:p>
    <w:p>
      <w:r>
        <w:t>status_500:错误: 笼位:hyb压测笼架102376579-4-F 已被使用，请刷新页面: 1</w:t>
      </w:r>
    </w:p>
    <w:p>
      <w:r>
        <w:t>status_500:错误: 笼位:hyb压测笼架102376579-4-G 已被使用，请刷新页面: 1</w:t>
      </w:r>
    </w:p>
    <w:p>
      <w:r>
        <w:t>status_500:错误: 笼位:hyb压测笼架102376579-4-H 已被使用，请刷新页面: 1</w:t>
      </w:r>
    </w:p>
    <w:p>
      <w:r>
        <w:t>status_500:错误: 笼位:hyb压测笼架102376579-4-I 已被使用，请刷新页面: 1</w:t>
      </w:r>
    </w:p>
    <w:p>
      <w:r>
        <w:t>status_500:错误: 笼位:hyb压测笼架102376579-4-J 已被使用，请刷新页面: 1</w:t>
      </w:r>
    </w:p>
    <w:p>
      <w:r>
        <w:t>status_500:错误: 笼位:hyb压测笼架102376579-5-A 已被使用，请刷新页面: 1</w:t>
      </w:r>
    </w:p>
    <w:p>
      <w:r>
        <w:t>status_500:错误: 笼位:hyb压测笼架102376579-5-B 已被使用，请刷新页面: 1</w:t>
      </w:r>
    </w:p>
    <w:p>
      <w:r>
        <w:t>status_500:错误: 笼位:hyb压测笼架102376579-5-C 已被使用，请刷新页面: 1</w:t>
      </w:r>
    </w:p>
    <w:p>
      <w:r>
        <w:t>status_500:错误: 笼位:hyb压测笼架102376579-5-D 已被使用，请刷新页面: 1</w:t>
      </w:r>
    </w:p>
    <w:p>
      <w:r>
        <w:t>status_500:错误: 笼位:hyb压测笼架102376579-5-E 已被使用，请刷新页面: 1</w:t>
      </w:r>
    </w:p>
    <w:p>
      <w:r>
        <w:t>status_500:错误: 笼位:hyb压测笼架102376579-5-F 已被使用，请刷新页面: 1</w:t>
      </w:r>
    </w:p>
    <w:p>
      <w:r>
        <w:t>status_500:错误: 笼位:hyb压测笼架102376579-5-G 已被使用，请刷新页面: 1</w:t>
      </w:r>
    </w:p>
    <w:p>
      <w:r>
        <w:t>status_500:错误: 笼位:hyb压测笼架102376579-5-H 已被使用，请刷新页面: 1</w:t>
      </w:r>
    </w:p>
    <w:p>
      <w:r>
        <w:t>status_500:错误: 笼位:hyb压测笼架102376579-5-I 已被使用，请刷新页面: 1</w:t>
      </w:r>
    </w:p>
    <w:p>
      <w:r>
        <w:t>status_500:错误: 笼位:hyb压测笼架102376579-5-J 已被使用，请刷新页面: 1</w:t>
      </w:r>
    </w:p>
    <w:p>
      <w:r>
        <w:t>status_500:错误: 笼位:hyb压测笼架102376579-6-B 已被使用，请刷新页面: 1</w:t>
      </w:r>
    </w:p>
    <w:p>
      <w:r>
        <w:t>status_500:错误: 笼位:hyb压测笼架102376579-6-A 已被使用，请刷新页面: 1</w:t>
      </w:r>
    </w:p>
    <w:p>
      <w:r>
        <w:t>status_500:错误: 笼位:hyb压测笼架102376579-6-C 已被使用，请刷新页面: 1</w:t>
      </w:r>
    </w:p>
    <w:p>
      <w:r>
        <w:t>status_500:错误: 笼位:hyb压测笼架102376579-6-D 已被使用，请刷新页面: 1</w:t>
      </w:r>
    </w:p>
    <w:p>
      <w:r>
        <w:t>status_500:错误: 笼位:hyb压测笼架102376579-6-E 已被使用，请刷新页面: 1</w:t>
      </w:r>
    </w:p>
    <w:p>
      <w:r>
        <w:t>status_500:错误: 笼位:hyb压测笼架102376579-6-F 已被使用，请刷新页面: 1</w:t>
      </w:r>
    </w:p>
    <w:p>
      <w:r>
        <w:t>status_500:错误: 笼位:hyb压测笼架102376579-6-G 已被使用，请刷新页面: 1</w:t>
      </w:r>
    </w:p>
    <w:p>
      <w:r>
        <w:t>status_500:错误: 笼位:hyb压测笼架102376579-6-H 已被使用，请刷新页面: 1</w:t>
      </w:r>
    </w:p>
    <w:p>
      <w:r>
        <w:t>status_500:错误: 笼位:hyb压测笼架102376579-6-J 已被使用，请刷新页面: 1</w:t>
      </w:r>
    </w:p>
    <w:p>
      <w:r>
        <w:t>status_500:错误: 笼位:hyb压测笼架102376579-6-I 已被使用，请刷新页面: 1</w:t>
      </w:r>
    </w:p>
    <w:p>
      <w:r>
        <w:t>status_500:错误: 笼位:hyb压测笼架102376579-7-A 已被使用，请刷新页面: 1</w:t>
      </w:r>
    </w:p>
    <w:p>
      <w:r>
        <w:t>status_500:错误: 笼位:hyb压测笼架102376579-7-B 已被使用，请刷新页面: 1</w:t>
      </w:r>
    </w:p>
    <w:p>
      <w:r>
        <w:t>status_500:错误: 笼位:hyb压测笼架102376579-7-C 已被使用，请刷新页面: 1</w:t>
      </w:r>
    </w:p>
    <w:p>
      <w:r>
        <w:t>status_500:错误: 笼位:hyb压测笼架102376579-7-D 已被使用，请刷新页面: 1</w:t>
      </w:r>
    </w:p>
    <w:p>
      <w:r>
        <w:t>status_500:错误: 笼位:hyb压测笼架102376579-7-E 已被使用，请刷新页面: 1</w:t>
      </w:r>
    </w:p>
    <w:p>
      <w:r>
        <w:t>status_500:错误: 笼位:hyb压测笼架102376579-7-F 已被使用，请刷新页面: 1</w:t>
      </w:r>
    </w:p>
    <w:p>
      <w:r>
        <w:t>status_500:错误: 笼位:hyb压测笼架102376579-7-G 已被使用，请刷新页面: 1</w:t>
      </w:r>
    </w:p>
    <w:p>
      <w:r>
        <w:t>status_500:错误: 笼位:hyb压测笼架102376579-7-I 已被使用，请刷新页面: 1</w:t>
      </w:r>
    </w:p>
    <w:p>
      <w:r>
        <w:t>status_500:错误: 笼位:hyb压测笼架102376579-7-H 已被使用，请刷新页面: 1</w:t>
      </w:r>
    </w:p>
    <w:p>
      <w:r>
        <w:t>status_500:错误: 笼位:hyb压测笼架102376579-7-J 已被使用，请刷新页面: 1</w:t>
      </w:r>
    </w:p>
    <w:p>
      <w:r>
        <w:t>status_500:错误: 笼位:hyb压测笼架102376579-8-A 已被使用，请刷新页面: 1</w:t>
      </w:r>
    </w:p>
    <w:p>
      <w:r>
        <w:t>status_500:错误: 笼位:hyb压测笼架102376579-8-B 已被使用，请刷新页面: 1</w:t>
      </w:r>
    </w:p>
    <w:p>
      <w:r>
        <w:t>status_500:错误: 笼位:hyb压测笼架102376579-8-C 已被使用，请刷新页面: 1</w:t>
      </w:r>
    </w:p>
    <w:p>
      <w:r>
        <w:t>status_500:错误: 笼位:hyb压测笼架102376579-8-D 已被使用，请刷新页面: 1</w:t>
      </w:r>
    </w:p>
    <w:p>
      <w:r>
        <w:t>status_500:错误: 笼位:hyb压测笼架102376579-8-E 已被使用，请刷新页面: 1</w:t>
      </w:r>
    </w:p>
    <w:p>
      <w:r>
        <w:t>status_500:错误: 笼位:hyb压测笼架102376579-8-F 已被使用，请刷新页面: 1</w:t>
      </w:r>
    </w:p>
    <w:p>
      <w:r>
        <w:t>status_500:错误: 笼位:hyb压测笼架102376579-8-G 已被使用，请刷新页面: 1</w:t>
      </w:r>
    </w:p>
    <w:p>
      <w:r>
        <w:t>status_500:错误: 笼位:hyb压测笼架102376579-8-H 已被使用，请刷新页面: 1</w:t>
      </w:r>
    </w:p>
    <w:p>
      <w:r>
        <w:t>status_500:错误: 笼位:hyb压测笼架102376579-8-I 已被使用，请刷新页面: 1</w:t>
      </w:r>
    </w:p>
    <w:p>
      <w:r>
        <w:t>status_500:错误: 笼位:hyb压测笼架102376579-8-J 已被使用，请刷新页面: 1</w:t>
      </w:r>
    </w:p>
    <w:p>
      <w:r>
        <w:t>status_500:错误: 笼位:hyb压测笼架102376579-9-A 已被使用，请刷新页面: 1</w:t>
      </w:r>
    </w:p>
    <w:p>
      <w:r>
        <w:t>status_500:错误: 笼位:hyb压测笼架102376579-9-B 已被使用，请刷新页面: 1</w:t>
      </w:r>
    </w:p>
    <w:p>
      <w:r>
        <w:t>status_500:错误: 笼位:hyb压测笼架102376579-9-C 已被使用，请刷新页面: 1</w:t>
      </w:r>
    </w:p>
    <w:p>
      <w:r>
        <w:t>status_500:错误: 笼位:hyb压测笼架102376579-9-D 已被使用，请刷新页面: 1</w:t>
      </w:r>
    </w:p>
    <w:p>
      <w:r>
        <w:t>status_500:错误: 笼位:hyb压测笼架102376579-9-E 已被使用，请刷新页面: 1</w:t>
      </w:r>
    </w:p>
    <w:p>
      <w:r>
        <w:t>status_500:错误: 笼位:hyb压测笼架102376579-9-F 已被使用，请刷新页面: 1</w:t>
      </w:r>
    </w:p>
    <w:p>
      <w:r>
        <w:t>status_500:错误: 笼位:hyb压测笼架102376579-9-G 已被使用，请刷新页面: 1</w:t>
      </w:r>
    </w:p>
    <w:p>
      <w:r>
        <w:t>status_500:错误: 笼位:hyb压测笼架102376579-9-H 已被使用，请刷新页面: 1</w:t>
      </w:r>
    </w:p>
    <w:p>
      <w:r>
        <w:t>status_500:错误: 笼位:hyb压测笼架102376579-9-I 已被使用，请刷新页面: 1</w:t>
      </w:r>
    </w:p>
    <w:p>
      <w:r>
        <w:t>status_500:错误: 笼位:hyb压测笼架102376579-9-J 已被使用，请刷新页面: 1</w:t>
      </w:r>
    </w:p>
    <w:p>
      <w:r>
        <w:t>status_500:错误: 笼位:hyb压测笼架102376579-10-A 已被使用，请刷新页面: 1</w:t>
      </w:r>
    </w:p>
    <w:p>
      <w:r>
        <w:t>status_500:错误: 笼位:hyb压测笼架102376579-10-B 已被使用，请刷新页面: 1</w:t>
      </w:r>
    </w:p>
    <w:p>
      <w:r>
        <w:t>status_500:错误: 笼位:hyb压测笼架102376579-10-C 已被使用，请刷新页面: 1</w:t>
      </w:r>
    </w:p>
    <w:p>
      <w:r>
        <w:t>status_500:错误: 笼位:hyb压测笼架102376579-10-D 已被使用，请刷新页面: 1</w:t>
      </w:r>
    </w:p>
    <w:p>
      <w:r>
        <w:t>status_500:错误: 笼位:hyb压测笼架102376579-10-E 已被使用，请刷新页面: 1</w:t>
      </w:r>
    </w:p>
    <w:p>
      <w:r>
        <w:t>status_500:错误: 笼位:hyb压测笼架102376579-10-F 已被使用，请刷新页面: 1</w:t>
      </w:r>
    </w:p>
    <w:p>
      <w:r>
        <w:t>status_500:错误: 笼位:hyb压测笼架102376579-10-G 已被使用，请刷新页面: 1</w:t>
      </w:r>
    </w:p>
    <w:p>
      <w:r>
        <w:t>status_500:错误: 笼位:hyb压测笼架102376579-10-H 已被使用，请刷新页面: 1</w:t>
      </w:r>
    </w:p>
    <w:p>
      <w:r>
        <w:t>status_500:错误: 笼位:hyb压测笼架102376579-10-I 已被使用，请刷新页面: 1</w:t>
      </w:r>
    </w:p>
    <w:p>
      <w:r>
        <w:t>status_500:错误: 笼位:hyb压测笼架102376579-10-J 已被使用，请刷新页面: 1</w:t>
      </w:r>
    </w:p>
    <w:p>
      <w:r>
        <w:t>status_500:错误: 笼位:hyb压测笼架11039468-1-A 已被使用，请刷新页面: 1</w:t>
      </w:r>
    </w:p>
    <w:p>
      <w:r>
        <w:t>status_500:错误: 笼位:hyb压测笼架11039468-1-B 已被使用，请刷新页面: 1</w:t>
      </w:r>
    </w:p>
    <w:p>
      <w:r>
        <w:t>status_500:错误: 笼位:hyb压测笼架11039468-1-C 已被使用，请刷新页面: 1</w:t>
      </w:r>
    </w:p>
    <w:p>
      <w:r>
        <w:t>status_500:错误: 笼位:hyb压测笼架11039468-1-D 已被使用，请刷新页面: 1</w:t>
      </w:r>
    </w:p>
    <w:p>
      <w:r>
        <w:t>status_500:错误: 笼位:hyb压测笼架11039468-1-E 已被使用，请刷新页面: 1</w:t>
      </w:r>
    </w:p>
    <w:p>
      <w:r>
        <w:t>status_500:错误: 笼位:hyb压测笼架11039468-1-F 已被使用，请刷新页面: 1</w:t>
      </w:r>
    </w:p>
    <w:p>
      <w:r>
        <w:t>status_500:错误: 笼位:hyb压测笼架11039468-1-G 已被使用，请刷新页面: 1</w:t>
      </w:r>
    </w:p>
    <w:p>
      <w:r>
        <w:t>status_500:错误: 笼位:hyb压测笼架11039468-1-H 已被使用，请刷新页面: 1</w:t>
      </w:r>
    </w:p>
    <w:p>
      <w:r>
        <w:t>status_500:错误: 笼位:hyb压测笼架11039468-1-J 已被使用，请刷新页面: 1</w:t>
      </w:r>
    </w:p>
    <w:p>
      <w:r>
        <w:t>status_500:错误: 笼位:hyb压测笼架11039468-2-A 已被使用，请刷新页面: 1</w:t>
      </w:r>
    </w:p>
    <w:p>
      <w:r>
        <w:t>status_500:错误: 笼位:hyb压测笼架11039468-2-B 已被使用，请刷新页面: 1</w:t>
      </w:r>
    </w:p>
    <w:p>
      <w:r>
        <w:t>status_500:错误: 笼位:hyb压测笼架11039468-2-C 已被使用，请刷新页面: 1</w:t>
      </w:r>
    </w:p>
    <w:p>
      <w:r>
        <w:t>status_500:错误: 笼位:hyb压测笼架11039468-2-D 已被使用，请刷新页面: 1</w:t>
      </w:r>
    </w:p>
    <w:p>
      <w:r>
        <w:t>status_500:错误: 笼位:hyb压测笼架11039468-2-E 已被使用，请刷新页面: 1</w:t>
      </w:r>
    </w:p>
    <w:p>
      <w:r>
        <w:t>status_500:错误: 笼位:hyb压测笼架11039468-2-F 已被使用，请刷新页面: 1</w:t>
      </w:r>
    </w:p>
    <w:p>
      <w:r>
        <w:t>status_500:错误: 笼位:hyb压测笼架11039468-2-G 已被使用，请刷新页面: 1</w:t>
      </w:r>
    </w:p>
    <w:p>
      <w:r>
        <w:t>status_500:错误: 笼位:hyb压测笼架11039468-2-H 已被使用，请刷新页面: 1</w:t>
      </w:r>
    </w:p>
    <w:p>
      <w:r>
        <w:t>status_500:错误: 笼位:hyb压测笼架11039468-2-I 已被使用，请刷新页面: 1</w:t>
      </w:r>
    </w:p>
    <w:p>
      <w:r>
        <w:t>status_500:错误: 笼位:hyb压测笼架11039468-2-J 已被使用，请刷新页面: 1</w:t>
      </w:r>
    </w:p>
    <w:p>
      <w:r>
        <w:t>status_500:错误: 笼位:hyb压测笼架11039468-3-A 已被使用，请刷新页面: 1</w:t>
      </w:r>
    </w:p>
    <w:p>
      <w:r>
        <w:t>status_500:错误: 笼位:hyb压测笼架11039468-3-B 已被使用，请刷新页面: 1</w:t>
      </w:r>
    </w:p>
    <w:p>
      <w:r>
        <w:t>status_500:错误: 笼位:hyb压测笼架11039468-3-D 已被使用，请刷新页面: 1</w:t>
      </w:r>
    </w:p>
    <w:p>
      <w:r>
        <w:t>status_500:错误: 笼位:hyb压测笼架11039468-3-E 已被使用，请刷新页面: 1</w:t>
      </w:r>
    </w:p>
    <w:p>
      <w:r>
        <w:t>status_500:错误: 笼位:hyb压测笼架11039468-3-F 已被使用，请刷新页面: 1</w:t>
      </w:r>
    </w:p>
    <w:p>
      <w:r>
        <w:t>status_500:错误: 笼位:hyb压测笼架11039468-3-G 已被使用，请刷新页面: 1</w:t>
      </w:r>
    </w:p>
    <w:p>
      <w:r>
        <w:t>status_500:错误: 笼位:hyb压测笼架11039468-3-H 已被使用，请刷新页面: 1</w:t>
      </w:r>
    </w:p>
    <w:p>
      <w:r>
        <w:t>status_500:错误: 笼位:hyb压测笼架11039468-3-I 已被使用，请刷新页面: 1</w:t>
      </w:r>
    </w:p>
    <w:p>
      <w:r>
        <w:t>status_500:错误: 笼位:hyb压测笼架11039468-1-I 已被使用，请刷新页面: 1</w:t>
      </w:r>
    </w:p>
    <w:p>
      <w:r>
        <w:t>status_500:错误: 笼位:hyb压测笼架11039468-3-J 已被使用，请刷新页面: 1</w:t>
      </w:r>
    </w:p>
    <w:p>
      <w:r>
        <w:t>status_500:错误: 笼位:hyb压测笼架11039468-4-A 已被使用，请刷新页面: 1</w:t>
      </w:r>
    </w:p>
    <w:p>
      <w:r>
        <w:t>status_500:错误: 笼位:hyb压测笼架11039468-4-B 已被使用，请刷新页面: 1</w:t>
      </w:r>
    </w:p>
    <w:p>
      <w:r>
        <w:t>status_500:错误: 笼位:hyb压测笼架11039468-4-C 已被使用，请刷新页面: 1</w:t>
      </w:r>
    </w:p>
    <w:p>
      <w:r>
        <w:t>status_500:错误: 笼位:hyb压测笼架11039468-4-D 已被使用，请刷新页面: 1</w:t>
      </w:r>
    </w:p>
    <w:p>
      <w:r>
        <w:t>status_500:错误: 笼位:hyb压测笼架11039468-4-E 已被使用，请刷新页面: 1</w:t>
      </w:r>
    </w:p>
    <w:p>
      <w:r>
        <w:t>status_500:错误: 笼位:hyb压测笼架11039468-4-F 已被使用，请刷新页面: 1</w:t>
      </w:r>
    </w:p>
    <w:p>
      <w:r>
        <w:t>status_500:错误: 笼位:hyb压测笼架11039468-4-G 已被使用，请刷新页面: 1</w:t>
      </w:r>
    </w:p>
    <w:p>
      <w:r>
        <w:t>status_500:错误: 笼位:hyb压测笼架11039468-4-H 已被使用，请刷新页面: 1</w:t>
      </w:r>
    </w:p>
    <w:p>
      <w:r>
        <w:t>status_500:错误: 笼位:hyb压测笼架11039468-4-I 已被使用，请刷新页面: 1</w:t>
      </w:r>
    </w:p>
    <w:p>
      <w:r>
        <w:t>status_500:错误: 笼位:hyb压测笼架11039468-4-J 已被使用，请刷新页面: 1</w:t>
      </w:r>
    </w:p>
    <w:p>
      <w:r>
        <w:t>status_500:错误: 笼位:hyb压测笼架11039468-5-A 已被使用，请刷新页面: 1</w:t>
      </w:r>
    </w:p>
    <w:p>
      <w:r>
        <w:t>status_500:错误: 笼位:hyb压测笼架11039468-5-B 已被使用，请刷新页面: 1</w:t>
      </w:r>
    </w:p>
    <w:p>
      <w:r>
        <w:t>status_500:错误: 笼位:hyb压测笼架11039468-5-C 已被使用，请刷新页面: 1</w:t>
      </w:r>
    </w:p>
    <w:p>
      <w:r>
        <w:t>status_500:错误: 笼位:hyb压测笼架11039468-5-D 已被使用，请刷新页面: 1</w:t>
      </w:r>
    </w:p>
    <w:p>
      <w:r>
        <w:t>status_500:错误: 笼位:hyb压测笼架11039468-5-E 已被使用，请刷新页面: 1</w:t>
      </w:r>
    </w:p>
    <w:p>
      <w:r>
        <w:t>status_500:错误: 笼位:hyb压测笼架11039468-5-F 已被使用，请刷新页面: 1</w:t>
      </w:r>
    </w:p>
    <w:p>
      <w:r>
        <w:t>status_500:错误: 笼位:hyb压测笼架11039468-3-C 已被使用，请刷新页面: 1</w:t>
      </w:r>
    </w:p>
    <w:p>
      <w:r>
        <w:t>status_500:错误: 笼位:hyb压测笼架11039468-5-G 已被使用，请刷新页面: 1</w:t>
      </w:r>
    </w:p>
    <w:p>
      <w:r>
        <w:t>status_500:错误: 笼位:hyb压测笼架11039468-5-H 已被使用，请刷新页面: 1</w:t>
      </w:r>
    </w:p>
    <w:p>
      <w:r>
        <w:t>status_500:错误: 笼位:hyb压测笼架11039468-5-I 已被使用，请刷新页面: 1</w:t>
      </w:r>
    </w:p>
    <w:p>
      <w:r>
        <w:t>status_500:错误: 笼位:hyb压测笼架11039468-5-J 已被使用，请刷新页面: 1</w:t>
      </w:r>
    </w:p>
    <w:p>
      <w:r>
        <w:t>status_500:错误: 笼位:hyb压测笼架11039468-6-A 已被使用，请刷新页面: 1</w:t>
      </w:r>
    </w:p>
    <w:p>
      <w:r>
        <w:t>status_500:错误: 笼位:hyb压测笼架11039468-6-B 已被使用，请刷新页面: 1</w:t>
      </w:r>
    </w:p>
    <w:p>
      <w:r>
        <w:t>status_500:错误: 笼位:hyb压测笼架11039468-6-C 已被使用，请刷新页面: 1</w:t>
      </w:r>
    </w:p>
    <w:p>
      <w:r>
        <w:t>status_500:错误: 笼位:hyb压测笼架11039468-6-D 已被使用，请刷新页面: 1</w:t>
      </w:r>
    </w:p>
    <w:p>
      <w:r>
        <w:t>status_500:错误: 笼位:hyb压测笼架11039468-6-E 已被使用，请刷新页面: 1</w:t>
      </w:r>
    </w:p>
    <w:p>
      <w:r>
        <w:t>status_500:错误: 笼位:hyb压测笼架11039468-6-F 已被使用，请刷新页面: 1</w:t>
      </w:r>
    </w:p>
    <w:p>
      <w:r>
        <w:t>status_500:错误: 笼位:hyb压测笼架11039468-6-G 已被使用，请刷新页面: 1</w:t>
      </w:r>
    </w:p>
    <w:p>
      <w:r>
        <w:t>status_500:错误: 笼位:hyb压测笼架11039468-6-H 已被使用，请刷新页面: 1</w:t>
      </w:r>
    </w:p>
    <w:p>
      <w:r>
        <w:t>status_500:错误: 笼位:hyb压测笼架11039468-6-J 已被使用，请刷新页面: 1</w:t>
      </w:r>
    </w:p>
    <w:p>
      <w:r>
        <w:t>status_500:错误: 笼位:hyb压测笼架11039468-6-I 已被使用，请刷新页面: 1</w:t>
      </w:r>
    </w:p>
    <w:p>
      <w:r>
        <w:t>status_500:错误: 笼位:hyb压测笼架11039468-7-B 已被使用，请刷新页面: 1</w:t>
      </w:r>
    </w:p>
    <w:p>
      <w:r>
        <w:t>status_500:错误: 笼位:hyb压测笼架11039468-7-A 已被使用，请刷新页面: 1</w:t>
      </w:r>
    </w:p>
    <w:p>
      <w:r>
        <w:t>status_500:错误: 笼位:hyb压测笼架11039468-7-C 已被使用，请刷新页面: 1</w:t>
      </w:r>
    </w:p>
    <w:p>
      <w:r>
        <w:t>status_500:错误: 笼位:hyb压测笼架11039468-7-D 已被使用，请刷新页面: 1</w:t>
      </w:r>
    </w:p>
    <w:p>
      <w:r>
        <w:t>status_500:错误: 笼位:hyb压测笼架11039468-7-E 已被使用，请刷新页面: 1</w:t>
      </w:r>
    </w:p>
    <w:p>
      <w:r>
        <w:t>status_500:错误: 笼位:hyb压测笼架11039468-7-F 已被使用，请刷新页面: 1</w:t>
      </w:r>
    </w:p>
    <w:p>
      <w:r>
        <w:t>status_500:错误: 笼位:hyb压测笼架11039468-7-G 已被使用，请刷新页面: 1</w:t>
      </w:r>
    </w:p>
    <w:p>
      <w:r>
        <w:t>status_500:错误: 笼位:hyb压测笼架11039468-7-I 已被使用，请刷新页面: 1</w:t>
      </w:r>
    </w:p>
    <w:p>
      <w:r>
        <w:t>status_500:错误: 笼位:hyb压测笼架11039468-7-H 已被使用，请刷新页面: 1</w:t>
      </w:r>
    </w:p>
    <w:p>
      <w:r>
        <w:t>status_500:错误: 笼位:hyb压测笼架11039468-7-J 已被使用，请刷新页面: 1</w:t>
      </w:r>
    </w:p>
    <w:p>
      <w:r>
        <w:t>status_500:错误: 笼位:hyb压测笼架11039468-8-A 已被使用，请刷新页面: 1</w:t>
      </w:r>
    </w:p>
    <w:p>
      <w:r>
        <w:t>status_500:错误: 笼位:hyb压测笼架11039468-8-B 已被使用，请刷新页面: 1</w:t>
      </w:r>
    </w:p>
    <w:p>
      <w:r>
        <w:t>status_500:错误: 笼位:hyb压测笼架11039468-8-C 已被使用，请刷新页面: 1</w:t>
      </w:r>
    </w:p>
    <w:p>
      <w:r>
        <w:t>status_500:错误: 笼位:hyb压测笼架11039468-8-D 已被使用，请刷新页面: 1</w:t>
      </w:r>
    </w:p>
    <w:p>
      <w:r>
        <w:t>status_500:错误: 笼位:hyb压测笼架11039468-8-E 已被使用，请刷新页面: 1</w:t>
      </w:r>
    </w:p>
    <w:p>
      <w:r>
        <w:t>status_500:错误: 笼位:hyb压测笼架11039468-8-F 已被使用，请刷新页面: 1</w:t>
      </w:r>
    </w:p>
    <w:p>
      <w:r>
        <w:t>status_500:错误: 笼位:hyb压测笼架11039468-8-G 已被使用，请刷新页面: 1</w:t>
      </w:r>
    </w:p>
    <w:p>
      <w:r>
        <w:t>status_500:错误: 笼位:hyb压测笼架11039468-8-H 已被使用，请刷新页面: 1</w:t>
      </w:r>
    </w:p>
    <w:p>
      <w:r>
        <w:t>status_500:错误: 笼位:hyb压测笼架11039468-8-I 已被使用，请刷新页面: 1</w:t>
      </w:r>
    </w:p>
    <w:p>
      <w:r>
        <w:t>status_500:错误: 笼位:hyb压测笼架11039468-8-J 已被使用，请刷新页面: 1</w:t>
      </w:r>
    </w:p>
    <w:p>
      <w:r>
        <w:t>status_500:错误: 笼位:hyb压测笼架11039468-9-A 已被使用，请刷新页面: 1</w:t>
      </w:r>
    </w:p>
    <w:p>
      <w:r>
        <w:t>status_500:错误: 笼位:hyb压测笼架11039468-9-B 已被使用，请刷新页面: 1</w:t>
      </w:r>
    </w:p>
    <w:p>
      <w:r>
        <w:t>status_500:错误: 笼位:hyb压测笼架11039468-9-C 已被使用，请刷新页面: 1</w:t>
      </w:r>
    </w:p>
    <w:p>
      <w:r>
        <w:t>status_500:错误: 笼位:hyb压测笼架11039468-9-D 已被使用，请刷新页面: 1</w:t>
      </w:r>
    </w:p>
    <w:p>
      <w:r>
        <w:t>status_500:错误: 笼位:hyb压测笼架11039468-9-E 已被使用，请刷新页面: 1</w:t>
      </w:r>
    </w:p>
    <w:p>
      <w:r>
        <w:t>status_500:错误: 笼位:hyb压测笼架11039468-9-F 已被使用，请刷新页面: 1</w:t>
      </w:r>
    </w:p>
    <w:p>
      <w:r>
        <w:t>status_500:错误: 笼位:hyb压测笼架11039468-9-G 已被使用，请刷新页面: 1</w:t>
      </w:r>
    </w:p>
    <w:p>
      <w:r>
        <w:t>status_500:错误: 笼位:hyb压测笼架11039468-9-H 已被使用，请刷新页面: 1</w:t>
      </w:r>
    </w:p>
    <w:p>
      <w:r>
        <w:t>status_500:错误: 笼位:hyb压测笼架11039468-9-I 已被使用，请刷新页面: 1</w:t>
      </w:r>
    </w:p>
    <w:p>
      <w:r>
        <w:t>status_500:错误: 笼位:hyb压测笼架11039468-9-J 已被使用，请刷新页面: 1</w:t>
      </w:r>
    </w:p>
    <w:p>
      <w:r>
        <w:t>status_500:错误: 笼位:hyb压测笼架11039468-10-A 已被使用，请刷新页面: 1</w:t>
      </w:r>
    </w:p>
    <w:p>
      <w:r>
        <w:t>status_500:错误: 笼位:hyb压测笼架11039468-10-B 已被使用，请刷新页面: 1</w:t>
      </w:r>
    </w:p>
    <w:p>
      <w:r>
        <w:t>status_500:错误: 笼位:hyb压测笼架11039468-10-C 已被使用，请刷新页面: 1</w:t>
      </w:r>
    </w:p>
    <w:p>
      <w:r>
        <w:t>status_500:错误: 笼位:hyb压测笼架11039468-10-D 已被使用，请刷新页面: 1</w:t>
      </w:r>
    </w:p>
    <w:p>
      <w:r>
        <w:t>status_500:错误: 笼位:hyb压测笼架11039468-10-E 已被使用，请刷新页面: 1</w:t>
      </w:r>
    </w:p>
    <w:p>
      <w:r>
        <w:t>status_500:错误: 笼位:hyb压测笼架11039468-10-F 已被使用，请刷新页面: 1</w:t>
      </w:r>
    </w:p>
    <w:p>
      <w:r>
        <w:t>status_500:错误: 笼位:hyb压测笼架11039468-10-G 已被使用，请刷新页面: 1</w:t>
      </w:r>
    </w:p>
    <w:p>
      <w:r>
        <w:t>status_500:错误: 笼位:hyb压测笼架11039468-10-H 已被使用，请刷新页面: 1</w:t>
      </w:r>
    </w:p>
    <w:p>
      <w:r>
        <w:t>status_500:错误: 笼位:hyb压测笼架11039468-10-I 已被使用，请刷新页面: 1</w:t>
      </w:r>
    </w:p>
    <w:p>
      <w:r>
        <w:t>status_500:错误: 笼位:hyb压测笼架11039468-10-J 已被使用，请刷新页面: 1</w:t>
      </w:r>
    </w:p>
    <w:p>
      <w:r>
        <w:t>status_500:错误: 笼位:hyb压测笼架116834606-1-A 已被使用，请刷新页面: 1</w:t>
      </w:r>
    </w:p>
    <w:p>
      <w:r>
        <w:t>status_500:错误: 笼位:hyb压测笼架116834606-1-B 已被使用，请刷新页面: 1</w:t>
      </w:r>
    </w:p>
    <w:p>
      <w:r>
        <w:t>status_500:错误: 笼位:hyb压测笼架116834606-1-C 已被使用，请刷新页面: 1</w:t>
      </w:r>
    </w:p>
    <w:p>
      <w:r>
        <w:t>status_500:错误: 笼位:hyb压测笼架116834606-1-D 已被使用，请刷新页面: 1</w:t>
      </w:r>
    </w:p>
    <w:p>
      <w:r>
        <w:t>status_500:错误: 笼位:hyb压测笼架116834606-1-E 已被使用，请刷新页面: 1</w:t>
      </w:r>
    </w:p>
    <w:p>
      <w:r>
        <w:t>status_500:错误: 笼位:hyb压测笼架116834606-1-F 已被使用，请刷新页面: 1</w:t>
      </w:r>
    </w:p>
    <w:p>
      <w:r>
        <w:t>status_500:错误: 笼位:hyb压测笼架116834606-1-G 已被使用，请刷新页面: 1</w:t>
      </w:r>
    </w:p>
    <w:p>
      <w:r>
        <w:t>status_500:错误: 笼位:hyb压测笼架116834606-1-H 已被使用，请刷新页面: 1</w:t>
      </w:r>
    </w:p>
    <w:p>
      <w:r>
        <w:t>status_500:错误: 笼位:hyb压测笼架116834606-1-I 已被使用，请刷新页面: 1</w:t>
      </w:r>
    </w:p>
    <w:p>
      <w:r>
        <w:t>status_500:错误: 笼位:hyb压测笼架116834606-1-J 已被使用，请刷新页面: 1</w:t>
      </w:r>
    </w:p>
    <w:p>
      <w:r>
        <w:t>status_500:错误: 笼位:hyb压测笼架116834606-2-A 已被使用，请刷新页面: 1</w:t>
      </w:r>
    </w:p>
    <w:p>
      <w:r>
        <w:t>status_500:错误: 笼位:hyb压测笼架116834606-2-B 已被使用，请刷新页面: 1</w:t>
      </w:r>
    </w:p>
    <w:p>
      <w:r>
        <w:t>status_500:错误: 笼位:hyb压测笼架116834606-2-C 已被使用，请刷新页面: 1</w:t>
      </w:r>
    </w:p>
    <w:p>
      <w:r>
        <w:t>status_500:错误: 笼位:hyb压测笼架116834606-2-D 已被使用，请刷新页面: 1</w:t>
      </w:r>
    </w:p>
    <w:p>
      <w:r>
        <w:t>status_500:错误: 笼位:hyb压测笼架116834606-2-F 已被使用，请刷新页面: 1</w:t>
      </w:r>
    </w:p>
    <w:p>
      <w:r>
        <w:t>status_500:错误: 笼位:hyb压测笼架116834606-2-E 已被使用，请刷新页面: 1</w:t>
      </w:r>
    </w:p>
    <w:p>
      <w:r>
        <w:t>status_500:错误: 笼位:hyb压测笼架116834606-2-G 已被使用，请刷新页面: 1</w:t>
      </w:r>
    </w:p>
    <w:p>
      <w:r>
        <w:t>status_500:错误: 笼位:hyb压测笼架116834606-2-H 已被使用，请刷新页面: 1</w:t>
      </w:r>
    </w:p>
    <w:p>
      <w:r>
        <w:t>status_500:错误: 笼位:hyb压测笼架116834606-2-I 已被使用，请刷新页面: 1</w:t>
      </w:r>
    </w:p>
    <w:p>
      <w:r>
        <w:t>status_500:错误: 笼位:hyb压测笼架116834606-2-J 已被使用，请刷新页面: 1</w:t>
      </w:r>
    </w:p>
    <w:p>
      <w:r>
        <w:t>status_500:错误: 笼位:hyb压测笼架116834606-3-A 已被使用，请刷新页面: 1</w:t>
      </w:r>
    </w:p>
    <w:p>
      <w:r>
        <w:t>status_500:错误: 笼位:hyb压测笼架116834606-3-B 已被使用，请刷新页面: 1</w:t>
      </w:r>
    </w:p>
    <w:p>
      <w:r>
        <w:t>status_500:错误: 笼位:hyb压测笼架116834606-3-C 已被使用，请刷新页面: 1</w:t>
      </w:r>
    </w:p>
    <w:p>
      <w:r>
        <w:t>status_500:错误: 笼位:hyb压测笼架116834606-3-D 已被使用，请刷新页面: 1</w:t>
      </w:r>
    </w:p>
    <w:p>
      <w:r>
        <w:t>status_500:错误: 笼位:hyb压测笼架116834606-3-E 已被使用，请刷新页面: 1</w:t>
      </w:r>
    </w:p>
    <w:p>
      <w:r>
        <w:t>status_500:错误: 笼位:hyb压测笼架116834606-3-F 已被使用，请刷新页面: 1</w:t>
      </w:r>
    </w:p>
    <w:p>
      <w:r>
        <w:t>status_500:错误: 笼位:hyb压测笼架116834606-3-G 已被使用，请刷新页面: 1</w:t>
      </w:r>
    </w:p>
    <w:p>
      <w:r>
        <w:t>status_500:错误: 笼位:hyb压测笼架116834606-3-H 已被使用，请刷新页面: 1</w:t>
      </w:r>
    </w:p>
    <w:p>
      <w:r>
        <w:t>status_500:错误: 笼位:hyb压测笼架116834606-3-I 已被使用，请刷新页面: 1</w:t>
      </w:r>
    </w:p>
    <w:p>
      <w:r>
        <w:t>status_500:错误: 笼位:hyb压测笼架116834606-3-J 已被使用，请刷新页面: 1</w:t>
      </w:r>
    </w:p>
    <w:p>
      <w:r>
        <w:t>status_500:错误: 笼位:hyb压测笼架116834606-4-A 已被使用，请刷新页面: 1</w:t>
      </w:r>
    </w:p>
    <w:p>
      <w:r>
        <w:t>status_500:错误: 笼位:hyb压测笼架116834606-4-B 已被使用，请刷新页面: 1</w:t>
      </w:r>
    </w:p>
    <w:p>
      <w:r>
        <w:t>status_500:错误: 笼位:hyb压测笼架116834606-4-C 已被使用，请刷新页面: 1</w:t>
      </w:r>
    </w:p>
    <w:p>
      <w:r>
        <w:t>status_500:错误: 笼位:hyb压测笼架116834606-4-D 已被使用，请刷新页面: 1</w:t>
      </w:r>
    </w:p>
    <w:p>
      <w:r>
        <w:t>status_500:错误: 笼位:hyb压测笼架116834606-4-E 已被使用，请刷新页面: 1</w:t>
      </w:r>
    </w:p>
    <w:p>
      <w:r>
        <w:t>status_500:错误: 笼位:hyb压测笼架116834606-4-F 已被使用，请刷新页面: 1</w:t>
      </w:r>
    </w:p>
    <w:p>
      <w:r>
        <w:t>status_500:错误: 笼位:hyb压测笼架116834606-4-G 已被使用，请刷新页面: 1</w:t>
      </w:r>
    </w:p>
    <w:p>
      <w:r>
        <w:t>status_500:错误: 笼位:hyb压测笼架116834606-4-H 已被使用，请刷新页面: 1</w:t>
      </w:r>
    </w:p>
    <w:p>
      <w:r>
        <w:t>status_500:错误: 笼位:hyb压测笼架116834606-4-I 已被使用，请刷新页面: 1</w:t>
      </w:r>
    </w:p>
    <w:p>
      <w:r>
        <w:t>status_500:错误: 笼位:hyb压测笼架116834606-4-J 已被使用，请刷新页面: 1</w:t>
      </w:r>
    </w:p>
    <w:p>
      <w:r>
        <w:t>status_500:错误: 笼位:hyb压测笼架116834606-5-A 已被使用，请刷新页面: 1</w:t>
      </w:r>
    </w:p>
    <w:p>
      <w:r>
        <w:t>status_500:错误: 笼位:hyb压测笼架116834606-5-B 已被使用，请刷新页面: 1</w:t>
      </w:r>
    </w:p>
    <w:p>
      <w:r>
        <w:t>status_500:错误: 笼位:hyb压测笼架116834606-5-C 已被使用，请刷新页面: 1</w:t>
      </w:r>
    </w:p>
    <w:p>
      <w:r>
        <w:t>status_500:错误: 笼位:hyb压测笼架116834606-5-D 已被使用，请刷新页面: 1</w:t>
      </w:r>
    </w:p>
    <w:p>
      <w:r>
        <w:t>status_500:错误: 笼位:hyb压测笼架116834606-5-E 已被使用，请刷新页面: 1</w:t>
      </w:r>
    </w:p>
    <w:p>
      <w:r>
        <w:t>status_500:错误: 笼位:hyb压测笼架116834606-5-F 已被使用，请刷新页面: 1</w:t>
      </w:r>
    </w:p>
    <w:p>
      <w:r>
        <w:t>status_500:错误: 笼位:hyb压测笼架116834606-5-G 已被使用，请刷新页面: 1</w:t>
      </w:r>
    </w:p>
    <w:p>
      <w:r>
        <w:t>status_500:错误: 笼位:hyb压测笼架116834606-5-H 已被使用，请刷新页面: 1</w:t>
      </w:r>
    </w:p>
    <w:p>
      <w:r>
        <w:t>status_500:错误: 笼位:hyb压测笼架116834606-5-I 已被使用，请刷新页面: 1</w:t>
      </w:r>
    </w:p>
    <w:p>
      <w:r>
        <w:t>status_500:错误: 笼位:hyb压测笼架116834606-5-J 已被使用，请刷新页面: 1</w:t>
      </w:r>
    </w:p>
    <w:p>
      <w:r>
        <w:t>status_500:错误: 笼位:hyb压测笼架116834606-6-A 已被使用，请刷新页面: 1</w:t>
      </w:r>
    </w:p>
    <w:p>
      <w:r>
        <w:t>status_500:错误: 笼位:hyb压测笼架116834606-6-B 已被使用，请刷新页面: 1</w:t>
      </w:r>
    </w:p>
    <w:p>
      <w:r>
        <w:t>status_500:错误: 笼位:hyb压测笼架116834606-6-C 已被使用，请刷新页面: 1</w:t>
      </w:r>
    </w:p>
    <w:p>
      <w:r>
        <w:t>status_500:错误: 笼位:hyb压测笼架116834606-6-D 已被使用，请刷新页面: 1</w:t>
      </w:r>
    </w:p>
    <w:p>
      <w:r>
        <w:t>status_500:错误: 笼位:hyb压测笼架116834606-6-E 已被使用，请刷新页面: 1</w:t>
      </w:r>
    </w:p>
    <w:p>
      <w:r>
        <w:t>status_500:错误: 笼位:hyb压测笼架116834606-6-F 已被使用，请刷新页面: 1</w:t>
      </w:r>
    </w:p>
    <w:p>
      <w:r>
        <w:t>status_500:错误: 笼位:hyb压测笼架116834606-6-G 已被使用，请刷新页面: 1</w:t>
      </w:r>
    </w:p>
    <w:p>
      <w:r>
        <w:t>status_500:错误: 笼位:hyb压测笼架116834606-6-H 已被使用，请刷新页面: 1</w:t>
      </w:r>
    </w:p>
    <w:p>
      <w:r>
        <w:t>status_500:错误: 笼位:hyb压测笼架116834606-6-I 已被使用，请刷新页面: 1</w:t>
      </w:r>
    </w:p>
    <w:p>
      <w:r>
        <w:t>status_500:错误: 笼位:hyb压测笼架116834606-6-J 已被使用，请刷新页面: 1</w:t>
      </w:r>
    </w:p>
    <w:p>
      <w:r>
        <w:t>status_500:错误: 笼位:hyb压测笼架116834606-7-A 已被使用，请刷新页面: 1</w:t>
      </w:r>
    </w:p>
    <w:p>
      <w:r>
        <w:t>status_500:错误: 笼位:hyb压测笼架116834606-7-B 已被使用，请刷新页面: 1</w:t>
      </w:r>
    </w:p>
    <w:p>
      <w:r>
        <w:t>status_500:错误: 笼位:hyb压测笼架116834606-7-C 已被使用，请刷新页面: 1</w:t>
      </w:r>
    </w:p>
    <w:p>
      <w:r>
        <w:t>status_500:错误: 笼位:hyb压测笼架116834606-7-D 已被使用，请刷新页面: 1</w:t>
      </w:r>
    </w:p>
    <w:p>
      <w:r>
        <w:t>status_500:错误: 笼位:hyb压测笼架116834606-7-E 已被使用，请刷新页面: 1</w:t>
      </w:r>
    </w:p>
    <w:p>
      <w:r>
        <w:t>status_500:错误: 笼位:hyb压测笼架116834606-7-F 已被使用，请刷新页面: 1</w:t>
      </w:r>
    </w:p>
    <w:p>
      <w:r>
        <w:t>status_500:错误: 笼位:hyb压测笼架116834606-7-G 已被使用，请刷新页面: 1</w:t>
      </w:r>
    </w:p>
    <w:p>
      <w:r>
        <w:t>status_500:错误: 笼位:hyb压测笼架116834606-7-H 已被使用，请刷新页面: 1</w:t>
      </w:r>
    </w:p>
    <w:p>
      <w:r>
        <w:t>status_500:错误: 笼位:hyb压测笼架116834606-7-I 已被使用，请刷新页面: 1</w:t>
      </w:r>
    </w:p>
    <w:p>
      <w:r>
        <w:t>status_500:错误: 笼位:hyb压测笼架116834606-7-J 已被使用，请刷新页面: 1</w:t>
      </w:r>
    </w:p>
    <w:p>
      <w:r>
        <w:t>status_500:错误: 笼位:hyb压测笼架116834606-8-A 已被使用，请刷新页面: 1</w:t>
      </w:r>
    </w:p>
    <w:p>
      <w:r>
        <w:t>status_500:错误: 笼位:hyb压测笼架116834606-8-B 已被使用，请刷新页面: 1</w:t>
      </w:r>
    </w:p>
    <w:p>
      <w:r>
        <w:t>status_500:错误: 笼位:hyb压测笼架116834606-8-C 已被使用，请刷新页面: 1</w:t>
      </w:r>
    </w:p>
    <w:p>
      <w:r>
        <w:t>status_500:错误: 笼位:hyb压测笼架116834606-8-D 已被使用，请刷新页面: 1</w:t>
      </w:r>
    </w:p>
    <w:p>
      <w:r>
        <w:t>status_500:错误: 笼位:hyb压测笼架116834606-8-E 已被使用，请刷新页面: 1</w:t>
      </w:r>
    </w:p>
    <w:p>
      <w:r>
        <w:t>status_500:错误: 笼位:hyb压测笼架116834606-8-G 已被使用，请刷新页面: 1</w:t>
      </w:r>
    </w:p>
    <w:p>
      <w:r>
        <w:t>status_500:错误: 笼位:hyb压测笼架116834606-8-F 已被使用，请刷新页面: 1</w:t>
      </w:r>
    </w:p>
    <w:p>
      <w:r>
        <w:t>status_500:错误: 笼位:hyb压测笼架116834606-8-H 已被使用，请刷新页面: 1</w:t>
      </w:r>
    </w:p>
    <w:p>
      <w:r>
        <w:t>status_500:错误: 笼位:hyb压测笼架116834606-8-I 已被使用，请刷新页面: 1</w:t>
      </w:r>
    </w:p>
    <w:p>
      <w:r>
        <w:t>status_500:错误: 笼位:hyb压测笼架116834606-8-J 已被使用，请刷新页面: 1</w:t>
      </w:r>
    </w:p>
    <w:p>
      <w:r>
        <w:t>status_500:错误: 笼位:hyb压测笼架116834606-9-A 已被使用，请刷新页面: 1</w:t>
      </w:r>
    </w:p>
    <w:p>
      <w:r>
        <w:t>status_500:错误: 笼位:hyb压测笼架116834606-9-B 已被使用，请刷新页面: 1</w:t>
      </w:r>
    </w:p>
    <w:p>
      <w:r>
        <w:t>status_500:错误: 笼位:hyb压测笼架116834606-9-C 已被使用，请刷新页面: 1</w:t>
      </w:r>
    </w:p>
    <w:p>
      <w:r>
        <w:t>status_500:错误: 笼位:hyb压测笼架116834606-9-D 已被使用，请刷新页面: 1</w:t>
      </w:r>
    </w:p>
    <w:p>
      <w:r>
        <w:t>status_500:错误: 笼位:hyb压测笼架116834606-9-E 已被使用，请刷新页面: 1</w:t>
      </w:r>
    </w:p>
    <w:p>
      <w:r>
        <w:t>status_500:错误: 笼位:hyb压测笼架116834606-9-F 已被使用，请刷新页面: 1</w:t>
      </w:r>
    </w:p>
    <w:p>
      <w:r>
        <w:t>status_500:错误: 笼位:hyb压测笼架116834606-9-G 已被使用，请刷新页面: 1</w:t>
      </w:r>
    </w:p>
    <w:p>
      <w:r>
        <w:t>status_500:错误: 笼位:hyb压测笼架116834606-9-H 已被使用，请刷新页面: 1</w:t>
      </w:r>
    </w:p>
    <w:p>
      <w:r>
        <w:t>status_500:错误: 笼位:hyb压测笼架116834606-9-I 已被使用，请刷新页面: 1</w:t>
      </w:r>
    </w:p>
    <w:p>
      <w:r>
        <w:t>status_500:错误: 笼位:hyb压测笼架116834606-9-J 已被使用，请刷新页面: 1</w:t>
      </w:r>
    </w:p>
    <w:p>
      <w:r>
        <w:t>status_500:错误: 笼位:hyb压测笼架116834606-10-A 已被使用，请刷新页面: 1</w:t>
      </w:r>
    </w:p>
    <w:p>
      <w:r>
        <w:t>status_500:错误: 笼位:hyb压测笼架116834606-10-B 已被使用，请刷新页面: 1</w:t>
      </w:r>
    </w:p>
    <w:p>
      <w:r>
        <w:t>status_500:错误: 笼位:hyb压测笼架116834606-10-C 已被使用，请刷新页面: 1</w:t>
      </w:r>
    </w:p>
    <w:p>
      <w:r>
        <w:t>status_500:错误: 笼位:hyb压测笼架116834606-10-D 已被使用，请刷新页面: 1</w:t>
      </w:r>
    </w:p>
    <w:p>
      <w:r>
        <w:t>status_500:错误: 笼位:hyb压测笼架116834606-10-E 已被使用，请刷新页面: 1</w:t>
      </w:r>
    </w:p>
    <w:p>
      <w:r>
        <w:t>status_500:错误: 笼位:hyb压测笼架116834606-10-F 已被使用，请刷新页面: 1</w:t>
      </w:r>
    </w:p>
    <w:p>
      <w:r>
        <w:t>status_500:错误: 笼位:hyb压测笼架116834606-10-G 已被使用，请刷新页面: 1</w:t>
      </w:r>
    </w:p>
    <w:p>
      <w:r>
        <w:t>status_500:错误: 笼位:hyb压测笼架116834606-10-H 已被使用，请刷新页面: 1</w:t>
      </w:r>
    </w:p>
    <w:p>
      <w:r>
        <w:t>status_500:错误: 笼位:hyb压测笼架116834606-10-I 已被使用，请刷新页面: 1</w:t>
      </w:r>
    </w:p>
    <w:p>
      <w:r>
        <w:t>status_500:错误: 笼位:hyb压测笼架116834606-10-J 已被使用，请刷新页面: 1</w:t>
      </w:r>
    </w:p>
    <w:p>
      <w:r>
        <w:t>status_500:错误: 笼位:hyb压测笼架101582794-1-A 已被使用，请刷新页面: 1</w:t>
      </w:r>
    </w:p>
    <w:p>
      <w:r>
        <w:t>status_500:错误: 笼位:hyb压测笼架101582794-1-B 已被使用，请刷新页面: 1</w:t>
      </w:r>
    </w:p>
    <w:p>
      <w:r>
        <w:t>status_500:错误: 笼位:hyb压测笼架101582794-1-C 已被使用，请刷新页面: 1</w:t>
      </w:r>
    </w:p>
    <w:p>
      <w:r>
        <w:t>status_500:错误: 笼位:hyb压测笼架101582794-1-D 已被使用，请刷新页面: 1</w:t>
      </w:r>
    </w:p>
    <w:p>
      <w:r>
        <w:t>status_500:错误: 笼位:hyb压测笼架101582794-1-E 已被使用，请刷新页面: 1</w:t>
      </w:r>
    </w:p>
    <w:p>
      <w:r>
        <w:t>status_500:错误: 笼位:hyb压测笼架101582794-1-F 已被使用，请刷新页面: 1</w:t>
      </w:r>
    </w:p>
    <w:p>
      <w:r>
        <w:t>status_500:错误: 笼位:hyb压测笼架101582794-1-G 已被使用，请刷新页面: 1</w:t>
      </w:r>
    </w:p>
    <w:p>
      <w:r>
        <w:t>status_500:错误: 笼位:hyb压测笼架101582794-1-H 已被使用，请刷新页面: 1</w:t>
      </w:r>
    </w:p>
    <w:p>
      <w:r>
        <w:t>status_500:错误: 笼位:hyb压测笼架101582794-1-I 已被使用，请刷新页面: 1</w:t>
      </w:r>
    </w:p>
    <w:p>
      <w:r>
        <w:t>status_500:错误: 笼位:hyb压测笼架101582794-1-J 已被使用，请刷新页面: 1</w:t>
      </w:r>
    </w:p>
    <w:p>
      <w:r>
        <w:t>status_500:错误: 笼位:hyb压测笼架101582794-2-A 已被使用，请刷新页面: 1</w:t>
      </w:r>
    </w:p>
    <w:p>
      <w:r>
        <w:t>status_500:错误: 笼位:hyb压测笼架101582794-2-B 已被使用，请刷新页面: 1</w:t>
      </w:r>
    </w:p>
    <w:p>
      <w:r>
        <w:t>status_500:错误: 笼位:hyb压测笼架101582794-2-C 已被使用，请刷新页面: 1</w:t>
      </w:r>
    </w:p>
    <w:p>
      <w:r>
        <w:t>status_500:错误: 笼位:hyb压测笼架101582794-2-D 已被使用，请刷新页面: 1</w:t>
      </w:r>
    </w:p>
    <w:p>
      <w:r>
        <w:t>status_500:错误: 笼位:hyb压测笼架101582794-2-E 已被使用，请刷新页面: 1</w:t>
      </w:r>
    </w:p>
    <w:p>
      <w:r>
        <w:t>status_500:错误: 笼位:hyb压测笼架101582794-2-F 已被使用，请刷新页面: 1</w:t>
      </w:r>
    </w:p>
    <w:p>
      <w:r>
        <w:t>status_500:错误: 笼位:hyb压测笼架101582794-2-G 已被使用，请刷新页面: 1</w:t>
      </w:r>
    </w:p>
    <w:p>
      <w:r>
        <w:t>status_500:错误: 笼位:hyb压测笼架101582794-2-H 已被使用，请刷新页面: 1</w:t>
      </w:r>
    </w:p>
    <w:p>
      <w:r>
        <w:t>status_500:错误: 笼位:hyb压测笼架101582794-2-I 已被使用，请刷新页面: 1</w:t>
      </w:r>
    </w:p>
    <w:p>
      <w:r>
        <w:t>status_500:错误: 笼位:hyb压测笼架101582794-2-J 已被使用，请刷新页面: 1</w:t>
      </w:r>
    </w:p>
    <w:p>
      <w:r>
        <w:t>status_500:错误: 笼位:hyb压测笼架101582794-3-A 已被使用，请刷新页面: 1</w:t>
      </w:r>
    </w:p>
    <w:p>
      <w:r>
        <w:t>status_500:错误: 笼位:hyb压测笼架101582794-3-B 已被使用，请刷新页面: 1</w:t>
      </w:r>
    </w:p>
    <w:p>
      <w:r>
        <w:t>status_500:错误: 笼位:hyb压测笼架101582794-3-C 已被使用，请刷新页面: 1</w:t>
      </w:r>
    </w:p>
    <w:p>
      <w:r>
        <w:t>status_500:错误: 笼位:hyb压测笼架101582794-3-D 已被使用，请刷新页面: 1</w:t>
      </w:r>
    </w:p>
    <w:p>
      <w:r>
        <w:t>status_500:错误: 笼位:hyb压测笼架101582794-3-E 已被使用，请刷新页面: 1</w:t>
      </w:r>
    </w:p>
    <w:p>
      <w:r>
        <w:t>status_500:错误: 笼位:hyb压测笼架101582794-3-F 已被使用，请刷新页面: 1</w:t>
      </w:r>
    </w:p>
    <w:p>
      <w:r>
        <w:t>status_500:错误: 笼位:hyb压测笼架101582794-3-H 已被使用，请刷新页面: 1</w:t>
      </w:r>
    </w:p>
    <w:p>
      <w:r>
        <w:t>status_500:错误: 笼位:hyb压测笼架101582794-3-G 已被使用，请刷新页面: 1</w:t>
      </w:r>
    </w:p>
    <w:p>
      <w:r>
        <w:t>status_500:错误: 笼位:hyb压测笼架101582794-3-I 已被使用，请刷新页面: 1</w:t>
      </w:r>
    </w:p>
    <w:p>
      <w:r>
        <w:t>status_500:错误: 笼位:hyb压测笼架101582794-3-J 已被使用，请刷新页面: 1</w:t>
      </w:r>
    </w:p>
    <w:p>
      <w:r>
        <w:t>status_500:错误: 笼位:hyb压测笼架101582794-4-A 已被使用，请刷新页面: 1</w:t>
      </w:r>
    </w:p>
    <w:p>
      <w:r>
        <w:t>status_500:错误: 笼位:hyb压测笼架101582794-4-B 已被使用，请刷新页面: 1</w:t>
      </w:r>
    </w:p>
    <w:p>
      <w:r>
        <w:t>status_500:错误: 笼位:hyb压测笼架101582794-4-C 已被使用，请刷新页面: 1</w:t>
      </w:r>
    </w:p>
    <w:p>
      <w:r>
        <w:t>status_500:错误: 笼位:hyb压测笼架101582794-4-D 已被使用，请刷新页面: 1</w:t>
      </w:r>
    </w:p>
    <w:p>
      <w:r>
        <w:t>status_500:错误: 笼位:hyb压测笼架101582794-4-E 已被使用，请刷新页面: 1</w:t>
      </w:r>
    </w:p>
    <w:p>
      <w:r>
        <w:t>status_500:错误: 笼位:hyb压测笼架101582794-4-F 已被使用，请刷新页面: 1</w:t>
      </w:r>
    </w:p>
    <w:p>
      <w:r>
        <w:t>status_500:错误: 笼位:hyb压测笼架101582794-4-G 已被使用，请刷新页面: 1</w:t>
      </w:r>
    </w:p>
    <w:p>
      <w:r>
        <w:t>status_500:错误: 笼位:hyb压测笼架101582794-4-H 已被使用，请刷新页面: 1</w:t>
      </w:r>
    </w:p>
    <w:p>
      <w:r>
        <w:t>status_500:错误: 笼位:hyb压测笼架101582794-4-I 已被使用，请刷新页面: 1</w:t>
      </w:r>
    </w:p>
    <w:p>
      <w:r>
        <w:t>status_500:错误: 笼位:hyb压测笼架101582794-4-J 已被使用，请刷新页面: 1</w:t>
      </w:r>
    </w:p>
    <w:p>
      <w:r>
        <w:t>status_500:错误: 笼位:hyb压测笼架101582794-5-A 已被使用，请刷新页面: 1</w:t>
      </w:r>
    </w:p>
    <w:p>
      <w:r>
        <w:t>status_500:错误: 笼位:hyb压测笼架101582794-5-B 已被使用，请刷新页面: 1</w:t>
      </w:r>
    </w:p>
    <w:p>
      <w:r>
        <w:t>status_500:错误: 笼位:hyb压测笼架101582794-5-C 已被使用，请刷新页面: 1</w:t>
      </w:r>
    </w:p>
    <w:p>
      <w:r>
        <w:t>status_500:错误: 笼位:hyb压测笼架101582794-5-D 已被使用，请刷新页面: 1</w:t>
      </w:r>
    </w:p>
    <w:p>
      <w:r>
        <w:t>status_500:错误: 笼位:hyb压测笼架101582794-5-E 已被使用，请刷新页面: 1</w:t>
      </w:r>
    </w:p>
    <w:p>
      <w:r>
        <w:t>status_500:错误: 笼位:hyb压测笼架101582794-5-F 已被使用，请刷新页面: 1</w:t>
      </w:r>
    </w:p>
    <w:p>
      <w:r>
        <w:t>status_500:错误: 笼位:hyb压测笼架101582794-5-G 已被使用，请刷新页面: 1</w:t>
      </w:r>
    </w:p>
    <w:p>
      <w:r>
        <w:t>status_500:错误: 笼位:hyb压测笼架101582794-5-H 已被使用，请刷新页面: 1</w:t>
      </w:r>
    </w:p>
    <w:p>
      <w:r>
        <w:t>status_500:错误: 笼位:hyb压测笼架101582794-5-I 已被使用，请刷新页面: 1</w:t>
      </w:r>
    </w:p>
    <w:p>
      <w:r>
        <w:t>status_500:错误: 笼位:hyb压测笼架101582794-5-J 已被使用，请刷新页面: 1</w:t>
      </w:r>
    </w:p>
    <w:p>
      <w:r>
        <w:t>status_500:错误: 笼位:hyb压测笼架101582794-6-A 已被使用，请刷新页面: 1</w:t>
      </w:r>
    </w:p>
    <w:p>
      <w:r>
        <w:t>status_500:错误: 笼位:hyb压测笼架101582794-6-B 已被使用，请刷新页面: 1</w:t>
      </w:r>
    </w:p>
    <w:p>
      <w:r>
        <w:t>status_500:错误: 笼位:hyb压测笼架101582794-6-C 已被使用，请刷新页面: 1</w:t>
      </w:r>
    </w:p>
    <w:p>
      <w:r>
        <w:t>status_500:错误: 笼位:hyb压测笼架101582794-6-D 已被使用，请刷新页面: 1</w:t>
      </w:r>
    </w:p>
    <w:p>
      <w:r>
        <w:t>status_500:错误: 笼位:hyb压测笼架101582794-6-E 已被使用，请刷新页面: 1</w:t>
      </w:r>
    </w:p>
    <w:p>
      <w:r>
        <w:t>status_500:错误: 笼位:hyb压测笼架101582794-6-F 已被使用，请刷新页面: 1</w:t>
      </w:r>
    </w:p>
    <w:p>
      <w:r>
        <w:t>status_500:错误: 笼位:hyb压测笼架101582794-6-G 已被使用，请刷新页面: 1</w:t>
      </w:r>
    </w:p>
    <w:p>
      <w:r>
        <w:t>status_500:错误: 笼位:hyb压测笼架101582794-6-H 已被使用，请刷新页面: 1</w:t>
      </w:r>
    </w:p>
    <w:p>
      <w:r>
        <w:t>status_500:错误: 笼位:hyb压测笼架101582794-6-I 已被使用，请刷新页面: 1</w:t>
      </w:r>
    </w:p>
    <w:p>
      <w:r>
        <w:t>status_500:错误: 笼位:hyb压测笼架101582794-6-J 已被使用，请刷新页面: 1</w:t>
      </w:r>
    </w:p>
    <w:p>
      <w:r>
        <w:t>status_500:错误: 笼位:hyb压测笼架101582794-7-A 已被使用，请刷新页面: 1</w:t>
      </w:r>
    </w:p>
    <w:p>
      <w:r>
        <w:t>status_500:错误: 笼位:hyb压测笼架101582794-7-B 已被使用，请刷新页面: 1</w:t>
      </w:r>
    </w:p>
    <w:p>
      <w:r>
        <w:t>status_500:错误: 笼位:hyb压测笼架101582794-7-C 已被使用，请刷新页面: 1</w:t>
      </w:r>
    </w:p>
    <w:p>
      <w:r>
        <w:t>status_500:错误: 笼位:hyb压测笼架101582794-7-D 已被使用，请刷新页面: 1</w:t>
      </w:r>
    </w:p>
    <w:p>
      <w:r>
        <w:t>status_500:错误: 笼位:hyb压测笼架101582794-7-E 已被使用，请刷新页面: 1</w:t>
      </w:r>
    </w:p>
    <w:p>
      <w:r>
        <w:t>status_500:错误: 笼位:hyb压测笼架101582794-7-F 已被使用，请刷新页面: 1</w:t>
      </w:r>
    </w:p>
    <w:p>
      <w:r>
        <w:t>status_500:错误: 笼位:hyb压测笼架101582794-7-G 已被使用，请刷新页面: 1</w:t>
      </w:r>
    </w:p>
    <w:p>
      <w:r>
        <w:t>status_500:错误: 笼位:hyb压测笼架101582794-7-H 已被使用，请刷新页面: 1</w:t>
      </w:r>
    </w:p>
    <w:p>
      <w:r>
        <w:t>status_500:错误: 笼位:hyb压测笼架101582794-7-I 已被使用，请刷新页面: 1</w:t>
      </w:r>
    </w:p>
    <w:p>
      <w:r>
        <w:t>status_500:错误: 笼位:hyb压测笼架101582794-7-J 已被使用，请刷新页面: 1</w:t>
      </w:r>
    </w:p>
    <w:p>
      <w:r>
        <w:t>status_500:错误: 笼位:hyb压测笼架101582794-8-A 已被使用，请刷新页面: 1</w:t>
      </w:r>
    </w:p>
    <w:p>
      <w:r>
        <w:t>status_500:错误: 笼位:hyb压测笼架101582794-8-B 已被使用，请刷新页面: 1</w:t>
      </w:r>
    </w:p>
    <w:p>
      <w:r>
        <w:t>status_500:错误: 笼位:hyb压测笼架101582794-8-C 已被使用，请刷新页面: 1</w:t>
      </w:r>
    </w:p>
    <w:p>
      <w:r>
        <w:t>status_500:错误: 笼位:hyb压测笼架101582794-8-D 已被使用，请刷新页面: 1</w:t>
      </w:r>
    </w:p>
    <w:p>
      <w:r>
        <w:t>status_500:错误: 笼位:hyb压测笼架101582794-8-E 已被使用，请刷新页面: 1</w:t>
      </w:r>
    </w:p>
    <w:p>
      <w:r>
        <w:t>status_500:错误: 笼位:hyb压测笼架101582794-8-F 已被使用，请刷新页面: 1</w:t>
      </w:r>
    </w:p>
    <w:p>
      <w:r>
        <w:t>status_500:错误: 笼位:hyb压测笼架101582794-8-G 已被使用，请刷新页面: 1</w:t>
      </w:r>
    </w:p>
    <w:p>
      <w:r>
        <w:t>status_500:错误: 笼位:hyb压测笼架101582794-8-H 已被使用，请刷新页面: 1</w:t>
      </w:r>
    </w:p>
    <w:p>
      <w:r>
        <w:t>status_500:错误: 笼位:hyb压测笼架101582794-8-I 已被使用，请刷新页面: 1</w:t>
      </w:r>
    </w:p>
    <w:p>
      <w:r>
        <w:t>status_500:错误: 笼位:hyb压测笼架101582794-8-J 已被使用，请刷新页面: 1</w:t>
      </w:r>
    </w:p>
    <w:p>
      <w:r>
        <w:t>status_500:错误: 笼位:hyb压测笼架101582794-9-A 已被使用，请刷新页面: 1</w:t>
      </w:r>
    </w:p>
    <w:p>
      <w:r>
        <w:t>status_500:错误: 笼位:hyb压测笼架101582794-9-B 已被使用，请刷新页面: 1</w:t>
      </w:r>
    </w:p>
    <w:p>
      <w:r>
        <w:t>status_500:错误: 笼位:hyb压测笼架101582794-9-C 已被使用，请刷新页面: 1</w:t>
      </w:r>
    </w:p>
    <w:p>
      <w:r>
        <w:t>status_500:错误: 笼位:hyb压测笼架101582794-9-D 已被使用，请刷新页面: 1</w:t>
      </w:r>
    </w:p>
    <w:p>
      <w:r>
        <w:t>status_500:错误: 笼位:hyb压测笼架101582794-9-F 已被使用，请刷新页面: 1</w:t>
      </w:r>
    </w:p>
    <w:p>
      <w:r>
        <w:t>status_500:错误: 笼位:hyb压测笼架101582794-9-E 已被使用，请刷新页面: 1</w:t>
      </w:r>
    </w:p>
    <w:p>
      <w:r>
        <w:t>status_500:错误: 笼位:hyb压测笼架101582794-9-G 已被使用，请刷新页面: 1</w:t>
      </w:r>
    </w:p>
    <w:p>
      <w:r>
        <w:t>status_500:错误: 笼位:hyb压测笼架101582794-9-H 已被使用，请刷新页面: 1</w:t>
      </w:r>
    </w:p>
    <w:p>
      <w:r>
        <w:t>status_500:错误: 笼位:hyb压测笼架101582794-9-I 已被使用，请刷新页面: 1</w:t>
      </w:r>
    </w:p>
    <w:p>
      <w:r>
        <w:t>status_500:错误: 笼位:hyb压测笼架101582794-9-J 已被使用，请刷新页面: 1</w:t>
      </w:r>
    </w:p>
    <w:p>
      <w:r>
        <w:t>status_500:错误: 笼位:hyb压测笼架101582794-10-A 已被使用，请刷新页面: 1</w:t>
      </w:r>
    </w:p>
    <w:p>
      <w:r>
        <w:t>status_500:错误: 笼位:hyb压测笼架101582794-10-B 已被使用，请刷新页面: 1</w:t>
      </w:r>
    </w:p>
    <w:p>
      <w:r>
        <w:t>status_500:错误: 笼位:hyb压测笼架101582794-10-C 已被使用，请刷新页面: 1</w:t>
      </w:r>
    </w:p>
    <w:p>
      <w:r>
        <w:t>status_500:错误: 笼位:hyb压测笼架101582794-10-D 已被使用，请刷新页面: 1</w:t>
      </w:r>
    </w:p>
    <w:p>
      <w:r>
        <w:t>status_500:错误: 笼位:hyb压测笼架101582794-10-E 已被使用，请刷新页面: 1</w:t>
      </w:r>
    </w:p>
    <w:p>
      <w:r>
        <w:t>status_500:错误: 笼位:hyb压测笼架101582794-10-F 已被使用，请刷新页面: 1</w:t>
      </w:r>
    </w:p>
    <w:p>
      <w:r>
        <w:t>status_500:错误: 笼位:hyb压测笼架101582794-10-G 已被使用，请刷新页面: 1</w:t>
      </w:r>
    </w:p>
    <w:p>
      <w:r>
        <w:t>status_500:错误: 笼位:hyb压测笼架101582794-10-H 已被使用，请刷新页面: 1</w:t>
      </w:r>
    </w:p>
    <w:p>
      <w:r>
        <w:t>status_500:错误: 笼位:hyb压测笼架101582794-10-I 已被使用，请刷新页面: 1</w:t>
      </w:r>
    </w:p>
    <w:p>
      <w:r>
        <w:t>status_500:错误: 笼位:hyb压测笼架101582794-10-J 已被使用，请刷新页面: 1</w:t>
      </w:r>
    </w:p>
    <w:p>
      <w:r>
        <w:t>status_500:错误: 笼位:hyb压测笼架116216653-1-A 已被使用，请刷新页面: 1</w:t>
      </w:r>
    </w:p>
    <w:p>
      <w:r>
        <w:t>status_500:错误: 笼位:hyb压测笼架116216653-1-B 已被使用，请刷新页面: 1</w:t>
      </w:r>
    </w:p>
    <w:p>
      <w:r>
        <w:t>status_500:错误: 笼位:hyb压测笼架116216653-1-C 已被使用，请刷新页面: 1</w:t>
      </w:r>
    </w:p>
    <w:p>
      <w:r>
        <w:t>status_500:错误: 笼位:hyb压测笼架116216653-1-D 已被使用，请刷新页面: 1</w:t>
      </w:r>
    </w:p>
    <w:p>
      <w:r>
        <w:t>status_500:错误: 笼位:hyb压测笼架116216653-1-E 已被使用，请刷新页面: 1</w:t>
      </w:r>
    </w:p>
    <w:p>
      <w:r>
        <w:t>status_500:错误: 笼位:hyb压测笼架116216653-1-F 已被使用，请刷新页面: 1</w:t>
      </w:r>
    </w:p>
    <w:p>
      <w:r>
        <w:t>status_500:错误: 笼位:hyb压测笼架116216653-1-G 已被使用，请刷新页面: 1</w:t>
      </w:r>
    </w:p>
    <w:p>
      <w:r>
        <w:t>status_500:错误: 笼位:hyb压测笼架116216653-1-H 已被使用，请刷新页面: 1</w:t>
      </w:r>
    </w:p>
    <w:p>
      <w:r>
        <w:t>status_500:错误: 笼位:hyb压测笼架116216653-1-I 已被使用，请刷新页面: 1</w:t>
      </w:r>
    </w:p>
    <w:p>
      <w:r>
        <w:t>status_500:错误: 笼位:hyb压测笼架116216653-1-J 已被使用，请刷新页面: 1</w:t>
      </w:r>
    </w:p>
    <w:p>
      <w:r>
        <w:t>status_500:错误: 笼位:hyb压测笼架116216653-2-A 已被使用，请刷新页面: 1</w:t>
      </w:r>
    </w:p>
    <w:p>
      <w:r>
        <w:t>status_500:错误: 笼位:hyb压测笼架116216653-2-B 已被使用，请刷新页面: 1</w:t>
      </w:r>
    </w:p>
    <w:p>
      <w:r>
        <w:t>status_500:错误: 笼位:hyb压测笼架116216653-2-C 已被使用，请刷新页面: 1</w:t>
      </w:r>
    </w:p>
    <w:p>
      <w:r>
        <w:t>status_500:错误: 笼位:hyb压测笼架116216653-2-D 已被使用，请刷新页面: 1</w:t>
      </w:r>
    </w:p>
    <w:p>
      <w:r>
        <w:t>status_500:错误: 笼位:hyb压测笼架105754433-1-A 已被使用，请刷新页面: 1</w:t>
      </w:r>
    </w:p>
    <w:p>
      <w:r>
        <w:t>status_500:错误: 笼位:hyb压测笼架116216653-2-E 已被使用，请刷新页面: 1</w:t>
      </w:r>
    </w:p>
    <w:p>
      <w:r>
        <w:t>status_500:错误: 笼位:hyb压测笼架105754433-1-B 已被使用，请刷新页面: 1</w:t>
      </w:r>
    </w:p>
    <w:p>
      <w:r>
        <w:t>status_500:错误: 笼位:hyb压测笼架116216653-2-F 已被使用，请刷新页面: 1</w:t>
      </w:r>
    </w:p>
    <w:p>
      <w:r>
        <w:t>status_500:错误: 笼位:hyb压测笼架105754433-1-C 已被使用，请刷新页面: 1</w:t>
      </w:r>
    </w:p>
    <w:p>
      <w:r>
        <w:t>status_500:错误: 笼位:hyb压测笼架116216653-2-G 已被使用，请刷新页面: 1</w:t>
      </w:r>
    </w:p>
    <w:p>
      <w:r>
        <w:t>status_500:错误: 笼位:hyb压测笼架105754433-1-D 已被使用，请刷新页面: 1</w:t>
      </w:r>
    </w:p>
    <w:p>
      <w:r>
        <w:t>status_500:错误: 笼位:hyb压测笼架116216653-2-H 已被使用，请刷新页面: 1</w:t>
      </w:r>
    </w:p>
    <w:p>
      <w:r>
        <w:t>status_500:错误: 笼位:hyb压测笼架105754433-1-E 已被使用，请刷新页面: 1</w:t>
      </w:r>
    </w:p>
    <w:p>
      <w:r>
        <w:t>status_500:错误: 笼位:hyb压测笼架116216653-2-I 已被使用，请刷新页面: 1</w:t>
      </w:r>
    </w:p>
    <w:p>
      <w:r>
        <w:t>status_500:错误: 笼位:hyb压测笼架105754433-1-F 已被使用，请刷新页面: 1</w:t>
      </w:r>
    </w:p>
    <w:p>
      <w:r>
        <w:t>status_500:错误: 笼位:hyb压测笼架116216653-2-J 已被使用，请刷新页面: 1</w:t>
      </w:r>
    </w:p>
    <w:p>
      <w:r>
        <w:t>status_500:错误: 笼位:hyb压测笼架105754433-1-G 已被使用，请刷新页面: 1</w:t>
      </w:r>
    </w:p>
    <w:p>
      <w:r>
        <w:t>status_500:错误: 笼位:hyb压测笼架116216653-3-A 已被使用，请刷新页面: 1</w:t>
      </w:r>
    </w:p>
    <w:p>
      <w:r>
        <w:t>status_500:错误: 笼位:hyb压测笼架105754433-1-H 已被使用，请刷新页面: 1</w:t>
      </w:r>
    </w:p>
    <w:p>
      <w:r>
        <w:t>status_500:错误: 笼位:hyb压测笼架116216653-3-B 已被使用，请刷新页面: 1</w:t>
      </w:r>
    </w:p>
    <w:p>
      <w:r>
        <w:t>status_500:错误: 笼位:hyb压测笼架105754433-1-I 已被使用，请刷新页面: 1</w:t>
      </w:r>
    </w:p>
    <w:p>
      <w:r>
        <w:t>status_500:错误: 笼位:hyb压测笼架116216653-3-C 已被使用，请刷新页面: 1</w:t>
      </w:r>
    </w:p>
    <w:p>
      <w:r>
        <w:t>status_500:错误: 笼位:hyb压测笼架105754433-1-J 已被使用，请刷新页面: 1</w:t>
      </w:r>
    </w:p>
    <w:p>
      <w:r>
        <w:t>status_500:错误: 笼位:hyb压测笼架116216653-3-D 已被使用，请刷新页面: 1</w:t>
      </w:r>
    </w:p>
    <w:p>
      <w:r>
        <w:t>status_500:错误: 笼位:hyb压测笼架105754433-2-A 已被使用，请刷新页面: 1</w:t>
      </w:r>
    </w:p>
    <w:p>
      <w:r>
        <w:t>status_500:错误: 笼位:hyb压测笼架116216653-3-E 已被使用，请刷新页面: 1</w:t>
      </w:r>
    </w:p>
    <w:p>
      <w:r>
        <w:t>status_500:错误: 笼位:hyb压测笼架105754433-2-B 已被使用，请刷新页面: 1</w:t>
      </w:r>
    </w:p>
    <w:p>
      <w:r>
        <w:t>status_500:错误: 笼位:hyb压测笼架116216653-3-F 已被使用，请刷新页面: 1</w:t>
      </w:r>
    </w:p>
    <w:p>
      <w:r>
        <w:t>status_500:错误: 笼位:hyb压测笼架105754433-2-C 已被使用，请刷新页面: 1</w:t>
      </w:r>
    </w:p>
    <w:p>
      <w:r>
        <w:t>status_500:错误: 笼位:hyb压测笼架116216653-3-G 已被使用，请刷新页面: 1</w:t>
      </w:r>
    </w:p>
    <w:p>
      <w:r>
        <w:t>status_500:错误: 笼位:hyb压测笼架105754433-2-D 已被使用，请刷新页面: 1</w:t>
      </w:r>
    </w:p>
    <w:p>
      <w:r>
        <w:t>status_500:错误: 笼位:hyb压测笼架116216653-3-H 已被使用，请刷新页面: 1</w:t>
      </w:r>
    </w:p>
    <w:p>
      <w:r>
        <w:t>status_500:错误: 笼位:hyb压测笼架105754433-2-E 已被使用，请刷新页面: 1</w:t>
      </w:r>
    </w:p>
    <w:p>
      <w:r>
        <w:t>status_500:错误: 笼位:hyb压测笼架116216653-3-I 已被使用，请刷新页面: 1</w:t>
      </w:r>
    </w:p>
    <w:p>
      <w:r>
        <w:t>status_500:错误: 笼位:hyb压测笼架105754433-2-F 已被使用，请刷新页面: 1</w:t>
      </w:r>
    </w:p>
    <w:p>
      <w:r>
        <w:t>status_500:错误: 笼位:hyb压测笼架116216653-3-J 已被使用，请刷新页面: 1</w:t>
      </w:r>
    </w:p>
    <w:p>
      <w:r>
        <w:t>status_500:错误: 笼位:hyb压测笼架105754433-2-G 已被使用，请刷新页面: 1</w:t>
      </w:r>
    </w:p>
    <w:p>
      <w:r>
        <w:t>status_500:错误: 笼位:hyb压测笼架116216653-4-A 已被使用，请刷新页面: 1</w:t>
      </w:r>
    </w:p>
    <w:p>
      <w:r>
        <w:t>status_500:错误: 笼位:hyb压测笼架105754433-2-H 已被使用，请刷新页面: 1</w:t>
      </w:r>
    </w:p>
    <w:p>
      <w:r>
        <w:t>status_500:错误: 笼位:hyb压测笼架116216653-4-B 已被使用，请刷新页面: 1</w:t>
      </w:r>
    </w:p>
    <w:p>
      <w:r>
        <w:t>status_500:错误: 笼位:hyb压测笼架105754433-2-I 已被使用，请刷新页面: 1</w:t>
      </w:r>
    </w:p>
    <w:p>
      <w:r>
        <w:t>status_500:错误: 笼位:hyb压测笼架116216653-4-C 已被使用，请刷新页面: 1</w:t>
      </w:r>
    </w:p>
    <w:p>
      <w:r>
        <w:t>status_500:错误: 笼位:hyb压测笼架105754433-2-J 已被使用，请刷新页面: 1</w:t>
      </w:r>
    </w:p>
    <w:p>
      <w:r>
        <w:t>status_500:错误: 笼位:hyb压测笼架116216653-4-D 已被使用，请刷新页面: 1</w:t>
      </w:r>
    </w:p>
    <w:p>
      <w:r>
        <w:t>status_500:错误: 笼位:hyb压测笼架105754433-3-A 已被使用，请刷新页面: 1</w:t>
      </w:r>
    </w:p>
    <w:p>
      <w:r>
        <w:t>status_500:错误: 笼位:hyb压测笼架116216653-4-E 已被使用，请刷新页面: 1</w:t>
      </w:r>
    </w:p>
    <w:p>
      <w:r>
        <w:t>status_500:错误: 笼位:hyb压测笼架105754433-3-B 已被使用，请刷新页面: 1</w:t>
      </w:r>
    </w:p>
    <w:p>
      <w:r>
        <w:t>status_500:错误: 笼位:hyb压测笼架116216653-4-F 已被使用，请刷新页面: 1</w:t>
      </w:r>
    </w:p>
    <w:p>
      <w:r>
        <w:t>status_500:错误: 笼位:hyb压测笼架105754433-3-C 已被使用，请刷新页面: 1</w:t>
      </w:r>
    </w:p>
    <w:p>
      <w:r>
        <w:t>status_500:错误: 笼位:hyb压测笼架116216653-4-G 已被使用，请刷新页面: 1</w:t>
      </w:r>
    </w:p>
    <w:p>
      <w:r>
        <w:t>status_500:错误: 笼位:hyb压测笼架105754433-3-D 已被使用，请刷新页面: 1</w:t>
      </w:r>
    </w:p>
    <w:p>
      <w:r>
        <w:t>status_500:错误: 笼位:hyb压测笼架116216653-4-H 已被使用，请刷新页面: 1</w:t>
      </w:r>
    </w:p>
    <w:p>
      <w:r>
        <w:t>status_500:错误: 笼位:hyb压测笼架105754433-3-E 已被使用，请刷新页面: 1</w:t>
      </w:r>
    </w:p>
    <w:p>
      <w:r>
        <w:t>status_500:错误: 笼位:hyb压测笼架116216653-4-I 已被使用，请刷新页面: 1</w:t>
      </w:r>
    </w:p>
    <w:p>
      <w:r>
        <w:t>status_500:错误: 笼位:hyb压测笼架105754433-3-F 已被使用，请刷新页面: 1</w:t>
      </w:r>
    </w:p>
    <w:p>
      <w:r>
        <w:t>status_500:错误: 笼位:hyb压测笼架116216653-4-J 已被使用，请刷新页面: 1</w:t>
      </w:r>
    </w:p>
    <w:p>
      <w:r>
        <w:t>status_500:错误: 笼位:hyb压测笼架105754433-3-G 已被使用，请刷新页面: 1</w:t>
      </w:r>
    </w:p>
    <w:p>
      <w:r>
        <w:t>status_500:错误: 笼位:hyb压测笼架116216653-5-A 已被使用，请刷新页面: 1</w:t>
      </w:r>
    </w:p>
    <w:p>
      <w:r>
        <w:t>status_500:错误: 笼位:hyb压测笼架105754433-3-H 已被使用，请刷新页面: 1</w:t>
      </w:r>
    </w:p>
    <w:p>
      <w:r>
        <w:t>status_500:错误: 笼位:hyb压测笼架116216653-5-B 已被使用，请刷新页面: 1</w:t>
      </w:r>
    </w:p>
    <w:p>
      <w:r>
        <w:t>status_500:错误: 笼位:hyb压测笼架116216653-5-C 已被使用，请刷新页面: 1</w:t>
      </w:r>
    </w:p>
    <w:p>
      <w:r>
        <w:t>status_500:错误: 笼位:hyb压测笼架105754433-3-I 已被使用，请刷新页面: 1</w:t>
      </w:r>
    </w:p>
    <w:p>
      <w:r>
        <w:t>status_500:错误: 笼位:hyb压测笼架116216653-5-D 已被使用，请刷新页面: 1</w:t>
      </w:r>
    </w:p>
    <w:p>
      <w:r>
        <w:t>status_500:错误: 笼位:hyb压测笼架105754433-3-J 已被使用，请刷新页面: 1</w:t>
      </w:r>
    </w:p>
    <w:p>
      <w:r>
        <w:t>status_500:错误: 笼位:hyb压测笼架116216653-5-E 已被使用，请刷新页面: 1</w:t>
      </w:r>
    </w:p>
    <w:p>
      <w:r>
        <w:t>status_500:错误: 笼位:hyb压测笼架105754433-4-A 已被使用，请刷新页面: 1</w:t>
      </w:r>
    </w:p>
    <w:p>
      <w:r>
        <w:t>status_500:错误: 笼位:hyb压测笼架116216653-5-F 已被使用，请刷新页面: 1</w:t>
      </w:r>
    </w:p>
    <w:p>
      <w:r>
        <w:t>status_500:错误: 笼位:hyb压测笼架105754433-4-B 已被使用，请刷新页面: 1</w:t>
      </w:r>
    </w:p>
    <w:p>
      <w:r>
        <w:t>status_500:错误: 笼位:hyb压测笼架116216653-5-G 已被使用，请刷新页面: 1</w:t>
      </w:r>
    </w:p>
    <w:p>
      <w:r>
        <w:t>status_500:错误: 笼位:hyb压测笼架105754433-4-C 已被使用，请刷新页面: 1</w:t>
      </w:r>
    </w:p>
    <w:p>
      <w:r>
        <w:t>status_500:错误: 笼位:hyb压测笼架116216653-5-H 已被使用，请刷新页面: 1</w:t>
      </w:r>
    </w:p>
    <w:p>
      <w:r>
        <w:t>status_500:错误: 笼位:hyb压测笼架105754433-4-D 已被使用，请刷新页面: 1</w:t>
      </w:r>
    </w:p>
    <w:p>
      <w:r>
        <w:t>status_500:错误: 笼位:hyb压测笼架116216653-5-I 已被使用，请刷新页面: 1</w:t>
      </w:r>
    </w:p>
    <w:p>
      <w:r>
        <w:t>status_500:错误: 笼位:hyb压测笼架105754433-4-E 已被使用，请刷新页面: 1</w:t>
      </w:r>
    </w:p>
    <w:p>
      <w:r>
        <w:t>status_500:错误: 笼位:hyb压测笼架116216653-5-J 已被使用，请刷新页面: 1</w:t>
      </w:r>
    </w:p>
    <w:p>
      <w:r>
        <w:t>status_500:错误: 笼位:hyb压测笼架105754433-4-F 已被使用，请刷新页面: 1</w:t>
      </w:r>
    </w:p>
    <w:p>
      <w:r>
        <w:t>status_500:错误: 笼位:hyb压测笼架116216653-6-A 已被使用，请刷新页面: 1</w:t>
      </w:r>
    </w:p>
    <w:p>
      <w:r>
        <w:t>status_500:错误: 笼位:hyb压测笼架105754433-4-G 已被使用，请刷新页面: 1</w:t>
      </w:r>
    </w:p>
    <w:p>
      <w:r>
        <w:t>status_500:错误: 笼位:hyb压测笼架116216653-6-B 已被使用，请刷新页面: 1</w:t>
      </w:r>
    </w:p>
    <w:p>
      <w:r>
        <w:t>status_500:错误: 笼位:hyb压测笼架105754433-4-H 已被使用，请刷新页面: 1</w:t>
      </w:r>
    </w:p>
    <w:p>
      <w:r>
        <w:t>status_500:错误: 笼位:hyb压测笼架116216653-6-C 已被使用，请刷新页面: 1</w:t>
      </w:r>
    </w:p>
    <w:p>
      <w:r>
        <w:t>status_500:错误: 笼位:hyb压测笼架105754433-4-I 已被使用，请刷新页面: 1</w:t>
      </w:r>
    </w:p>
    <w:p>
      <w:r>
        <w:t>status_500:错误: 笼位:hyb压测笼架116216653-6-D 已被使用，请刷新页面: 1</w:t>
      </w:r>
    </w:p>
    <w:p>
      <w:r>
        <w:t>status_500:错误: 笼位:hyb压测笼架105754433-4-J 已被使用，请刷新页面: 1</w:t>
      </w:r>
    </w:p>
    <w:p>
      <w:r>
        <w:t>status_500:错误: 笼位:hyb压测笼架116216653-6-E 已被使用，请刷新页面: 1</w:t>
      </w:r>
    </w:p>
    <w:p>
      <w:r>
        <w:t>status_500:错误: 笼位:hyb压测笼架105754433-5-A 已被使用，请刷新页面: 1</w:t>
      </w:r>
    </w:p>
    <w:p>
      <w:r>
        <w:t>status_500:错误: 笼位:hyb压测笼架116216653-6-F 已被使用，请刷新页面: 1</w:t>
      </w:r>
    </w:p>
    <w:p>
      <w:r>
        <w:t>status_500:错误: 笼位:hyb压测笼架105754433-5-B 已被使用，请刷新页面: 1</w:t>
      </w:r>
    </w:p>
    <w:p>
      <w:r>
        <w:t>status_500:错误: 笼位:hyb压测笼架116216653-6-G 已被使用，请刷新页面: 1</w:t>
      </w:r>
    </w:p>
    <w:p>
      <w:r>
        <w:t>status_500:错误: 笼位:hyb压测笼架105754433-5-C 已被使用，请刷新页面: 1</w:t>
      </w:r>
    </w:p>
    <w:p>
      <w:r>
        <w:t>status_500:错误: 笼位:hyb压测笼架116216653-6-H 已被使用，请刷新页面: 1</w:t>
      </w:r>
    </w:p>
    <w:p>
      <w:r>
        <w:t>status_500:错误: 笼位:hyb压测笼架105754433-5-D 已被使用，请刷新页面: 1</w:t>
      </w:r>
    </w:p>
    <w:p>
      <w:r>
        <w:t>status_500:错误: 笼位:hyb压测笼架116216653-6-I 已被使用，请刷新页面: 1</w:t>
      </w:r>
    </w:p>
    <w:p>
      <w:r>
        <w:t>status_500:错误: 笼位:hyb压测笼架105754433-5-E 已被使用，请刷新页面: 1</w:t>
      </w:r>
    </w:p>
    <w:p>
      <w:r>
        <w:t>status_500:错误: 笼位:hyb压测笼架116216653-6-J 已被使用，请刷新页面: 1</w:t>
      </w:r>
    </w:p>
    <w:p>
      <w:r>
        <w:t>status_500:错误: 笼位:hyb压测笼架105754433-5-F 已被使用，请刷新页面: 1</w:t>
      </w:r>
    </w:p>
    <w:p>
      <w:r>
        <w:t>status_500:错误: 笼位:hyb压测笼架116216653-7-A 已被使用，请刷新页面: 1</w:t>
      </w:r>
    </w:p>
    <w:p>
      <w:r>
        <w:t>status_500:错误: 笼位:hyb压测笼架105754433-5-G 已被使用，请刷新页面: 1</w:t>
      </w:r>
    </w:p>
    <w:p>
      <w:r>
        <w:t>status_500:错误: 笼位:hyb压测笼架116216653-7-B 已被使用，请刷新页面: 1</w:t>
      </w:r>
    </w:p>
    <w:p>
      <w:r>
        <w:t>status_500:错误: 笼位:hyb压测笼架105754433-5-H 已被使用，请刷新页面: 1</w:t>
      </w:r>
    </w:p>
    <w:p>
      <w:r>
        <w:t>status_500:错误: 笼位:hyb压测笼架116216653-7-C 已被使用，请刷新页面: 1</w:t>
      </w:r>
    </w:p>
    <w:p>
      <w:r>
        <w:t>status_500:错误: 笼位:hyb压测笼架105754433-5-I 已被使用，请刷新页面: 1</w:t>
      </w:r>
    </w:p>
    <w:p>
      <w:r>
        <w:t>status_500:错误: 笼位:hyb压测笼架116216653-7-D 已被使用，请刷新页面: 1</w:t>
      </w:r>
    </w:p>
    <w:p>
      <w:r>
        <w:t>status_500:错误: 笼位:hyb压测笼架116216653-7-E 已被使用，请刷新页面: 1</w:t>
      </w:r>
    </w:p>
    <w:p>
      <w:r>
        <w:t>status_500:错误: 笼位:hyb压测笼架105754433-5-J 已被使用，请刷新页面: 1</w:t>
      </w:r>
    </w:p>
    <w:p>
      <w:r>
        <w:t>status_500:错误: 笼位:hyb压测笼架116216653-7-F 已被使用，请刷新页面: 1</w:t>
      </w:r>
    </w:p>
    <w:p>
      <w:r>
        <w:t>status_500:错误: 笼位:hyb压测笼架105754433-7-A 已被使用，请刷新页面: 1</w:t>
      </w:r>
    </w:p>
    <w:p>
      <w:r>
        <w:t>status_500:错误: 笼位:hyb压测笼架105754433-6-A 已被使用，请刷新页面: 1</w:t>
      </w:r>
    </w:p>
    <w:p>
      <w:r>
        <w:t>status_500:错误: 笼位:hyb压测笼架116216653-7-G 已被使用，请刷新页面: 1</w:t>
      </w:r>
    </w:p>
    <w:p>
      <w:r>
        <w:t>status_500:错误: 笼位:hyb压测笼架105754433-6-B 已被使用，请刷新页面: 1</w:t>
      </w:r>
    </w:p>
    <w:p>
      <w:r>
        <w:t>status_500:错误: 笼位:hyb压测笼架116216653-7-H 已被使用，请刷新页面: 1</w:t>
      </w:r>
    </w:p>
    <w:p>
      <w:r>
        <w:t>status_500:错误: 笼位:hyb压测笼架105754433-6-C 已被使用，请刷新页面: 1</w:t>
      </w:r>
    </w:p>
    <w:p>
      <w:r>
        <w:t>status_500:错误: 笼位:hyb压测笼架116216653-7-I 已被使用，请刷新页面: 1</w:t>
      </w:r>
    </w:p>
    <w:p>
      <w:r>
        <w:t>status_500:错误: 笼位:hyb压测笼架105754433-6-D 已被使用，请刷新页面: 1</w:t>
      </w:r>
    </w:p>
    <w:p>
      <w:r>
        <w:t>status_500:错误: 笼位:hyb压测笼架116216653-7-J 已被使用，请刷新页面: 1</w:t>
      </w:r>
    </w:p>
    <w:p>
      <w:r>
        <w:t>status_500:错误: 笼位:hyb压测笼架105754433-6-E 已被使用，请刷新页面: 1</w:t>
      </w:r>
    </w:p>
    <w:p>
      <w:r>
        <w:t>status_500:错误: 笼位:hyb压测笼架116216653-8-A 已被使用，请刷新页面: 1</w:t>
      </w:r>
    </w:p>
    <w:p>
      <w:r>
        <w:t>status_500:错误: 笼位:hyb压测笼架105754433-6-F 已被使用，请刷新页面: 1</w:t>
      </w:r>
    </w:p>
    <w:p>
      <w:r>
        <w:t>status_500:错误: 笼位:hyb压测笼架116216653-8-B 已被使用，请刷新页面: 1</w:t>
      </w:r>
    </w:p>
    <w:p>
      <w:r>
        <w:t>status_500:错误: 笼位:hyb压测笼架105754433-6-G 已被使用，请刷新页面: 1</w:t>
      </w:r>
    </w:p>
    <w:p>
      <w:r>
        <w:t>status_500:错误: 笼位:hyb压测笼架116216653-8-C 已被使用，请刷新页面: 1</w:t>
      </w:r>
    </w:p>
    <w:p>
      <w:r>
        <w:t>status_500:错误: 笼位:hyb压测笼架105754433-6-H 已被使用，请刷新页面: 1</w:t>
      </w:r>
    </w:p>
    <w:p>
      <w:r>
        <w:t>status_500:错误: 笼位:hyb压测笼架116216653-8-D 已被使用，请刷新页面: 1</w:t>
      </w:r>
    </w:p>
    <w:p>
      <w:r>
        <w:t>status_500:错误: 笼位:hyb压测笼架105754433-6-I 已被使用，请刷新页面: 1</w:t>
      </w:r>
    </w:p>
    <w:p>
      <w:r>
        <w:t>status_500:错误: 笼位:hyb压测笼架116216653-8-E 已被使用，请刷新页面: 1</w:t>
      </w:r>
    </w:p>
    <w:p>
      <w:r>
        <w:t>status_500:错误: 笼位:hyb压测笼架105754433-6-J 已被使用，请刷新页面: 1</w:t>
      </w:r>
    </w:p>
    <w:p>
      <w:r>
        <w:t>status_500:错误: 笼位:hyb压测笼架116216653-8-F 已被使用，请刷新页面: 1</w:t>
      </w:r>
    </w:p>
    <w:p>
      <w:r>
        <w:t>status_500:错误: 笼位:hyb压测笼架116216653-8-G 已被使用，请刷新页面: 1</w:t>
      </w:r>
    </w:p>
    <w:p>
      <w:r>
        <w:t>status_500:错误: 笼位:hyb压测笼架105754433-7-B 已被使用，请刷新页面: 1</w:t>
      </w:r>
    </w:p>
    <w:p>
      <w:r>
        <w:t>status_500:错误: 笼位:hyb压测笼架116216653-8-H 已被使用，请刷新页面: 1</w:t>
      </w:r>
    </w:p>
    <w:p>
      <w:r>
        <w:t>status_500:错误: 笼位:hyb压测笼架105754433-7-C 已被使用，请刷新页面: 1</w:t>
      </w:r>
    </w:p>
    <w:p>
      <w:r>
        <w:t>status_500:错误: 笼位:hyb压测笼架116216653-8-I 已被使用，请刷新页面: 1</w:t>
      </w:r>
    </w:p>
    <w:p>
      <w:r>
        <w:t>status_500:错误: 笼位:hyb压测笼架105754433-7-D 已被使用，请刷新页面: 1</w:t>
      </w:r>
    </w:p>
    <w:p>
      <w:r>
        <w:t>status_500:错误: 笼位:hyb压测笼架116216653-8-J 已被使用，请刷新页面: 1</w:t>
      </w:r>
    </w:p>
    <w:p>
      <w:r>
        <w:t>status_500:错误: 笼位:hyb压测笼架105754433-7-E 已被使用，请刷新页面: 1</w:t>
      </w:r>
    </w:p>
    <w:p>
      <w:r>
        <w:t>status_500:错误: 笼位:hyb压测笼架116216653-9-A 已被使用，请刷新页面: 1</w:t>
      </w:r>
    </w:p>
    <w:p>
      <w:r>
        <w:t>status_500:错误: 笼位:hyb压测笼架105754433-7-F 已被使用，请刷新页面: 1</w:t>
      </w:r>
    </w:p>
    <w:p>
      <w:r>
        <w:t>status_500:错误: 笼位:hyb压测笼架116216653-9-B 已被使用，请刷新页面: 1</w:t>
      </w:r>
    </w:p>
    <w:p>
      <w:r>
        <w:t>status_500:错误: 笼位:hyb压测笼架105754433-7-G 已被使用，请刷新页面: 1</w:t>
      </w:r>
    </w:p>
    <w:p>
      <w:r>
        <w:t>status_500:错误: 笼位:hyb压测笼架116216653-9-C 已被使用，请刷新页面: 1</w:t>
      </w:r>
    </w:p>
    <w:p>
      <w:r>
        <w:t>status_500:错误: 笼位:hyb压测笼架105754433-7-H 已被使用，请刷新页面: 1</w:t>
      </w:r>
    </w:p>
    <w:p>
      <w:r>
        <w:t>status_500:错误: 笼位:hyb压测笼架116216653-9-D 已被使用，请刷新页面: 1</w:t>
      </w:r>
    </w:p>
    <w:p>
      <w:r>
        <w:t>status_500:错误: 笼位:hyb压测笼架105754433-7-I 已被使用，请刷新页面: 1</w:t>
      </w:r>
    </w:p>
    <w:p>
      <w:r>
        <w:t>status_500:错误: 笼位:hyb压测笼架116216653-9-E 已被使用，请刷新页面: 1</w:t>
      </w:r>
    </w:p>
    <w:p>
      <w:r>
        <w:t>status_500:错误: 笼位:hyb压测笼架105754433-7-J 已被使用，请刷新页面: 1</w:t>
      </w:r>
    </w:p>
    <w:p>
      <w:r>
        <w:t>status_500:错误: 笼位:hyb压测笼架116216653-9-F 已被使用，请刷新页面: 1</w:t>
      </w:r>
    </w:p>
    <w:p>
      <w:r>
        <w:t>status_500:错误: 笼位:hyb压测笼架105754433-8-A 已被使用，请刷新页面: 1</w:t>
      </w:r>
    </w:p>
    <w:p>
      <w:r>
        <w:t>status_500:错误: 笼位:hyb压测笼架116216653-9-G 已被使用，请刷新页面: 1</w:t>
      </w:r>
    </w:p>
    <w:p>
      <w:r>
        <w:t>status_500:错误: 笼位:hyb压测笼架105754433-8-B 已被使用，请刷新页面: 1</w:t>
      </w:r>
    </w:p>
    <w:p>
      <w:r>
        <w:t>status_500:错误: 笼位:hyb压测笼架116216653-9-H 已被使用，请刷新页面: 1</w:t>
      </w:r>
    </w:p>
    <w:p>
      <w:r>
        <w:t>status_500:错误: 笼位:hyb压测笼架105754433-8-C 已被使用，请刷新页面: 1</w:t>
      </w:r>
    </w:p>
    <w:p>
      <w:r>
        <w:t>status_500:错误: 笼位:hyb压测笼架116216653-9-I 已被使用，请刷新页面: 1</w:t>
      </w:r>
    </w:p>
    <w:p>
      <w:r>
        <w:t>status_500:错误: 笼位:hyb压测笼架105754433-8-D 已被使用，请刷新页面: 1</w:t>
      </w:r>
    </w:p>
    <w:p>
      <w:r>
        <w:t>status_500:错误: 笼位:hyb压测笼架116216653-9-J 已被使用，请刷新页面: 1</w:t>
      </w:r>
    </w:p>
    <w:p>
      <w:r>
        <w:t>status_500:错误: 笼位:hyb压测笼架105754433-8-E 已被使用，请刷新页面: 1</w:t>
      </w:r>
    </w:p>
    <w:p>
      <w:r>
        <w:t>status_500:错误: 笼位:hyb压测笼架116216653-10-A 已被使用，请刷新页面: 1</w:t>
      </w:r>
    </w:p>
    <w:p>
      <w:r>
        <w:t>status_500:错误: 笼位:hyb压测笼架105754433-8-F 已被使用，请刷新页面: 1</w:t>
      </w:r>
    </w:p>
    <w:p>
      <w:r>
        <w:t>status_500:错误: 笼位:hyb压测笼架116216653-10-B 已被使用，请刷新页面: 1</w:t>
      </w:r>
    </w:p>
    <w:p>
      <w:r>
        <w:t>status_500:错误: 笼位:hyb压测笼架105754433-8-G 已被使用，请刷新页面: 1</w:t>
      </w:r>
    </w:p>
    <w:p>
      <w:r>
        <w:t>status_500:错误: 笼位:hyb压测笼架105754433-8-H 已被使用，请刷新页面: 1</w:t>
      </w:r>
    </w:p>
    <w:p>
      <w:r>
        <w:t>status_500:错误: 笼位:hyb压测笼架116216653-10-C 已被使用，请刷新页面: 1</w:t>
      </w:r>
    </w:p>
    <w:p>
      <w:r>
        <w:t>status_500:错误: 笼位:hyb压测笼架116216653-10-D 已被使用，请刷新页面: 1</w:t>
      </w:r>
    </w:p>
    <w:p>
      <w:r>
        <w:t>status_500:错误: 笼位:hyb压测笼架105754433-8-I 已被使用，请刷新页面: 1</w:t>
      </w:r>
    </w:p>
    <w:p>
      <w:r>
        <w:t>status_500:错误: 笼位:hyb压测笼架116216653-10-E 已被使用，请刷新页面: 1</w:t>
      </w:r>
    </w:p>
    <w:p>
      <w:r>
        <w:t>status_500:错误: 笼位:hyb压测笼架105754433-8-J 已被使用，请刷新页面: 1</w:t>
      </w:r>
    </w:p>
    <w:p>
      <w:r>
        <w:t>status_500:错误: 笼位:hyb压测笼架116216653-10-F 已被使用，请刷新页面: 1</w:t>
      </w:r>
    </w:p>
    <w:p>
      <w:r>
        <w:t>status_500:错误: 笼位:hyb压测笼架105754433-9-A 已被使用，请刷新页面: 1</w:t>
      </w:r>
    </w:p>
    <w:p>
      <w:r>
        <w:t>status_500:错误: 笼位:hyb压测笼架116216653-10-G 已被使用，请刷新页面: 1</w:t>
      </w:r>
    </w:p>
    <w:p>
      <w:r>
        <w:t>status_500:错误: 笼位:hyb压测笼架105754433-9-B 已被使用，请刷新页面: 1</w:t>
      </w:r>
    </w:p>
    <w:p>
      <w:r>
        <w:t>status_500:错误: 笼位:hyb压测笼架116216653-10-H 已被使用，请刷新页面: 1</w:t>
      </w:r>
    </w:p>
    <w:p>
      <w:r>
        <w:t>status_500:错误: 笼位:hyb压测笼架116216653-10-I 已被使用，请刷新页面: 1</w:t>
      </w:r>
    </w:p>
    <w:p>
      <w:r>
        <w:t>status_500:错误: 笼位:hyb压测笼架116216653-10-J 已被使用，请刷新页面: 1</w:t>
      </w:r>
    </w:p>
    <w:p>
      <w:r>
        <w:t>status_500:错误: 笼位:hyb压测笼架105754433-9-C 已被使用，请刷新页面: 1</w:t>
      </w:r>
    </w:p>
    <w:p>
      <w:r>
        <w:t>status_500:错误: 笼位:hyb压测笼架105754433-9-D 已被使用，请刷新页面: 1</w:t>
      </w:r>
    </w:p>
    <w:p>
      <w:r>
        <w:t>status_500:错误: 笼位:hyb压测笼架105754433-9-E 已被使用，请刷新页面: 1</w:t>
      </w:r>
    </w:p>
    <w:p>
      <w:r>
        <w:t>status_500:错误: 笼位:hyb压测笼架105754433-9-F 已被使用，请刷新页面: 1</w:t>
      </w:r>
    </w:p>
    <w:p>
      <w:r>
        <w:t>status_500:错误: 笼位:hyb压测笼架105754433-9-G 已被使用，请刷新页面: 1</w:t>
      </w:r>
    </w:p>
    <w:p>
      <w:r>
        <w:t>status_500:错误: 笼位:hyb压测笼架105754433-9-H 已被使用，请刷新页面: 1</w:t>
      </w:r>
    </w:p>
    <w:p>
      <w:r>
        <w:t>status_500:错误: 笼位:hyb压测笼架105754433-9-I 已被使用，请刷新页面: 1</w:t>
      </w:r>
    </w:p>
    <w:p>
      <w:r>
        <w:t>status_500:错误: 笼位:hyb压测笼架105754433-9-J 已被使用，请刷新页面: 1</w:t>
      </w:r>
    </w:p>
    <w:p>
      <w:r>
        <w:t>status_500:错误: 笼位:hyb压测笼架105754433-10-A 已被使用，请刷新页面: 1</w:t>
      </w:r>
    </w:p>
    <w:p>
      <w:r>
        <w:t>status_500:错误: 笼位:hyb压测笼架105754433-10-B 已被使用，请刷新页面: 1</w:t>
      </w:r>
    </w:p>
    <w:p>
      <w:r>
        <w:t>status_500:错误: 笼位:hyb压测笼架105754433-10-C 已被使用，请刷新页面: 1</w:t>
      </w:r>
    </w:p>
    <w:p>
      <w:r>
        <w:t>status_500:错误: 笼位:hyb压测笼架105754433-10-D 已被使用，请刷新页面: 1</w:t>
      </w:r>
    </w:p>
    <w:p>
      <w:r>
        <w:t>status_500:错误: 笼位:hyb压测笼架105754433-10-E 已被使用，请刷新页面: 1</w:t>
      </w:r>
    </w:p>
    <w:p>
      <w:r>
        <w:t>status_500:错误: 笼位:hyb压测笼架105754433-10-F 已被使用，请刷新页面: 1</w:t>
      </w:r>
    </w:p>
    <w:p>
      <w:r>
        <w:t>status_500:错误: 笼位:hyb压测笼架105754433-10-G 已被使用，请刷新页面: 1</w:t>
      </w:r>
    </w:p>
    <w:p>
      <w:r>
        <w:t>status_500:错误: 笼位:hyb压测笼架105754433-10-H 已被使用，请刷新页面: 1</w:t>
      </w:r>
    </w:p>
    <w:p>
      <w:r>
        <w:t>status_500:错误: 笼位:hyb压测笼架105754433-10-J 已被使用，请刷新页面: 1</w:t>
      </w:r>
    </w:p>
    <w:p>
      <w:r>
        <w:t>status_500:错误: 笼位:hyb压测笼架105754433-10-I 已被使用，请刷新页面: 1</w:t>
      </w:r>
    </w:p>
    <w:p>
      <w:r>
        <w:t>status_500:错误: 笼位:hyb压测笼架101111093-1-A 已被使用，请刷新页面: 1</w:t>
      </w:r>
    </w:p>
    <w:p>
      <w:r>
        <w:t>status_500:错误: 笼位:hyb压测笼架101111093-1-B 已被使用，请刷新页面: 1</w:t>
      </w:r>
    </w:p>
    <w:p>
      <w:r>
        <w:t>status_500:错误: 笼位:hyb压测笼架101111093-1-C 已被使用，请刷新页面: 1</w:t>
      </w:r>
    </w:p>
    <w:p>
      <w:r>
        <w:t>status_500:错误: 笼位:hyb压测笼架101111093-1-D 已被使用，请刷新页面: 1</w:t>
      </w:r>
    </w:p>
    <w:p>
      <w:r>
        <w:t>status_500:错误: 笼位:hyb压测笼架101111093-1-E 已被使用，请刷新页面: 1</w:t>
      </w:r>
    </w:p>
    <w:p>
      <w:r>
        <w:t>status_500:错误: 笼位:hyb压测笼架101111093-1-F 已被使用，请刷新页面: 1</w:t>
      </w:r>
    </w:p>
    <w:p>
      <w:r>
        <w:t>status_500:错误: 笼位:hyb压测笼架101111093-1-G 已被使用，请刷新页面: 1</w:t>
      </w:r>
    </w:p>
    <w:p>
      <w:r>
        <w:t>status_500:错误: 笼位:hyb压测笼架101111093-1-H 已被使用，请刷新页面: 1</w:t>
      </w:r>
    </w:p>
    <w:p>
      <w:r>
        <w:t>status_500:错误: 笼位:hyb压测笼架101111093-1-I 已被使用，请刷新页面: 1</w:t>
      </w:r>
    </w:p>
    <w:p>
      <w:r>
        <w:t>status_500:错误: 笼位:hyb压测笼架101111093-1-J 已被使用，请刷新页面: 1</w:t>
      </w:r>
    </w:p>
    <w:p>
      <w:r>
        <w:t>status_500:错误: 笼位:hyb压测笼架101111093-2-A 已被使用，请刷新页面: 1</w:t>
      </w:r>
    </w:p>
    <w:p>
      <w:r>
        <w:t>status_500:错误: 笼位:hyb压测笼架101111093-2-B 已被使用，请刷新页面: 1</w:t>
      </w:r>
    </w:p>
    <w:p>
      <w:r>
        <w:t>status_500:错误: 笼位:hyb压测笼架101111093-2-C 已被使用，请刷新页面: 1</w:t>
      </w:r>
    </w:p>
    <w:p>
      <w:r>
        <w:t>status_500:错误: 笼位:hyb压测笼架101111093-2-D 已被使用，请刷新页面: 1</w:t>
      </w:r>
    </w:p>
    <w:p>
      <w:r>
        <w:t>status_500:错误: 笼位:hyb压测笼架101111093-2-E 已被使用，请刷新页面: 1</w:t>
      </w:r>
    </w:p>
    <w:p>
      <w:r>
        <w:t>status_500:错误: 笼位:hyb压测笼架101111093-2-F 已被使用，请刷新页面: 1</w:t>
      </w:r>
    </w:p>
    <w:p>
      <w:r>
        <w:t>status_500:错误: 笼位:hyb压测笼架101111093-2-G 已被使用，请刷新页面: 1</w:t>
      </w:r>
    </w:p>
    <w:p>
      <w:r>
        <w:t>status_500:错误: 笼位:hyb压测笼架101111093-2-H 已被使用，请刷新页面: 1</w:t>
      </w:r>
    </w:p>
    <w:p>
      <w:r>
        <w:t>status_500:错误: 笼位:hyb压测笼架101111093-2-I 已被使用，请刷新页面: 1</w:t>
      </w:r>
    </w:p>
    <w:p>
      <w:r>
        <w:t>status_500:错误: 笼位:hyb压测笼架101111093-2-J 已被使用，请刷新页面: 1</w:t>
      </w:r>
    </w:p>
    <w:p>
      <w:r>
        <w:t>status_500:错误: 笼位:hyb压测笼架101111093-3-A 已被使用，请刷新页面: 1</w:t>
      </w:r>
    </w:p>
    <w:p>
      <w:r>
        <w:t>status_500:错误: 笼位:hyb压测笼架101111093-3-B 已被使用，请刷新页面: 1</w:t>
      </w:r>
    </w:p>
    <w:p>
      <w:r>
        <w:t>status_500:错误: 笼位:hyb压测笼架101111093-3-C 已被使用，请刷新页面: 1</w:t>
      </w:r>
    </w:p>
    <w:p>
      <w:r>
        <w:t>status_500:错误: 笼位:hyb压测笼架101111093-3-D 已被使用，请刷新页面: 1</w:t>
      </w:r>
    </w:p>
    <w:p>
      <w:r>
        <w:t>status_500:错误: 笼位:hyb压测笼架101111093-3-E 已被使用，请刷新页面: 1</w:t>
      </w:r>
    </w:p>
    <w:p>
      <w:r>
        <w:t>status_500:错误: 笼位:hyb压测笼架101111093-3-F 已被使用，请刷新页面: 1</w:t>
      </w:r>
    </w:p>
    <w:p>
      <w:r>
        <w:t>status_500:错误: 笼位:hyb压测笼架101111093-3-G 已被使用，请刷新页面: 1</w:t>
      </w:r>
    </w:p>
    <w:p>
      <w:r>
        <w:t>status_500:错误: 笼位:hyb压测笼架101111093-3-H 已被使用，请刷新页面: 1</w:t>
      </w:r>
    </w:p>
    <w:p>
      <w:r>
        <w:t>status_500:错误: 笼位:hyb压测笼架101111093-3-I 已被使用，请刷新页面: 1</w:t>
      </w:r>
    </w:p>
    <w:p>
      <w:r>
        <w:t>status_500:错误: 笼位:hyb压测笼架101111093-3-J 已被使用，请刷新页面: 1</w:t>
      </w:r>
    </w:p>
    <w:p>
      <w:r>
        <w:t>status_500:错误: 笼位:hyb压测笼架101111093-4-A 已被使用，请刷新页面: 1</w:t>
      </w:r>
    </w:p>
    <w:p>
      <w:r>
        <w:t>status_500:错误: 笼位:hyb压测笼架101111093-4-C 已被使用，请刷新页面: 1</w:t>
      </w:r>
    </w:p>
    <w:p>
      <w:r>
        <w:t>status_500:错误: 笼位:hyb压测笼架101111093-4-B 已被使用，请刷新页面: 1</w:t>
      </w:r>
    </w:p>
    <w:p>
      <w:r>
        <w:t>status_500:错误: 笼位:hyb压测笼架101111093-4-D 已被使用，请刷新页面: 1</w:t>
      </w:r>
    </w:p>
    <w:p>
      <w:r>
        <w:t>status_500:错误: 笼位:hyb压测笼架101111093-4-E 已被使用，请刷新页面: 1</w:t>
      </w:r>
    </w:p>
    <w:p>
      <w:r>
        <w:t>status_500:错误: 笼位:hyb压测笼架101111093-4-F 已被使用，请刷新页面: 1</w:t>
      </w:r>
    </w:p>
    <w:p>
      <w:r>
        <w:t>status_500:错误: 笼位:hyb压测笼架101111093-4-G 已被使用，请刷新页面: 1</w:t>
      </w:r>
    </w:p>
    <w:p>
      <w:r>
        <w:t>status_500:错误: 笼位:hyb压测笼架101111093-4-H 已被使用，请刷新页面: 1</w:t>
      </w:r>
    </w:p>
    <w:p>
      <w:r>
        <w:t>status_500:错误: 笼位:hyb压测笼架101111093-4-I 已被使用，请刷新页面: 1</w:t>
      </w:r>
    </w:p>
    <w:p>
      <w:r>
        <w:t>status_500:错误: 笼位:hyb压测笼架101111093-4-J 已被使用，请刷新页面: 1</w:t>
      </w:r>
    </w:p>
    <w:p>
      <w:r>
        <w:t>status_500:错误: 笼位:hyb压测笼架101111093-5-A 已被使用，请刷新页面: 1</w:t>
      </w:r>
    </w:p>
    <w:p>
      <w:r>
        <w:t>status_500:错误: 笼位:hyb压测笼架101111093-5-B 已被使用，请刷新页面: 1</w:t>
      </w:r>
    </w:p>
    <w:p>
      <w:r>
        <w:t>status_500:错误: 笼位:hyb压测笼架101111093-5-C 已被使用，请刷新页面: 1</w:t>
      </w:r>
    </w:p>
    <w:p>
      <w:r>
        <w:t>status_500:错误: 笼位:hyb压测笼架101111093-5-D 已被使用，请刷新页面: 1</w:t>
      </w:r>
    </w:p>
    <w:p>
      <w:r>
        <w:t>status_500:错误: 笼位:hyb压测笼架101111093-5-E 已被使用，请刷新页面: 1</w:t>
      </w:r>
    </w:p>
    <w:p>
      <w:r>
        <w:t>status_500:错误: 笼位:hyb压测笼架101111093-5-F 已被使用，请刷新页面: 1</w:t>
      </w:r>
    </w:p>
    <w:p>
      <w:r>
        <w:t>status_500:错误: 笼位:hyb压测笼架101111093-5-G 已被使用，请刷新页面: 1</w:t>
      </w:r>
    </w:p>
    <w:p>
      <w:r>
        <w:t>status_500:错误: 笼位:hyb压测笼架101111093-5-H 已被使用，请刷新页面: 1</w:t>
      </w:r>
    </w:p>
    <w:p>
      <w:r>
        <w:t>status_500:错误: 笼位:hyb压测笼架101111093-5-I 已被使用，请刷新页面: 1</w:t>
      </w:r>
    </w:p>
    <w:p>
      <w:r>
        <w:t>status_500:错误: 笼位:hyb压测笼架101111093-5-J 已被使用，请刷新页面: 1</w:t>
      </w:r>
    </w:p>
    <w:p>
      <w:r>
        <w:t>status_500:错误: 笼位:hyb压测笼架101111093-6-A 已被使用，请刷新页面: 1</w:t>
      </w:r>
    </w:p>
    <w:p>
      <w:r>
        <w:t>status_500:错误: 笼位:hyb压测笼架101111093-6-B 已被使用，请刷新页面: 1</w:t>
      </w:r>
    </w:p>
    <w:p>
      <w:r>
        <w:t>status_500:错误: 笼位:hyb压测笼架101111093-6-C 已被使用，请刷新页面: 1</w:t>
      </w:r>
    </w:p>
    <w:p>
      <w:r>
        <w:t>status_500:错误: 笼位:hyb压测笼架101111093-6-D 已被使用，请刷新页面: 1</w:t>
      </w:r>
    </w:p>
    <w:p>
      <w:r>
        <w:t>status_500:错误: 笼位:hyb压测笼架101111093-6-E 已被使用，请刷新页面: 1</w:t>
      </w:r>
    </w:p>
    <w:p>
      <w:r>
        <w:t>status_500:错误: 笼位:hyb压测笼架101111093-6-F 已被使用，请刷新页面: 1</w:t>
      </w:r>
    </w:p>
    <w:p>
      <w:r>
        <w:t>status_500:错误: 笼位:hyb压测笼架101111093-6-G 已被使用，请刷新页面: 1</w:t>
      </w:r>
    </w:p>
    <w:p>
      <w:r>
        <w:t>status_500:错误: 笼位:hyb压测笼架101111093-6-H 已被使用，请刷新页面: 1</w:t>
      </w:r>
    </w:p>
    <w:p>
      <w:r>
        <w:t>status_500:错误: 笼位:hyb压测笼架101111093-6-I 已被使用，请刷新页面: 1</w:t>
      </w:r>
    </w:p>
    <w:p>
      <w:r>
        <w:t>status_500:错误: 笼位:hyb压测笼架101111093-6-J 已被使用，请刷新页面: 1</w:t>
      </w:r>
    </w:p>
    <w:p>
      <w:r>
        <w:t>status_500:错误: 笼位:hyb压测笼架101111093-7-A 已被使用，请刷新页面: 1</w:t>
      </w:r>
    </w:p>
    <w:p>
      <w:r>
        <w:t>status_500:错误: 笼位:hyb压测笼架101111093-7-B 已被使用，请刷新页面: 1</w:t>
      </w:r>
    </w:p>
    <w:p>
      <w:r>
        <w:t>status_500:错误: 笼位:hyb压测笼架101111093-7-C 已被使用，请刷新页面: 1</w:t>
      </w:r>
    </w:p>
    <w:p>
      <w:r>
        <w:t>status_500:错误: 笼位:hyb压测笼架101111093-7-D 已被使用，请刷新页面: 1</w:t>
      </w:r>
    </w:p>
    <w:p>
      <w:r>
        <w:t>status_500:错误: 笼位:hyb压测笼架101111093-7-E 已被使用，请刷新页面: 1</w:t>
      </w:r>
    </w:p>
    <w:p>
      <w:r>
        <w:t>status_500:错误: 笼位:hyb压测笼架101111093-7-F 已被使用，请刷新页面: 1</w:t>
      </w:r>
    </w:p>
    <w:p>
      <w:r>
        <w:t>status_500:错误: 笼位:hyb压测笼架101111093-7-G 已被使用，请刷新页面: 1</w:t>
      </w:r>
    </w:p>
    <w:p>
      <w:r>
        <w:t>status_500:错误: 笼位:hyb压测笼架101111093-7-H 已被使用，请刷新页面: 1</w:t>
      </w:r>
    </w:p>
    <w:p>
      <w:r>
        <w:t>status_500:错误: 笼位:hyb压测笼架101111093-7-I 已被使用，请刷新页面: 1</w:t>
      </w:r>
    </w:p>
    <w:p>
      <w:r>
        <w:t>status_500:错误: 笼位:hyb压测笼架101111093-7-J 已被使用，请刷新页面: 1</w:t>
      </w:r>
    </w:p>
    <w:p>
      <w:r>
        <w:t>status_500:错误: 笼位:hyb压测笼架101111093-8-A 已被使用，请刷新页面: 1</w:t>
      </w:r>
    </w:p>
    <w:p>
      <w:r>
        <w:t>status_500:错误: 笼位:hyb压测笼架101111093-8-B 已被使用，请刷新页面: 1</w:t>
      </w:r>
    </w:p>
    <w:p>
      <w:r>
        <w:t>status_500:错误: 笼位:hyb压测笼架101111093-8-C 已被使用，请刷新页面: 1</w:t>
      </w:r>
    </w:p>
    <w:p>
      <w:r>
        <w:t>status_500:错误: 笼位:hyb压测笼架101111093-8-D 已被使用，请刷新页面: 1</w:t>
      </w:r>
    </w:p>
    <w:p>
      <w:r>
        <w:t>status_500:错误: 笼位:hyb压测笼架101111093-8-F 已被使用，请刷新页面: 1</w:t>
      </w:r>
    </w:p>
    <w:p>
      <w:r>
        <w:t>status_500:错误: 笼位:hyb压测笼架101111093-8-E 已被使用，请刷新页面: 1</w:t>
      </w:r>
    </w:p>
    <w:p>
      <w:r>
        <w:t>status_500:错误: 笼位:hyb压测笼架101111093-8-G 已被使用，请刷新页面: 1</w:t>
      </w:r>
    </w:p>
    <w:p>
      <w:r>
        <w:t>status_500:错误: 笼位:hyb压测笼架101111093-8-H 已被使用，请刷新页面: 1</w:t>
      </w:r>
    </w:p>
    <w:p>
      <w:r>
        <w:t>status_500:错误: 笼位:hyb压测笼架101111093-8-I 已被使用，请刷新页面: 1</w:t>
      </w:r>
    </w:p>
    <w:p>
      <w:r>
        <w:t>status_500:错误: 笼位:hyb压测笼架101111093-8-J 已被使用，请刷新页面: 1</w:t>
      </w:r>
    </w:p>
    <w:p>
      <w:r>
        <w:t>status_500:错误: 笼位:hyb压测笼架101111093-9-A 已被使用，请刷新页面: 1</w:t>
      </w:r>
    </w:p>
    <w:p>
      <w:r>
        <w:t>status_500:错误: 笼位:hyb压测笼架101111093-9-B 已被使用，请刷新页面: 1</w:t>
      </w:r>
    </w:p>
    <w:p>
      <w:r>
        <w:t>status_500:错误: 笼位:hyb压测笼架101111093-9-C 已被使用，请刷新页面: 1</w:t>
      </w:r>
    </w:p>
    <w:p>
      <w:r>
        <w:t>status_500:错误: 笼位:hyb压测笼架101111093-9-D 已被使用，请刷新页面: 1</w:t>
      </w:r>
    </w:p>
    <w:p>
      <w:r>
        <w:t>status_500:错误: 笼位:hyb压测笼架101111093-9-E 已被使用，请刷新页面: 1</w:t>
      </w:r>
    </w:p>
    <w:p>
      <w:r>
        <w:t>status_500:错误: 笼位:hyb压测笼架101111093-9-F 已被使用，请刷新页面: 1</w:t>
      </w:r>
    </w:p>
    <w:p>
      <w:r>
        <w:t>status_500:错误: 笼位:hyb压测笼架101111093-9-G 已被使用，请刷新页面: 1</w:t>
      </w:r>
    </w:p>
    <w:p>
      <w:r>
        <w:t>status_500:错误: 笼位:hyb压测笼架101111093-9-H 已被使用，请刷新页面: 1</w:t>
      </w:r>
    </w:p>
    <w:p>
      <w:r>
        <w:t>status_500:错误: 笼位:hyb压测笼架101111093-9-I 已被使用，请刷新页面: 1</w:t>
      </w:r>
    </w:p>
    <w:p>
      <w:r>
        <w:t>status_500:错误: 笼位:hyb压测笼架101111093-9-J 已被使用，请刷新页面: 1</w:t>
      </w:r>
    </w:p>
    <w:p>
      <w:r>
        <w:t>status_500:错误: 笼位:hyb压测笼架101111093-10-A 已被使用，请刷新页面: 1</w:t>
      </w:r>
    </w:p>
    <w:p>
      <w:r>
        <w:t>status_500:错误: 笼位:hyb压测笼架101111093-10-B 已被使用，请刷新页面: 1</w:t>
      </w:r>
    </w:p>
    <w:p>
      <w:r>
        <w:t>status_500:错误: 笼位:hyb压测笼架101111093-10-C 已被使用，请刷新页面: 1</w:t>
      </w:r>
    </w:p>
    <w:p>
      <w:r>
        <w:t>status_500:错误: 笼位:hyb压测笼架101111093-10-D 已被使用，请刷新页面: 1</w:t>
      </w:r>
    </w:p>
    <w:p>
      <w:r>
        <w:t>status_500:错误: 笼位:hyb压测笼架101111093-10-E 已被使用，请刷新页面: 1</w:t>
      </w:r>
    </w:p>
    <w:p>
      <w:r>
        <w:t>status_500:错误: 笼位:hyb压测笼架101111093-10-G 已被使用，请刷新页面: 1</w:t>
      </w:r>
    </w:p>
    <w:p>
      <w:r>
        <w:t>status_500:错误: 笼位:hyb压测笼架101111093-10-H 已被使用，请刷新页面: 1</w:t>
      </w:r>
    </w:p>
    <w:p>
      <w:r>
        <w:t>status_500:错误: 笼位:hyb压测笼架101111093-10-I 已被使用，请刷新页面: 1</w:t>
      </w:r>
    </w:p>
    <w:p>
      <w:r>
        <w:t>status_500:错误: 笼位:hyb压测笼架101111093-10-J 已被使用，请刷新页面: 1</w:t>
      </w:r>
    </w:p>
    <w:p>
      <w:r>
        <w:t>status_500:错误: 笼位:hyb压测笼架119230268-1-A 已被使用，请刷新页面: 1</w:t>
      </w:r>
    </w:p>
    <w:p>
      <w:r>
        <w:t>status_500:错误: 笼位:hyb压测笼架119230268-1-B 已被使用，请刷新页面: 1</w:t>
      </w:r>
    </w:p>
    <w:p>
      <w:r>
        <w:t>status_500:错误: 笼位:hyb压测笼架119230268-1-C 已被使用，请刷新页面: 1</w:t>
      </w:r>
    </w:p>
    <w:p>
      <w:r>
        <w:t>status_500:错误: 笼位:hyb压测笼架119230268-1-D 已被使用，请刷新页面: 1</w:t>
      </w:r>
    </w:p>
    <w:p>
      <w:r>
        <w:t>status_500:错误: 笼位:hyb压测笼架119230268-1-E 已被使用，请刷新页面: 1</w:t>
      </w:r>
    </w:p>
    <w:p>
      <w:r>
        <w:t>status_500:错误: 笼位:hyb压测笼架119230268-1-F 已被使用，请刷新页面: 1</w:t>
      </w:r>
    </w:p>
    <w:p>
      <w:r>
        <w:t>status_500:错误: 笼位:hyb压测笼架119230268-1-G 已被使用，请刷新页面: 1</w:t>
      </w:r>
    </w:p>
    <w:p>
      <w:r>
        <w:t>status_500:错误: 笼位:hyb压测笼架119230268-1-H 已被使用，请刷新页面: 1</w:t>
      </w:r>
    </w:p>
    <w:p>
      <w:r>
        <w:t>status_500:错误: 笼位:hyb压测笼架101111093-10-F 已被使用，请刷新页面: 1</w:t>
      </w:r>
    </w:p>
    <w:p>
      <w:r>
        <w:t>status_500:错误: 笼位:hyb压测笼架119230268-1-I 已被使用，请刷新页面: 1</w:t>
      </w:r>
    </w:p>
    <w:p>
      <w:r>
        <w:t>status_500:错误: 笼位:hyb压测笼架119230268-1-J 已被使用，请刷新页面: 1</w:t>
      </w:r>
    </w:p>
    <w:p>
      <w:r>
        <w:t>status_500:错误: 笼位:hyb压测笼架119230268-2-A 已被使用，请刷新页面: 1</w:t>
      </w:r>
    </w:p>
    <w:p>
      <w:r>
        <w:t>status_500:错误: 笼位:hyb压测笼架119230268-2-B 已被使用，请刷新页面: 1</w:t>
      </w:r>
    </w:p>
    <w:p>
      <w:r>
        <w:t>status_500:错误: 笼位:hyb压测笼架119230268-2-C 已被使用，请刷新页面: 1</w:t>
      </w:r>
    </w:p>
    <w:p>
      <w:r>
        <w:t>status_500:错误: 笼位:hyb压测笼架119230268-2-D 已被使用，请刷新页面: 1</w:t>
      </w:r>
    </w:p>
    <w:p>
      <w:r>
        <w:t>status_500:错误: 笼位:hyb压测笼架119230268-2-E 已被使用，请刷新页面: 1</w:t>
      </w:r>
    </w:p>
    <w:p>
      <w:r>
        <w:t>status_500:错误: 笼位:hyb压测笼架119230268-4-B 已被使用，请刷新页面: 1</w:t>
      </w:r>
    </w:p>
    <w:p>
      <w:r>
        <w:t>status_500:错误: 笼位:hyb压测笼架119230268-2-F 已被使用，请刷新页面: 1</w:t>
      </w:r>
    </w:p>
    <w:p>
      <w:r>
        <w:t>status_500:错误: 笼位:hyb压测笼架119230268-2-H 已被使用，请刷新页面: 1</w:t>
      </w:r>
    </w:p>
    <w:p>
      <w:r>
        <w:t>status_500:错误: 笼位:hyb压测笼架119230268-2-G 已被使用，请刷新页面: 1</w:t>
      </w:r>
    </w:p>
    <w:p>
      <w:r>
        <w:t>status_500:错误: 笼位:hyb压测笼架119230268-3-A 已被使用，请刷新页面: 1</w:t>
      </w:r>
    </w:p>
    <w:p>
      <w:r>
        <w:t>status_500:错误: 笼位:hyb压测笼架119230268-2-I 已被使用，请刷新页面: 1</w:t>
      </w:r>
    </w:p>
    <w:p>
      <w:r>
        <w:t>status_500:错误: 笼位:hyb压测笼架119230268-2-J 已被使用，请刷新页面: 1</w:t>
      </w:r>
    </w:p>
    <w:p>
      <w:r>
        <w:t>status_500:错误: 笼位:hyb压测笼架119230268-3-B 已被使用，请刷新页面: 1</w:t>
      </w:r>
    </w:p>
    <w:p>
      <w:r>
        <w:t>status_500:错误: 笼位:hyb压测笼架119230268-3-C 已被使用，请刷新页面: 1</w:t>
      </w:r>
    </w:p>
    <w:p>
      <w:r>
        <w:t>status_500:错误: 笼位:hyb压测笼架119230268-3-D 已被使用，请刷新页面: 1</w:t>
      </w:r>
    </w:p>
    <w:p>
      <w:r>
        <w:t>status_500:错误: 笼位:hyb压测笼架119230268-3-E 已被使用，请刷新页面: 1</w:t>
      </w:r>
    </w:p>
    <w:p>
      <w:r>
        <w:t>status_500:错误: 笼位:hyb压测笼架119230268-3-F 已被使用，请刷新页面: 1</w:t>
      </w:r>
    </w:p>
    <w:p>
      <w:r>
        <w:t>status_500:错误: 笼位:hyb压测笼架119230268-3-G 已被使用，请刷新页面: 1</w:t>
      </w:r>
    </w:p>
    <w:p>
      <w:r>
        <w:t>status_500:错误: 笼位:hyb压测笼架119230268-3-H 已被使用，请刷新页面: 1</w:t>
      </w:r>
    </w:p>
    <w:p>
      <w:r>
        <w:t>status_500:错误: 笼位:hyb压测笼架119230268-3-I 已被使用，请刷新页面: 1</w:t>
      </w:r>
    </w:p>
    <w:p>
      <w:r>
        <w:t>status_500:错误: 笼位:hyb压测笼架119230268-3-J 已被使用，请刷新页面: 1</w:t>
      </w:r>
    </w:p>
    <w:p>
      <w:r>
        <w:t>status_500:错误: 笼位:hyb压测笼架119230268-4-A 已被使用，请刷新页面: 1</w:t>
      </w:r>
    </w:p>
    <w:p>
      <w:r>
        <w:t>status_500:错误: 笼位:hyb压测笼架119230268-4-C 已被使用，请刷新页面: 1</w:t>
      </w:r>
    </w:p>
    <w:p>
      <w:r>
        <w:t>status_500:错误: 笼位:hyb压测笼架119230268-4-D 已被使用，请刷新页面: 1</w:t>
      </w:r>
    </w:p>
    <w:p>
      <w:r>
        <w:t>status_500:错误: 笼位:hyb压测笼架119230268-4-E 已被使用，请刷新页面: 1</w:t>
      </w:r>
    </w:p>
    <w:p>
      <w:r>
        <w:t>status_500:错误: 笼位:hyb压测笼架119230268-4-H 已被使用，请刷新页面: 1</w:t>
      </w:r>
    </w:p>
    <w:p>
      <w:r>
        <w:t>status_500:错误: 笼位:hyb压测笼架119230268-4-F 已被使用，请刷新页面: 1</w:t>
      </w:r>
    </w:p>
    <w:p>
      <w:r>
        <w:t>status_500:错误: 笼位:hyb压测笼架119230268-4-I 已被使用，请刷新页面: 1</w:t>
      </w:r>
    </w:p>
    <w:p>
      <w:r>
        <w:t>status_500:错误: 笼位:hyb压测笼架119230268-4-J 已被使用，请刷新页面: 1</w:t>
      </w:r>
    </w:p>
    <w:p>
      <w:r>
        <w:t>status_500:错误: 笼位:hyb压测笼架119230268-5-A 已被使用，请刷新页面: 1</w:t>
      </w:r>
    </w:p>
    <w:p>
      <w:r>
        <w:t>status_500:错误: 笼位:hyb压测笼架119230268-5-B 已被使用，请刷新页面: 1</w:t>
      </w:r>
    </w:p>
    <w:p>
      <w:r>
        <w:t>status_500:错误: 笼位:hyb压测笼架119230268-5-C 已被使用，请刷新页面: 1</w:t>
      </w:r>
    </w:p>
    <w:p>
      <w:r>
        <w:t>status_500:错误: 笼位:hyb压测笼架119230268-5-D 已被使用，请刷新页面: 1</w:t>
      </w:r>
    </w:p>
    <w:p>
      <w:r>
        <w:t>status_500:错误: 笼位:hyb压测笼架119230268-5-I 已被使用，请刷新页面: 1</w:t>
      </w:r>
    </w:p>
    <w:p>
      <w:r>
        <w:t>status_500:错误: 笼位:hyb压测笼架119230268-5-F 已被使用，请刷新页面: 1</w:t>
      </w:r>
    </w:p>
    <w:p>
      <w:r>
        <w:t>status_500:错误: 笼位:hyb压测笼架119230268-5-G 已被使用，请刷新页面: 1</w:t>
      </w:r>
    </w:p>
    <w:p>
      <w:r>
        <w:t>status_500:错误: 笼位:hyb压测笼架119230268-5-J 已被使用，请刷新页面: 1</w:t>
      </w:r>
    </w:p>
    <w:p>
      <w:r>
        <w:t>status_500:错误: 笼位:hyb压测笼架119230268-5-E 已被使用，请刷新页面: 1</w:t>
      </w:r>
    </w:p>
    <w:p>
      <w:r>
        <w:t>status_500:错误: 笼位:hyb压测笼架119230268-5-H 已被使用，请刷新页面: 1</w:t>
      </w:r>
    </w:p>
    <w:p>
      <w:r>
        <w:t>status_500:错误: 笼位:hyb压测笼架119230268-6-A 已被使用，请刷新页面: 1</w:t>
      </w:r>
    </w:p>
    <w:p>
      <w:r>
        <w:t>status_500:错误: 笼位:hyb压测笼架119230268-6-B 已被使用，请刷新页面: 1</w:t>
      </w:r>
    </w:p>
    <w:p>
      <w:r>
        <w:t>status_500:错误: 笼位:hyb压测笼架119230268-6-C 已被使用，请刷新页面: 1</w:t>
      </w:r>
    </w:p>
    <w:p>
      <w:r>
        <w:t>status_500:错误: 笼位:hyb压测笼架119230268-6-D 已被使用，请刷新页面: 1</w:t>
      </w:r>
    </w:p>
    <w:p>
      <w:r>
        <w:t>status_500:错误: 笼位:hyb压测笼架119230268-6-E 已被使用，请刷新页面: 1</w:t>
      </w:r>
    </w:p>
    <w:p>
      <w:r>
        <w:t>status_500:错误: 笼位:hyb压测笼架119230268-6-F 已被使用，请刷新页面: 1</w:t>
      </w:r>
    </w:p>
    <w:p>
      <w:r>
        <w:t>status_500:错误: 笼位:hyb压测笼架119230268-6-G 已被使用，请刷新页面: 1</w:t>
      </w:r>
    </w:p>
    <w:p>
      <w:r>
        <w:t>status_500:错误: 笼位:hyb压测笼架119230268-6-H 已被使用，请刷新页面: 1</w:t>
      </w:r>
    </w:p>
    <w:p>
      <w:r>
        <w:t>status_500:错误: 笼位:hyb压测笼架119230268-6-I 已被使用，请刷新页面: 1</w:t>
      </w:r>
    </w:p>
    <w:p>
      <w:r>
        <w:t>status_500:错误: 笼位:hyb压测笼架119230268-6-J 已被使用，请刷新页面: 1</w:t>
      </w:r>
    </w:p>
    <w:p>
      <w:r>
        <w:t>status_500:错误: 笼位:hyb压测笼架119230268-7-A 已被使用，请刷新页面: 1</w:t>
      </w:r>
    </w:p>
    <w:p>
      <w:r>
        <w:t>status_500:错误: 笼位:hyb压测笼架119230268-7-B 已被使用，请刷新页面: 1</w:t>
      </w:r>
    </w:p>
    <w:p>
      <w:r>
        <w:t>status_500:错误: 笼位:hyb压测笼架119230268-7-C 已被使用，请刷新页面: 1</w:t>
      </w:r>
    </w:p>
    <w:p>
      <w:r>
        <w:t>status_500:错误: 笼位:hyb压测笼架119230268-7-D 已被使用，请刷新页面: 1</w:t>
      </w:r>
    </w:p>
    <w:p>
      <w:r>
        <w:t>status_500:错误: 笼位:hyb压测笼架119230268-4-G 已被使用，请刷新页面: 1</w:t>
      </w:r>
    </w:p>
    <w:p>
      <w:r>
        <w:t>status_500:错误: 笼位:hyb压测笼架119230268-7-E 已被使用，请刷新页面: 1</w:t>
      </w:r>
    </w:p>
    <w:p>
      <w:r>
        <w:t>status_500:错误: 笼位:hyb压测笼架119230268-7-H 已被使用，请刷新页面: 1</w:t>
      </w:r>
    </w:p>
    <w:p>
      <w:r>
        <w:t>status_500:错误: 笼位:hyb压测笼架119230268-7-F 已被使用，请刷新页面: 1</w:t>
      </w:r>
    </w:p>
    <w:p>
      <w:r>
        <w:t>status_500:错误: 笼位:hyb压测笼架119230268-7-G 已被使用，请刷新页面: 1</w:t>
      </w:r>
    </w:p>
    <w:p>
      <w:r>
        <w:t>status_500:错误: 笼位:hyb压测笼架119230268-7-I 已被使用，请刷新页面: 1</w:t>
      </w:r>
    </w:p>
    <w:p>
      <w:r>
        <w:t>status_500:错误: 笼位:hyb压测笼架119230268-7-J 已被使用，请刷新页面: 1</w:t>
      </w:r>
    </w:p>
    <w:p>
      <w:r>
        <w:t>status_500:错误: 笼位:hyb压测笼架119230268-8-A 已被使用，请刷新页面: 1</w:t>
      </w:r>
    </w:p>
    <w:p>
      <w:r>
        <w:t>status_500:错误: 笼位:hyb压测笼架119230268-8-B 已被使用，请刷新页面: 1</w:t>
      </w:r>
    </w:p>
    <w:p>
      <w:r>
        <w:t>status_500:错误: 笼位:hyb压测笼架119230268-8-C 已被使用，请刷新页面: 1</w:t>
      </w:r>
    </w:p>
    <w:p>
      <w:r>
        <w:t>status_500:错误: 笼位:hyb压测笼架119230268-8-D 已被使用，请刷新页面: 1</w:t>
      </w:r>
    </w:p>
    <w:p>
      <w:r>
        <w:t>status_500:错误: 笼位:hyb压测笼架119230268-8-F 已被使用，请刷新页面: 1</w:t>
      </w:r>
    </w:p>
    <w:p>
      <w:r>
        <w:t>status_500:错误: 笼位:hyb压测笼架119230268-8-E 已被使用，请刷新页面: 1</w:t>
      </w:r>
    </w:p>
    <w:p>
      <w:r>
        <w:t>status_500:错误: 笼位:hyb压测笼架119230268-8-H 已被使用，请刷新页面: 1</w:t>
      </w:r>
    </w:p>
    <w:p>
      <w:r>
        <w:t>status_500:错误: 笼位:hyb压测笼架119230268-8-G 已被使用，请刷新页面: 1</w:t>
      </w:r>
    </w:p>
    <w:p>
      <w:r>
        <w:t>status_500:错误: 笼位:hyb压测笼架119230268-8-I 已被使用，请刷新页面: 1</w:t>
      </w:r>
    </w:p>
    <w:p>
      <w:r>
        <w:t>status_500:错误: 笼位:hyb压测笼架119230268-8-J 已被使用，请刷新页面: 1</w:t>
      </w:r>
    </w:p>
    <w:p>
      <w:r>
        <w:t>status_500:错误: 笼位:hyb压测笼架119230268-9-A 已被使用，请刷新页面: 1</w:t>
      </w:r>
    </w:p>
    <w:p>
      <w:r>
        <w:t>status_500:错误: 笼位:hyb压测笼架119230268-9-B 已被使用，请刷新页面: 1</w:t>
      </w:r>
    </w:p>
    <w:p>
      <w:r>
        <w:t>status_500:错误: 笼位:hyb压测笼架119230268-9-C 已被使用，请刷新页面: 1</w:t>
      </w:r>
    </w:p>
    <w:p>
      <w:r>
        <w:t>status_500:错误: 笼位:hyb压测笼架119230268-9-D 已被使用，请刷新页面: 1</w:t>
      </w:r>
    </w:p>
    <w:p>
      <w:r>
        <w:t>status_500:错误: 笼位:hyb压测笼架119230268-9-E 已被使用，请刷新页面: 1</w:t>
      </w:r>
    </w:p>
    <w:p>
      <w:r>
        <w:t>status_500:错误: 笼位:hyb压测笼架119230268-9-F 已被使用，请刷新页面: 1</w:t>
      </w:r>
    </w:p>
    <w:p>
      <w:r>
        <w:t>status_500:错误: 笼位:hyb压测笼架119230268-9-G 已被使用，请刷新页面: 1</w:t>
      </w:r>
    </w:p>
    <w:p>
      <w:r>
        <w:t>status_500:错误: 笼位:hyb压测笼架119230268-9-H 已被使用，请刷新页面: 1</w:t>
      </w:r>
    </w:p>
    <w:p>
      <w:r>
        <w:t>status_500:错误: 笼位:hyb压测笼架119230268-9-I 已被使用，请刷新页面: 1</w:t>
      </w:r>
    </w:p>
    <w:p>
      <w:r>
        <w:t>status_500:错误: 笼位:hyb压测笼架119230268-9-J 已被使用，请刷新页面: 1</w:t>
      </w:r>
    </w:p>
    <w:p>
      <w:r>
        <w:t>status_500:错误: 笼位:hyb压测笼架119230268-10-A 已被使用，请刷新页面: 1</w:t>
      </w:r>
    </w:p>
    <w:p>
      <w:r>
        <w:t>status_500:错误: 笼位:hyb压测笼架119230268-10-B 已被使用，请刷新页面: 1</w:t>
      </w:r>
    </w:p>
    <w:p>
      <w:r>
        <w:t>status_500:错误: 笼位:hyb压测笼架119230268-10-C 已被使用，请刷新页面: 1</w:t>
      </w:r>
    </w:p>
    <w:p>
      <w:r>
        <w:t>status_500:错误: 笼位:hyb压测笼架119230268-10-D 已被使用，请刷新页面: 1</w:t>
      </w:r>
    </w:p>
    <w:p>
      <w:r>
        <w:t>status_500:错误: 笼位:hyb压测笼架119230268-10-E 已被使用，请刷新页面: 1</w:t>
      </w:r>
    </w:p>
    <w:p>
      <w:r>
        <w:t>status_500:错误: 笼位:hyb压测笼架119230268-10-F 已被使用，请刷新页面: 1</w:t>
      </w:r>
    </w:p>
    <w:p>
      <w:r>
        <w:t>status_500:错误: 笼位:hyb压测笼架119230268-10-G 已被使用，请刷新页面: 1</w:t>
      </w:r>
    </w:p>
    <w:p>
      <w:r>
        <w:t>status_500:错误: 笼位:hyb压测笼架119230268-10-H 已被使用，请刷新页面: 1</w:t>
      </w:r>
    </w:p>
    <w:p>
      <w:r>
        <w:t>status_500:错误: 笼位:hyb压测笼架119230268-10-I 已被使用，请刷新页面: 1</w:t>
      </w:r>
    </w:p>
    <w:p>
      <w:r>
        <w:t>status_500:错误: 笼位:hyb压测笼架119230268-10-J 已被使用，请刷新页面: 1</w:t>
      </w:r>
    </w:p>
    <w:p>
      <w:r>
        <w:t>status_500:错误: 笼位:hyb压测笼架112923125-1-A 已被使用，请刷新页面: 1</w:t>
      </w:r>
    </w:p>
    <w:p>
      <w:r>
        <w:t>status_500:错误: 笼位:hyb压测笼架112923125-1-B 已被使用，请刷新页面: 1</w:t>
      </w:r>
    </w:p>
    <w:p>
      <w:r>
        <w:t>status_500:错误: 笼位:hyb压测笼架112923125-2-G 已被使用，请刷新页面: 1</w:t>
      </w:r>
    </w:p>
    <w:p>
      <w:r>
        <w:t>status_500:错误: 笼位:hyb压测笼架112923125-1-C 已被使用，请刷新页面: 1</w:t>
      </w:r>
    </w:p>
    <w:p>
      <w:r>
        <w:t>status_500:错误: 笼位:hyb压测笼架112923125-1-D 已被使用，请刷新页面: 1</w:t>
      </w:r>
    </w:p>
    <w:p>
      <w:r>
        <w:t>status_500:错误: 笼位:hyb压测笼架112923125-1-E 已被使用，请刷新页面: 1</w:t>
      </w:r>
    </w:p>
    <w:p>
      <w:r>
        <w:t>status_500:错误: 笼位:hyb压测笼架112923125-1-F 已被使用，请刷新页面: 1</w:t>
      </w:r>
    </w:p>
    <w:p>
      <w:r>
        <w:t>status_500:错误: 笼位:hyb压测笼架112923125-1-G 已被使用，请刷新页面: 1</w:t>
      </w:r>
    </w:p>
    <w:p>
      <w:r>
        <w:t>status_500:错误: 笼位:hyb压测笼架112923125-1-H 已被使用，请刷新页面: 1</w:t>
      </w:r>
    </w:p>
    <w:p>
      <w:r>
        <w:t>status_500:错误: 笼位:hyb压测笼架112923125-1-I 已被使用，请刷新页面: 1</w:t>
      </w:r>
    </w:p>
    <w:p>
      <w:r>
        <w:t>status_500:错误: 笼位:hyb压测笼架112923125-1-J 已被使用，请刷新页面: 1</w:t>
      </w:r>
    </w:p>
    <w:p>
      <w:r>
        <w:t>status_500:错误: 笼位:hyb压测笼架112923125-2-A 已被使用，请刷新页面: 1</w:t>
      </w:r>
    </w:p>
    <w:p>
      <w:r>
        <w:t>status_500:错误: 笼位:hyb压测笼架112923125-2-B 已被使用，请刷新页面: 1</w:t>
      </w:r>
    </w:p>
    <w:p>
      <w:r>
        <w:t>status_500:错误: 笼位:hyb压测笼架112923125-2-C 已被使用，请刷新页面: 1</w:t>
      </w:r>
    </w:p>
    <w:p>
      <w:r>
        <w:t>status_500:错误: 笼位:hyb压测笼架112923125-2-D 已被使用，请刷新页面: 1</w:t>
      </w:r>
    </w:p>
    <w:p>
      <w:r>
        <w:t>status_500:错误: 笼位:hyb压测笼架112923125-2-E 已被使用，请刷新页面: 1</w:t>
      </w:r>
    </w:p>
    <w:p>
      <w:r>
        <w:t>status_500:错误: 笼位:hyb压测笼架112923125-2-F 已被使用，请刷新页面: 1</w:t>
      </w:r>
    </w:p>
    <w:p>
      <w:r>
        <w:t>status_500:错误: 笼位:hyb压测笼架112923125-2-H 已被使用，请刷新页面: 1</w:t>
      </w:r>
    </w:p>
    <w:p>
      <w:r>
        <w:t>status_500:错误: 笼位:hyb压测笼架112923125-2-I 已被使用，请刷新页面: 1</w:t>
      </w:r>
    </w:p>
    <w:p>
      <w:r>
        <w:t>status_500:错误: 笼位:hyb压测笼架112923125-2-J 已被使用，请刷新页面: 1</w:t>
      </w:r>
    </w:p>
    <w:p>
      <w:r>
        <w:t>status_500:错误: 笼位:hyb压测笼架112923125-3-A 已被使用，请刷新页面: 1</w:t>
      </w:r>
    </w:p>
    <w:p>
      <w:r>
        <w:t>status_500:错误: 笼位:hyb压测笼架112923125-3-B 已被使用，请刷新页面: 1</w:t>
      </w:r>
    </w:p>
    <w:p>
      <w:r>
        <w:t>status_500:错误: 笼位:hyb压测笼架112923125-3-C 已被使用，请刷新页面: 1</w:t>
      </w:r>
    </w:p>
    <w:p>
      <w:r>
        <w:t>status_500:错误: 笼位:hyb压测笼架112923125-3-D 已被使用，请刷新页面: 1</w:t>
      </w:r>
    </w:p>
    <w:p>
      <w:r>
        <w:t>status_500:错误: 笼位:hyb压测笼架112923125-3-E 已被使用，请刷新页面: 1</w:t>
      </w:r>
    </w:p>
    <w:p>
      <w:r>
        <w:t>status_500:错误: 笼位:hyb压测笼架112923125-3-F 已被使用，请刷新页面: 1</w:t>
      </w:r>
    </w:p>
    <w:p>
      <w:r>
        <w:t>status_500:错误: 笼位:hyb压测笼架112923125-3-H 已被使用，请刷新页面: 1</w:t>
      </w:r>
    </w:p>
    <w:p>
      <w:r>
        <w:t>status_500:错误: 笼位:hyb压测笼架112923125-3-I 已被使用，请刷新页面: 1</w:t>
      </w:r>
    </w:p>
    <w:p>
      <w:r>
        <w:t>status_500:错误: 笼位:hyb压测笼架112923125-3-J 已被使用，请刷新页面: 1</w:t>
      </w:r>
    </w:p>
    <w:p>
      <w:r>
        <w:t>status_500:错误: 笼位:hyb压测笼架112923125-4-A 已被使用，请刷新页面: 1</w:t>
      </w:r>
    </w:p>
    <w:p>
      <w:r>
        <w:t>status_500:错误: 笼位:hyb压测笼架112923125-4-B 已被使用，请刷新页面: 1</w:t>
      </w:r>
    </w:p>
    <w:p>
      <w:r>
        <w:t>status_500:错误: 笼位:hyb压测笼架112923125-4-C 已被使用，请刷新页面: 1</w:t>
      </w:r>
    </w:p>
    <w:p>
      <w:r>
        <w:t>status_500:错误: 笼位:hyb压测笼架112923125-4-E 已被使用，请刷新页面: 1</w:t>
      </w:r>
    </w:p>
    <w:p>
      <w:r>
        <w:t>status_500:错误: 笼位:hyb压测笼架112923125-4-D 已被使用，请刷新页面: 1</w:t>
      </w:r>
    </w:p>
    <w:p>
      <w:r>
        <w:t>status_500:错误: 笼位:hyb压测笼架112923125-4-F 已被使用，请刷新页面: 1</w:t>
      </w:r>
    </w:p>
    <w:p>
      <w:r>
        <w:t>status_500:错误: 笼位:hyb压测笼架112923125-4-G 已被使用，请刷新页面: 1</w:t>
      </w:r>
    </w:p>
    <w:p>
      <w:r>
        <w:t>status_500:错误: 笼位:hyb压测笼架112923125-4-H 已被使用，请刷新页面: 1</w:t>
      </w:r>
    </w:p>
    <w:p>
      <w:r>
        <w:t>status_500:错误: 笼位:hyb压测笼架112923125-4-I 已被使用，请刷新页面: 1</w:t>
      </w:r>
    </w:p>
    <w:p>
      <w:r>
        <w:t>status_500:错误: 笼位:hyb压测笼架112923125-4-J 已被使用，请刷新页面: 1</w:t>
      </w:r>
    </w:p>
    <w:p>
      <w:r>
        <w:t>status_500:错误: 笼位:hyb压测笼架112923125-5-A 已被使用，请刷新页面: 1</w:t>
      </w:r>
    </w:p>
    <w:p>
      <w:r>
        <w:t>status_500:错误: 笼位:hyb压测笼架112923125-5-B 已被使用，请刷新页面: 1</w:t>
      </w:r>
    </w:p>
    <w:p>
      <w:r>
        <w:t>status_500:错误: 笼位:hyb压测笼架112923125-5-C 已被使用，请刷新页面: 1</w:t>
      </w:r>
    </w:p>
    <w:p>
      <w:r>
        <w:t>status_500:错误: 笼位:hyb压测笼架112923125-5-D 已被使用，请刷新页面: 1</w:t>
      </w:r>
    </w:p>
    <w:p>
      <w:r>
        <w:t>status_500:错误: 笼位:hyb压测笼架112923125-5-E 已被使用，请刷新页面: 1</w:t>
      </w:r>
    </w:p>
    <w:p>
      <w:r>
        <w:t>status_500:错误: 笼位:hyb压测笼架112923125-5-F 已被使用，请刷新页面: 1</w:t>
      </w:r>
    </w:p>
    <w:p>
      <w:r>
        <w:t>status_500:错误: 笼位:hyb压测笼架112923125-5-G 已被使用，请刷新页面: 1</w:t>
      </w:r>
    </w:p>
    <w:p>
      <w:r>
        <w:t>status_500:错误: 笼位:hyb压测笼架112923125-5-H 已被使用，请刷新页面: 1</w:t>
      </w:r>
    </w:p>
    <w:p>
      <w:r>
        <w:t>status_500:错误: 笼位:hyb压测笼架112923125-5-I 已被使用，请刷新页面: 1</w:t>
      </w:r>
    </w:p>
    <w:p>
      <w:r>
        <w:t>status_500:错误: 笼位:hyb压测笼架112923125-5-J 已被使用，请刷新页面: 1</w:t>
      </w:r>
    </w:p>
    <w:p>
      <w:r>
        <w:t>status_500:错误: 笼位:hyb压测笼架112923125-6-A 已被使用，请刷新页面: 1</w:t>
      </w:r>
    </w:p>
    <w:p>
      <w:r>
        <w:t>status_500:错误: 笼位:hyb压测笼架112923125-3-G 已被使用，请刷新页面: 1</w:t>
      </w:r>
    </w:p>
    <w:p>
      <w:r>
        <w:t>status_500:错误: 笼位:hyb压测笼架112923125-6-B 已被使用，请刷新页面: 1</w:t>
      </w:r>
    </w:p>
    <w:p>
      <w:r>
        <w:t>status_500:错误: 笼位:hyb压测笼架112923125-6-C 已被使用，请刷新页面: 1</w:t>
      </w:r>
    </w:p>
    <w:p>
      <w:r>
        <w:t>status_500:错误: 笼位:hyb压测笼架112923125-6-D 已被使用，请刷新页面: 1</w:t>
      </w:r>
    </w:p>
    <w:p>
      <w:r>
        <w:t>status_500:错误: 笼位:hyb压测笼架112923125-6-E 已被使用，请刷新页面: 1</w:t>
      </w:r>
    </w:p>
    <w:p>
      <w:r>
        <w:t>status_500:错误: 笼位:hyb压测笼架112923125-6-F 已被使用，请刷新页面: 1</w:t>
      </w:r>
    </w:p>
    <w:p>
      <w:r>
        <w:t>status_500:错误: 笼位:hyb压测笼架112923125-6-G 已被使用，请刷新页面: 1</w:t>
      </w:r>
    </w:p>
    <w:p>
      <w:r>
        <w:t>status_500:错误: 笼位:hyb压测笼架112923125-6-H 已被使用，请刷新页面: 1</w:t>
      </w:r>
    </w:p>
    <w:p>
      <w:r>
        <w:t>status_500:错误: 笼位:hyb压测笼架112923125-6-I 已被使用，请刷新页面: 1</w:t>
      </w:r>
    </w:p>
    <w:p>
      <w:r>
        <w:t>status_500:错误: 笼位:hyb压测笼架112923125-6-J 已被使用，请刷新页面: 1</w:t>
      </w:r>
    </w:p>
    <w:p>
      <w:r>
        <w:t>status_500:错误: 笼位:hyb压测笼架112923125-7-A 已被使用，请刷新页面: 1</w:t>
      </w:r>
    </w:p>
    <w:p>
      <w:r>
        <w:t>status_500:错误: 笼位:hyb压测笼架112923125-7-B 已被使用，请刷新页面: 1</w:t>
      </w:r>
    </w:p>
    <w:p>
      <w:r>
        <w:t>status_500:错误: 笼位:hyb压测笼架112923125-7-C 已被使用，请刷新页面: 1</w:t>
      </w:r>
    </w:p>
    <w:p>
      <w:r>
        <w:t>status_500:错误: 笼位:hyb压测笼架112923125-7-D 已被使用，请刷新页面: 1</w:t>
      </w:r>
    </w:p>
    <w:p>
      <w:r>
        <w:t>status_500:错误: 笼位:hyb压测笼架112923125-7-E 已被使用，请刷新页面: 1</w:t>
      </w:r>
    </w:p>
    <w:p>
      <w:r>
        <w:t>status_500:错误: 笼位:hyb压测笼架112923125-7-F 已被使用，请刷新页面: 1</w:t>
      </w:r>
    </w:p>
    <w:p>
      <w:r>
        <w:t>status_500:错误: 笼位:hyb压测笼架112923125-7-G 已被使用，请刷新页面: 1</w:t>
      </w:r>
    </w:p>
    <w:p>
      <w:r>
        <w:t>status_500:错误: 笼位:hyb压测笼架112923125-7-H 已被使用，请刷新页面: 1</w:t>
      </w:r>
    </w:p>
    <w:p>
      <w:r>
        <w:t>status_500:错误: 笼位:hyb压测笼架112923125-7-I 已被使用，请刷新页面: 1</w:t>
      </w:r>
    </w:p>
    <w:p>
      <w:r>
        <w:t>status_500:错误: 笼位:hyb压测笼架112923125-7-J 已被使用，请刷新页面: 1</w:t>
      </w:r>
    </w:p>
    <w:p>
      <w:r>
        <w:t>status_500:错误: 笼位:hyb压测笼架112923125-8-A 已被使用，请刷新页面: 1</w:t>
      </w:r>
    </w:p>
    <w:p>
      <w:r>
        <w:t>status_500:错误: 笼位:hyb压测笼架112923125-8-B 已被使用，请刷新页面: 1</w:t>
      </w:r>
    </w:p>
    <w:p>
      <w:r>
        <w:t>status_500:错误: 笼位:hyb压测笼架112923125-8-C 已被使用，请刷新页面: 1</w:t>
      </w:r>
    </w:p>
    <w:p>
      <w:r>
        <w:t>status_500:错误: 笼位:hyb压测笼架112923125-8-D 已被使用，请刷新页面: 1</w:t>
      </w:r>
    </w:p>
    <w:p>
      <w:r>
        <w:t>status_500:错误: 笼位:hyb压测笼架112923125-8-E 已被使用，请刷新页面: 1</w:t>
      </w:r>
    </w:p>
    <w:p>
      <w:r>
        <w:t>status_500:错误: 笼位:hyb压测笼架112923125-8-F 已被使用，请刷新页面: 1</w:t>
      </w:r>
    </w:p>
    <w:p>
      <w:r>
        <w:t>status_500:错误: 笼位:hyb压测笼架112923125-8-G 已被使用，请刷新页面: 1</w:t>
      </w:r>
    </w:p>
    <w:p>
      <w:r>
        <w:t>status_500:错误: 笼位:hyb压测笼架112923125-8-H 已被使用，请刷新页面: 1</w:t>
      </w:r>
    </w:p>
    <w:p>
      <w:r>
        <w:t>status_500:错误: 笼位:hyb压测笼架112923125-8-I 已被使用，请刷新页面: 1</w:t>
      </w:r>
    </w:p>
    <w:p>
      <w:r>
        <w:t>status_500:错误: 笼位:hyb压测笼架112923125-8-J 已被使用，请刷新页面: 1</w:t>
      </w:r>
    </w:p>
    <w:p>
      <w:r>
        <w:t>status_500:错误: 笼位:hyb压测笼架112923125-9-A 已被使用，请刷新页面: 1</w:t>
      </w:r>
    </w:p>
    <w:p>
      <w:r>
        <w:t>status_500:错误: 笼位:hyb压测笼架112923125-9-B 已被使用，请刷新页面: 1</w:t>
      </w:r>
    </w:p>
    <w:p>
      <w:r>
        <w:t>status_500:错误: 笼位:hyb压测笼架112923125-9-C 已被使用，请刷新页面: 1</w:t>
      </w:r>
    </w:p>
    <w:p>
      <w:r>
        <w:t>status_500:错误: 笼位:hyb压测笼架112923125-9-D 已被使用，请刷新页面: 1</w:t>
      </w:r>
    </w:p>
    <w:p>
      <w:r>
        <w:t>status_500:错误: 笼位:hyb压测笼架112923125-9-E 已被使用，请刷新页面: 1</w:t>
      </w:r>
    </w:p>
    <w:p>
      <w:r>
        <w:t>status_500:错误: 笼位:hyb压测笼架112923125-9-F 已被使用，请刷新页面: 1</w:t>
      </w:r>
    </w:p>
    <w:p>
      <w:r>
        <w:t>status_500:错误: 笼位:hyb压测笼架112923125-9-G 已被使用，请刷新页面: 1</w:t>
      </w:r>
    </w:p>
    <w:p>
      <w:r>
        <w:t>status_500:错误: 笼位:hyb压测笼架112923125-9-H 已被使用，请刷新页面: 1</w:t>
      </w:r>
    </w:p>
    <w:p>
      <w:r>
        <w:t>status_500:错误: 笼位:hyb压测笼架112923125-9-I 已被使用，请刷新页面: 1</w:t>
      </w:r>
    </w:p>
    <w:p>
      <w:r>
        <w:t>status_500:错误: 笼位:hyb压测笼架112923125-9-J 已被使用，请刷新页面: 1</w:t>
      </w:r>
    </w:p>
    <w:p>
      <w:r>
        <w:t>status_500:错误: 笼位:hyb压测笼架112923125-10-A 已被使用，请刷新页面: 1</w:t>
      </w:r>
    </w:p>
    <w:p>
      <w:r>
        <w:t>status_500:错误: 笼位:hyb压测笼架112923125-10-B 已被使用，请刷新页面: 1</w:t>
      </w:r>
    </w:p>
    <w:p>
      <w:r>
        <w:t>status_500:错误: 笼位:hyb压测笼架112923125-10-C 已被使用，请刷新页面: 1</w:t>
      </w:r>
    </w:p>
    <w:p>
      <w:r>
        <w:t>status_500:错误: 笼位:hyb压测笼架100974262-1-E 已被使用，请刷新页面: 1</w:t>
      </w:r>
    </w:p>
    <w:p>
      <w:r>
        <w:t>status_500:错误: 笼位:hyb压测笼架112923125-10-D 已被使用，请刷新页面: 1</w:t>
      </w:r>
    </w:p>
    <w:p>
      <w:r>
        <w:t>status_500:错误: 笼位:hyb压测笼架112923125-10-E 已被使用，请刷新页面: 1</w:t>
      </w:r>
    </w:p>
    <w:p>
      <w:r>
        <w:t>status_500:错误: 笼位:hyb压测笼架112923125-10-F 已被使用，请刷新页面: 1</w:t>
      </w:r>
    </w:p>
    <w:p>
      <w:r>
        <w:t>status_500:错误: 笼位:hyb压测笼架112923125-10-G 已被使用，请刷新页面: 1</w:t>
      </w:r>
    </w:p>
    <w:p>
      <w:r>
        <w:t>status_500:错误: 笼位:hyb压测笼架112923125-10-H 已被使用，请刷新页面: 1</w:t>
      </w:r>
    </w:p>
    <w:p>
      <w:r>
        <w:t>status_500:错误: 笼位:hyb压测笼架112923125-10-I 已被使用，请刷新页面: 1</w:t>
      </w:r>
    </w:p>
    <w:p>
      <w:r>
        <w:t>status_500:错误: 笼位:hyb压测笼架112923125-10-J 已被使用，请刷新页面: 1</w:t>
      </w:r>
    </w:p>
    <w:p>
      <w:r>
        <w:t>status_500:错误: 笼位:hyb压测笼架100974262-1-A 已被使用，请刷新页面: 1</w:t>
      </w:r>
    </w:p>
    <w:p>
      <w:r>
        <w:t>status_500:错误: 笼位:hyb压测笼架100974262-1-B 已被使用，请刷新页面: 1</w:t>
      </w:r>
    </w:p>
    <w:p>
      <w:r>
        <w:t>status_500:错误: 笼位:hyb压测笼架100974262-1-C 已被使用，请刷新页面: 1</w:t>
      </w:r>
    </w:p>
    <w:p>
      <w:r>
        <w:t>status_500:错误: 笼位:hyb压测笼架100974262-1-D 已被使用，请刷新页面: 1</w:t>
      </w:r>
    </w:p>
    <w:p>
      <w:r>
        <w:t>status_500:错误: 笼位:hyb压测笼架100974262-1-F 已被使用，请刷新页面: 1</w:t>
      </w:r>
    </w:p>
    <w:p>
      <w:r>
        <w:t>status_500:错误: 笼位:hyb压测笼架100974262-1-G 已被使用，请刷新页面: 1</w:t>
      </w:r>
    </w:p>
    <w:p>
      <w:r>
        <w:t>status_500:错误: 笼位:hyb压测笼架100974262-1-H 已被使用，请刷新页面: 1</w:t>
      </w:r>
    </w:p>
    <w:p>
      <w:r>
        <w:t>status_500:错误: 笼位:hyb压测笼架100974262-1-I 已被使用，请刷新页面: 1</w:t>
      </w:r>
    </w:p>
    <w:p>
      <w:r>
        <w:t>status_500:错误: 笼位:hyb压测笼架100974262-1-J 已被使用，请刷新页面: 1</w:t>
      </w:r>
    </w:p>
    <w:p>
      <w:r>
        <w:t>status_500:错误: 笼位:hyb压测笼架100974262-2-A 已被使用，请刷新页面: 1</w:t>
      </w:r>
    </w:p>
    <w:p>
      <w:r>
        <w:t>status_500:错误: 笼位:hyb压测笼架100974262-2-C 已被使用，请刷新页面: 1</w:t>
      </w:r>
    </w:p>
    <w:p>
      <w:r>
        <w:t>status_500:错误: 笼位:hyb压测笼架100974262-2-D 已被使用，请刷新页面: 1</w:t>
      </w:r>
    </w:p>
    <w:p>
      <w:r>
        <w:t>status_500:错误: 笼位:hyb压测笼架100974262-3-H 已被使用，请刷新页面: 1</w:t>
      </w:r>
    </w:p>
    <w:p>
      <w:r>
        <w:t>status_500:错误: 笼位:hyb压测笼架100974262-2-E 已被使用，请刷新页面: 1</w:t>
      </w:r>
    </w:p>
    <w:p>
      <w:r>
        <w:t>status_500:错误: 笼位:hyb压测笼架100974262-2-G 已被使用，请刷新页面: 1</w:t>
      </w:r>
    </w:p>
    <w:p>
      <w:r>
        <w:t>status_500:错误: 笼位:hyb压测笼架100974262-2-F 已被使用，请刷新页面: 1</w:t>
      </w:r>
    </w:p>
    <w:p>
      <w:r>
        <w:t>status_500:错误: 笼位:hyb压测笼架100974262-2-H 已被使用，请刷新页面: 1</w:t>
      </w:r>
    </w:p>
    <w:p>
      <w:r>
        <w:t>status_500:错误: 笼位:hyb压测笼架100974262-2-I 已被使用，请刷新页面: 1</w:t>
      </w:r>
    </w:p>
    <w:p>
      <w:r>
        <w:t>status_500:错误: 笼位:hyb压测笼架100974262-2-J 已被使用，请刷新页面: 1</w:t>
      </w:r>
    </w:p>
    <w:p>
      <w:r>
        <w:t>status_500:错误: 笼位:hyb压测笼架100974262-3-A 已被使用，请刷新页面: 1</w:t>
      </w:r>
    </w:p>
    <w:p>
      <w:r>
        <w:t>status_500:错误: 笼位:hyb压测笼架100974262-3-B 已被使用，请刷新页面: 1</w:t>
      </w:r>
    </w:p>
    <w:p>
      <w:r>
        <w:t>status_500:错误: 笼位:hyb压测笼架100974262-3-C 已被使用，请刷新页面: 1</w:t>
      </w:r>
    </w:p>
    <w:p>
      <w:r>
        <w:t>status_500:错误: 笼位:hyb压测笼架100974262-3-D 已被使用，请刷新页面: 1</w:t>
      </w:r>
    </w:p>
    <w:p>
      <w:r>
        <w:t>status_500:错误: 笼位:hyb压测笼架100974262-2-B 已被使用，请刷新页面: 1</w:t>
      </w:r>
    </w:p>
    <w:p>
      <w:r>
        <w:t>status_500:错误: 笼位:hyb压测笼架100974262-3-E 已被使用，请刷新页面: 1</w:t>
      </w:r>
    </w:p>
    <w:p>
      <w:r>
        <w:t>status_500:错误: 笼位:hyb压测笼架100974262-3-F 已被使用，请刷新页面: 1</w:t>
      </w:r>
    </w:p>
    <w:p>
      <w:r>
        <w:t>status_500:错误: 笼位:hyb压测笼架100974262-3-G 已被使用，请刷新页面: 1</w:t>
      </w:r>
    </w:p>
    <w:p>
      <w:r>
        <w:t>status_500:错误: 笼位:hyb压测笼架100974262-3-I 已被使用，请刷新页面: 1</w:t>
      </w:r>
    </w:p>
    <w:p>
      <w:r>
        <w:t>status_500:错误: 笼位:hyb压测笼架100974262-3-J 已被使用，请刷新页面: 1</w:t>
      </w:r>
    </w:p>
    <w:p>
      <w:r>
        <w:t>status_500:错误: 笼位:hyb压测笼架100974262-4-A 已被使用，请刷新页面: 1</w:t>
      </w:r>
    </w:p>
    <w:p>
      <w:r>
        <w:t>status_500:错误: 笼位:hyb压测笼架100974262-4-B 已被使用，请刷新页面: 1</w:t>
      </w:r>
    </w:p>
    <w:p>
      <w:r>
        <w:t>status_500:错误: 笼位:hyb压测笼架100974262-4-C 已被使用，请刷新页面: 1</w:t>
      </w:r>
    </w:p>
    <w:p>
      <w:r>
        <w:t>status_500:错误: 笼位:hyb压测笼架100974262-4-D 已被使用，请刷新页面: 1</w:t>
      </w:r>
    </w:p>
    <w:p>
      <w:r>
        <w:t>status_500:错误: 笼位:hyb压测笼架100974262-4-E 已被使用，请刷新页面: 1</w:t>
      </w:r>
    </w:p>
    <w:p>
      <w:r>
        <w:t>status_500:错误: 笼位:hyb压测笼架100974262-4-F 已被使用，请刷新页面: 1</w:t>
      </w:r>
    </w:p>
    <w:p>
      <w:r>
        <w:t>status_500:错误: 笼位:hyb压测笼架100974262-4-G 已被使用，请刷新页面: 1</w:t>
      </w:r>
    </w:p>
    <w:p>
      <w:r>
        <w:t>status_500:错误: 笼位:hyb压测笼架100974262-4-H 已被使用，请刷新页面: 1</w:t>
      </w:r>
    </w:p>
    <w:p>
      <w:r>
        <w:t>status_500:错误: 笼位:hyb压测笼架100974262-4-I 已被使用，请刷新页面: 1</w:t>
      </w:r>
    </w:p>
    <w:p>
      <w:r>
        <w:t>status_500:错误: 笼位:hyb压测笼架100974262-4-J 已被使用，请刷新页面: 1</w:t>
      </w:r>
    </w:p>
    <w:p>
      <w:r>
        <w:t>status_500:错误: 笼位:hyb压测笼架100974262-5-A 已被使用，请刷新页面: 1</w:t>
      </w:r>
    </w:p>
    <w:p>
      <w:r>
        <w:t>status_500:错误: 笼位:hyb压测笼架100974262-5-B 已被使用，请刷新页面: 1</w:t>
      </w:r>
    </w:p>
    <w:p>
      <w:r>
        <w:t>status_500:错误: 笼位:hyb压测笼架100974262-5-C 已被使用，请刷新页面: 1</w:t>
      </w:r>
    </w:p>
    <w:p>
      <w:r>
        <w:t>status_500:错误: 笼位:hyb压测笼架100974262-5-D 已被使用，请刷新页面: 1</w:t>
      </w:r>
    </w:p>
    <w:p>
      <w:r>
        <w:t>status_500:错误: 笼位:hyb压测笼架100974262-5-E 已被使用，请刷新页面: 1</w:t>
      </w:r>
    </w:p>
    <w:p>
      <w:r>
        <w:t>status_500:错误: 笼位:hyb压测笼架100974262-5-F 已被使用，请刷新页面: 1</w:t>
      </w:r>
    </w:p>
    <w:p>
      <w:r>
        <w:t>status_500:错误: 笼位:hyb压测笼架100974262-5-G 已被使用，请刷新页面: 1</w:t>
      </w:r>
    </w:p>
    <w:p>
      <w:r>
        <w:t>status_500:错误: 笼位:hyb压测笼架100974262-5-H 已被使用，请刷新页面: 1</w:t>
      </w:r>
    </w:p>
    <w:p>
      <w:r>
        <w:t>status_500:错误: 笼位:hyb压测笼架100974262-5-I 已被使用，请刷新页面: 1</w:t>
      </w:r>
    </w:p>
    <w:p>
      <w:r>
        <w:t>status_500:错误: 笼位:hyb压测笼架100974262-5-J 已被使用，请刷新页面: 1</w:t>
      </w:r>
    </w:p>
    <w:p>
      <w:r>
        <w:t>status_500:错误: 笼位:hyb压测笼架100974262-6-A 已被使用，请刷新页面: 1</w:t>
      </w:r>
    </w:p>
    <w:p>
      <w:r>
        <w:t>status_500:错误: 笼位:hyb压测笼架100974262-6-B 已被使用，请刷新页面: 1</w:t>
      </w:r>
    </w:p>
    <w:p>
      <w:r>
        <w:t>status_500:错误: 笼位:hyb压测笼架100974262-6-C 已被使用，请刷新页面: 1</w:t>
      </w:r>
    </w:p>
    <w:p>
      <w:r>
        <w:t>status_500:错误: 笼位:hyb压测笼架100974262-6-D 已被使用，请刷新页面: 1</w:t>
      </w:r>
    </w:p>
    <w:p>
      <w:r>
        <w:t>status_500:错误: 笼位:hyb压测笼架100974262-6-E 已被使用，请刷新页面: 1</w:t>
      </w:r>
    </w:p>
    <w:p>
      <w:r>
        <w:t>status_500:错误: 笼位:hyb压测笼架100974262-6-F 已被使用，请刷新页面: 1</w:t>
      </w:r>
    </w:p>
    <w:p>
      <w:r>
        <w:t>status_500:错误: 笼位:hyb压测笼架100974262-6-G 已被使用，请刷新页面: 1</w:t>
      </w:r>
    </w:p>
    <w:p>
      <w:r>
        <w:t>status_500:错误: 笼位:hyb压测笼架100974262-6-H 已被使用，请刷新页面: 1</w:t>
      </w:r>
    </w:p>
    <w:p>
      <w:r>
        <w:t>status_500:错误: 笼位:hyb压测笼架100974262-6-I 已被使用，请刷新页面: 1</w:t>
      </w:r>
    </w:p>
    <w:p>
      <w:r>
        <w:t>status_500:错误: 笼位:hyb压测笼架100974262-6-J 已被使用，请刷新页面: 1</w:t>
      </w:r>
    </w:p>
    <w:p>
      <w:r>
        <w:t>status_500:错误: 笼位:hyb压测笼架100974262-7-A 已被使用，请刷新页面: 1</w:t>
      </w:r>
    </w:p>
    <w:p>
      <w:r>
        <w:t>status_500:错误: 笼位:hyb压测笼架100974262-7-B 已被使用，请刷新页面: 1</w:t>
      </w:r>
    </w:p>
    <w:p>
      <w:r>
        <w:t>status_500:错误: 笼位:hyb压测笼架100974262-7-C 已被使用，请刷新页面: 1</w:t>
      </w:r>
    </w:p>
    <w:p>
      <w:r>
        <w:t>status_500:错误: 笼位:hyb压测笼架100974262-7-D 已被使用，请刷新页面: 1</w:t>
      </w:r>
    </w:p>
    <w:p>
      <w:r>
        <w:t>status_500:错误: 笼位:hyb压测笼架100974262-7-E 已被使用，请刷新页面: 1</w:t>
      </w:r>
    </w:p>
    <w:p>
      <w:r>
        <w:t>status_500:错误: 笼位:hyb压测笼架100974262-7-F 已被使用，请刷新页面: 1</w:t>
      </w:r>
    </w:p>
    <w:p>
      <w:r>
        <w:t>status_500:错误: 笼位:hyb压测笼架100974262-7-G 已被使用，请刷新页面: 1</w:t>
      </w:r>
    </w:p>
    <w:p>
      <w:r>
        <w:t>status_500:错误: 笼位:hyb压测笼架100974262-7-H 已被使用，请刷新页面: 1</w:t>
      </w:r>
    </w:p>
    <w:p>
      <w:r>
        <w:t>status_500:错误: 笼位:hyb压测笼架100974262-7-I 已被使用，请刷新页面: 1</w:t>
      </w:r>
    </w:p>
    <w:p>
      <w:r>
        <w:t>status_500:错误: 笼位:hyb压测笼架100974262-7-J 已被使用，请刷新页面: 1</w:t>
      </w:r>
    </w:p>
    <w:p>
      <w:r>
        <w:t>status_500:错误: 笼位:hyb压测笼架100974262-8-A 已被使用，请刷新页面: 1</w:t>
      </w:r>
    </w:p>
    <w:p>
      <w:r>
        <w:t>status_500:错误: 笼位:hyb压测笼架100974262-8-B 已被使用，请刷新页面: 1</w:t>
      </w:r>
    </w:p>
    <w:p>
      <w:r>
        <w:t>status_500:错误: 笼位:hyb压测笼架100974262-8-C 已被使用，请刷新页面: 1</w:t>
      </w:r>
    </w:p>
    <w:p>
      <w:r>
        <w:t>status_500:错误: 笼位:hyb压测笼架100974262-8-D 已被使用，请刷新页面: 1</w:t>
      </w:r>
    </w:p>
    <w:p>
      <w:r>
        <w:t>status_500:错误: 笼位:hyb压测笼架100974262-8-E 已被使用，请刷新页面: 1</w:t>
      </w:r>
    </w:p>
    <w:p>
      <w:r>
        <w:t>status_500:错误: 笼位:hyb压测笼架100974262-8-F 已被使用，请刷新页面: 1</w:t>
      </w:r>
    </w:p>
    <w:p>
      <w:r>
        <w:t>status_500:错误: 笼位:hyb压测笼架100974262-8-G 已被使用，请刷新页面: 1</w:t>
      </w:r>
    </w:p>
    <w:p>
      <w:r>
        <w:t>status_500:错误: 笼位:hyb压测笼架100974262-8-H 已被使用，请刷新页面: 1</w:t>
      </w:r>
    </w:p>
    <w:p>
      <w:r>
        <w:t>status_500:错误: 笼位:hyb压测笼架100974262-8-I 已被使用，请刷新页面: 1</w:t>
      </w:r>
    </w:p>
    <w:p>
      <w:r>
        <w:t>status_500:错误: 笼位:hyb压测笼架100974262-8-J 已被使用，请刷新页面: 1</w:t>
      </w:r>
    </w:p>
    <w:p>
      <w:r>
        <w:t>status_500:错误: 笼位:hyb压测笼架100974262-9-B 已被使用，请刷新页面: 1</w:t>
      </w:r>
    </w:p>
    <w:p>
      <w:r>
        <w:t>status_500:错误: 笼位:hyb压测笼架100974262-9-A 已被使用，请刷新页面: 1</w:t>
      </w:r>
    </w:p>
    <w:p>
      <w:r>
        <w:t>status_500:错误: 笼位:hyb压测笼架100974262-9-C 已被使用，请刷新页面: 1</w:t>
      </w:r>
    </w:p>
    <w:p>
      <w:r>
        <w:t>status_500:错误: 笼位:hyb压测笼架100974262-9-D 已被使用，请刷新页面: 1</w:t>
      </w:r>
    </w:p>
    <w:p>
      <w:r>
        <w:t>status_500:错误: 笼位:hyb压测笼架100974262-9-E 已被使用，请刷新页面: 1</w:t>
      </w:r>
    </w:p>
    <w:p>
      <w:r>
        <w:t>status_500:错误: 笼位:hyb压测笼架100974262-9-F 已被使用，请刷新页面: 1</w:t>
      </w:r>
    </w:p>
    <w:p>
      <w:r>
        <w:t>status_500:错误: 笼位:hyb压测笼架100974262-9-G 已被使用，请刷新页面: 1</w:t>
      </w:r>
    </w:p>
    <w:p>
      <w:r>
        <w:t>status_500:错误: 笼位:hyb压测笼架100974262-9-H 已被使用，请刷新页面: 1</w:t>
      </w:r>
    </w:p>
    <w:p>
      <w:r>
        <w:t>status_500:错误: 笼位:hyb压测笼架100974262-9-I 已被使用，请刷新页面: 1</w:t>
      </w:r>
    </w:p>
    <w:p>
      <w:r>
        <w:t>status_500:错误: 笼位:hyb压测笼架100974262-9-J 已被使用，请刷新页面: 1</w:t>
      </w:r>
    </w:p>
    <w:p>
      <w:r>
        <w:t>status_500:错误: 笼位:hyb压测笼架100974262-10-A 已被使用，请刷新页面: 1</w:t>
      </w:r>
    </w:p>
    <w:p>
      <w:r>
        <w:t>status_500:错误: 笼位:hyb压测笼架100974262-10-B 已被使用，请刷新页面: 1</w:t>
      </w:r>
    </w:p>
    <w:p>
      <w:r>
        <w:t>status_500:错误: 笼位:hyb压测笼架100974262-10-C 已被使用，请刷新页面: 1</w:t>
      </w:r>
    </w:p>
    <w:p>
      <w:r>
        <w:t>status_500:错误: 笼位:hyb压测笼架100974262-10-D 已被使用，请刷新页面: 1</w:t>
      </w:r>
    </w:p>
    <w:p>
      <w:r>
        <w:t>status_500:错误: 笼位:hyb压测笼架100974262-10-E 已被使用，请刷新页面: 1</w:t>
      </w:r>
    </w:p>
    <w:p>
      <w:r>
        <w:t>status_500:错误: 笼位:hyb压测笼架100974262-10-F 已被使用，请刷新页面: 1</w:t>
      </w:r>
    </w:p>
    <w:p>
      <w:r>
        <w:t>status_500:错误: 笼位:hyb压测笼架100974262-10-G 已被使用，请刷新页面: 1</w:t>
      </w:r>
    </w:p>
    <w:p>
      <w:r>
        <w:t>status_500:错误: 笼位:hyb压测笼架100974262-10-H 已被使用，请刷新页面: 1</w:t>
      </w:r>
    </w:p>
    <w:p>
      <w:r>
        <w:t>status_500:错误: 笼位:hyb压测笼架102554582-1-I 已被使用，请刷新页面: 1</w:t>
      </w:r>
    </w:p>
    <w:p>
      <w:r>
        <w:t>status_500:错误: 笼位:hyb压测笼架100974262-10-I 已被使用，请刷新页面: 1</w:t>
      </w:r>
    </w:p>
    <w:p>
      <w:r>
        <w:t>status_500:错误: 笼位:hyb压测笼架100974262-10-J 已被使用，请刷新页面: 1</w:t>
      </w:r>
    </w:p>
    <w:p>
      <w:r>
        <w:t>status_500:错误: 笼位:hyb压测笼架102554582-1-B 已被使用，请刷新页面: 1</w:t>
      </w:r>
    </w:p>
    <w:p>
      <w:r>
        <w:t>status_500:错误: 笼位:hyb压测笼架102554582-1-A 已被使用，请刷新页面: 1</w:t>
      </w:r>
    </w:p>
    <w:p>
      <w:r>
        <w:t>status_500:错误: 笼位:hyb压测笼架102554582-1-C 已被使用，请刷新页面: 1</w:t>
      </w:r>
    </w:p>
    <w:p>
      <w:r>
        <w:t>status_500:错误: 笼位:hyb压测笼架102554582-1-D 已被使用，请刷新页面: 1</w:t>
      </w:r>
    </w:p>
    <w:p>
      <w:r>
        <w:t>status_500:错误: 笼位:hyb压测笼架102554582-1-E 已被使用，请刷新页面: 1</w:t>
      </w:r>
    </w:p>
    <w:p>
      <w:r>
        <w:t>status_500:错误: 笼位:hyb压测笼架102554582-1-F 已被使用，请刷新页面: 1</w:t>
      </w:r>
    </w:p>
    <w:p>
      <w:r>
        <w:t>status_500:错误: 笼位:hyb压测笼架102554582-1-G 已被使用，请刷新页面: 1</w:t>
      </w:r>
    </w:p>
    <w:p>
      <w:r>
        <w:t>status_500:错误: 笼位:hyb压测笼架102554582-1-H 已被使用，请刷新页面: 1</w:t>
      </w:r>
    </w:p>
    <w:p>
      <w:r>
        <w:t>status_500:错误: 笼位:hyb压测笼架102554582-1-J 已被使用，请刷新页面: 1</w:t>
      </w:r>
    </w:p>
    <w:p>
      <w:r>
        <w:t>status_500:错误: 笼位:hyb压测笼架102554582-2-A 已被使用，请刷新页面: 1</w:t>
      </w:r>
    </w:p>
    <w:p>
      <w:r>
        <w:t>status_500:错误: 笼位:hyb压测笼架102554582-2-B 已被使用，请刷新页面: 1</w:t>
      </w:r>
    </w:p>
    <w:p>
      <w:r>
        <w:t>status_500:错误: 笼位:hyb压测笼架102554582-2-C 已被使用，请刷新页面: 1</w:t>
      </w:r>
    </w:p>
    <w:p>
      <w:r>
        <w:t>status_500:错误: 笼位:hyb压测笼架102554582-2-D 已被使用，请刷新页面: 1</w:t>
      </w:r>
    </w:p>
    <w:p>
      <w:r>
        <w:t>status_500:错误: 笼位:hyb压测笼架102554582-2-E 已被使用，请刷新页面: 1</w:t>
      </w:r>
    </w:p>
    <w:p>
      <w:r>
        <w:t>status_500:错误: 笼位:hyb压测笼架102554582-2-F 已被使用，请刷新页面: 1</w:t>
      </w:r>
    </w:p>
    <w:p>
      <w:r>
        <w:t>status_500:错误: 笼位:hyb压测笼架102554582-2-G 已被使用，请刷新页面: 1</w:t>
      </w:r>
    </w:p>
    <w:p>
      <w:r>
        <w:t>status_500:错误: 笼位:hyb压测笼架102554582-2-I 已被使用，请刷新页面: 1</w:t>
      </w:r>
    </w:p>
    <w:p>
      <w:r>
        <w:t>status_500:错误: 笼位:hyb压测笼架102554582-2-J 已被使用，请刷新页面: 1</w:t>
      </w:r>
    </w:p>
    <w:p>
      <w:r>
        <w:t>status_500:错误: 笼位:hyb压测笼架102554582-3-A 已被使用，请刷新页面: 1</w:t>
      </w:r>
    </w:p>
    <w:p>
      <w:r>
        <w:t>status_500:错误: 笼位:hyb压测笼架102554582-3-B 已被使用，请刷新页面: 1</w:t>
      </w:r>
    </w:p>
    <w:p>
      <w:r>
        <w:t>status_500:错误: 笼位:hyb压测笼架102554582-3-C 已被使用，请刷新页面: 1</w:t>
      </w:r>
    </w:p>
    <w:p>
      <w:r>
        <w:t>status_500:错误: 笼位:hyb压测笼架102554582-3-D 已被使用，请刷新页面: 1</w:t>
      </w:r>
    </w:p>
    <w:p>
      <w:r>
        <w:t>status_500:错误: 笼位:hyb压测笼架102554582-3-E 已被使用，请刷新页面: 1</w:t>
      </w:r>
    </w:p>
    <w:p>
      <w:r>
        <w:t>status_500:错误: 笼位:hyb压测笼架102554582-3-F 已被使用，请刷新页面: 1</w:t>
      </w:r>
    </w:p>
    <w:p>
      <w:r>
        <w:t>status_500:错误: 笼位:hyb压测笼架102554582-3-G 已被使用，请刷新页面: 1</w:t>
      </w:r>
    </w:p>
    <w:p>
      <w:r>
        <w:t>status_500:错误: 笼位:hyb压测笼架102554582-3-H 已被使用，请刷新页面: 1</w:t>
      </w:r>
    </w:p>
    <w:p>
      <w:r>
        <w:t>status_500:错误: 笼位:hyb压测笼架102554582-3-I 已被使用，请刷新页面: 1</w:t>
      </w:r>
    </w:p>
    <w:p>
      <w:r>
        <w:t>status_500:错误: 笼位:hyb压测笼架102554582-4-A 已被使用，请刷新页面: 1</w:t>
      </w:r>
    </w:p>
    <w:p>
      <w:r>
        <w:t>status_500:错误: 笼位:hyb压测笼架102554582-4-B 已被使用，请刷新页面: 1</w:t>
      </w:r>
    </w:p>
    <w:p>
      <w:r>
        <w:t>status_500:错误: 笼位:hyb压测笼架102554582-4-C 已被使用，请刷新页面: 1</w:t>
      </w:r>
    </w:p>
    <w:p>
      <w:r>
        <w:t>status_500:错误: 笼位:hyb压测笼架102554582-2-H 已被使用，请刷新页面: 1</w:t>
      </w:r>
    </w:p>
    <w:p>
      <w:r>
        <w:t>status_500:错误: 笼位:hyb压测笼架102554582-4-D 已被使用，请刷新页面: 1</w:t>
      </w:r>
    </w:p>
    <w:p>
      <w:r>
        <w:t>status_500:错误: 笼位:hyb压测笼架102554582-4-E 已被使用，请刷新页面: 1</w:t>
      </w:r>
    </w:p>
    <w:p>
      <w:r>
        <w:t>status_500:错误: 笼位:hyb压测笼架102554582-4-F 已被使用，请刷新页面: 1</w:t>
      </w:r>
    </w:p>
    <w:p>
      <w:r>
        <w:t>status_500:错误: 笼位:hyb压测笼架102554582-4-G 已被使用，请刷新页面: 1</w:t>
      </w:r>
    </w:p>
    <w:p>
      <w:r>
        <w:t>status_500:错误: 笼位:hyb压测笼架102554582-4-H 已被使用，请刷新页面: 1</w:t>
      </w:r>
    </w:p>
    <w:p>
      <w:r>
        <w:t>status_500:错误: 笼位:hyb压测笼架102554582-4-I 已被使用，请刷新页面: 1</w:t>
      </w:r>
    </w:p>
    <w:p>
      <w:r>
        <w:t>status_500:错误: 笼位:hyb压测笼架102554582-4-J 已被使用，请刷新页面: 1</w:t>
      </w:r>
    </w:p>
    <w:p>
      <w:r>
        <w:t>status_500:错误: 笼位:hyb压测笼架102554582-5-A 已被使用，请刷新页面: 1</w:t>
      </w:r>
    </w:p>
    <w:p>
      <w:r>
        <w:t>status_500:错误: 笼位:hyb压测笼架102554582-5-B 已被使用，请刷新页面: 1</w:t>
      </w:r>
    </w:p>
    <w:p>
      <w:r>
        <w:t>status_500:错误: 笼位:hyb压测笼架102554582-5-C 已被使用，请刷新页面: 1</w:t>
      </w:r>
    </w:p>
    <w:p>
      <w:r>
        <w:t>status_500:错误: 笼位:hyb压测笼架102554582-5-D 已被使用，请刷新页面: 1</w:t>
      </w:r>
    </w:p>
    <w:p>
      <w:r>
        <w:t>status_500:错误: 笼位:hyb压测笼架102554582-5-E 已被使用，请刷新页面: 1</w:t>
      </w:r>
    </w:p>
    <w:p>
      <w:r>
        <w:t>status_500:错误: 笼位:hyb压测笼架102554582-5-F 已被使用，请刷新页面: 1</w:t>
      </w:r>
    </w:p>
    <w:p>
      <w:r>
        <w:t>status_500:错误: 笼位:hyb压测笼架102554582-5-G 已被使用，请刷新页面: 1</w:t>
      </w:r>
    </w:p>
    <w:p>
      <w:r>
        <w:t>status_500:错误: 笼位:hyb压测笼架102554582-5-H 已被使用，请刷新页面: 1</w:t>
      </w:r>
    </w:p>
    <w:p>
      <w:r>
        <w:t>status_500:错误: 笼位:hyb压测笼架102554582-5-I 已被使用，请刷新页面: 1</w:t>
      </w:r>
    </w:p>
    <w:p>
      <w:r>
        <w:t>status_500:错误: 笼位:hyb压测笼架102554582-5-J 已被使用，请刷新页面: 1</w:t>
      </w:r>
    </w:p>
    <w:p>
      <w:r>
        <w:t>status_500:错误: 笼位:hyb压测笼架102554582-6-A 已被使用，请刷新页面: 1</w:t>
      </w:r>
    </w:p>
    <w:p>
      <w:r>
        <w:t>status_500:错误: 笼位:hyb压测笼架102554582-6-B 已被使用，请刷新页面: 1</w:t>
      </w:r>
    </w:p>
    <w:p>
      <w:r>
        <w:t>status_500:错误: 笼位:hyb压测笼架102554582-3-J 已被使用，请刷新页面: 1</w:t>
      </w:r>
    </w:p>
    <w:p>
      <w:r>
        <w:t>status_500:错误: 笼位:hyb压测笼架102554582-6-C 已被使用，请刷新页面: 1</w:t>
      </w:r>
    </w:p>
    <w:p>
      <w:r>
        <w:t>status_500:错误: 笼位:hyb压测笼架102554582-6-D 已被使用，请刷新页面: 1</w:t>
      </w:r>
    </w:p>
    <w:p>
      <w:r>
        <w:t>status_500:错误: 笼位:hyb压测笼架102554582-6-E 已被使用，请刷新页面: 1</w:t>
      </w:r>
    </w:p>
    <w:p>
      <w:r>
        <w:t>status_500:错误: 笼位:hyb压测笼架102554582-6-F 已被使用，请刷新页面: 1</w:t>
      </w:r>
    </w:p>
    <w:p>
      <w:r>
        <w:t>status_500:错误: 笼位:hyb压测笼架102554582-6-G 已被使用，请刷新页面: 1</w:t>
      </w:r>
    </w:p>
    <w:p>
      <w:r>
        <w:t>status_500:错误: 笼位:hyb压测笼架102554582-6-I 已被使用，请刷新页面: 1</w:t>
      </w:r>
    </w:p>
    <w:p>
      <w:r>
        <w:t>status_500:错误: 笼位:hyb压测笼架102554582-6-H 已被使用，请刷新页面: 1</w:t>
      </w:r>
    </w:p>
    <w:p>
      <w:r>
        <w:t>status_500:错误: 笼位:hyb压测笼架102554582-6-J 已被使用，请刷新页面: 1</w:t>
      </w:r>
    </w:p>
    <w:p>
      <w:r>
        <w:t>status_500:错误: 笼位:hyb压测笼架102554582-7-A 已被使用，请刷新页面: 1</w:t>
      </w:r>
    </w:p>
    <w:p>
      <w:r>
        <w:t>status_500:错误: 笼位:hyb压测笼架102554582-7-B 已被使用，请刷新页面: 1</w:t>
      </w:r>
    </w:p>
    <w:p>
      <w:r>
        <w:t>status_500:错误: 笼位:hyb压测笼架102554582-7-D 已被使用，请刷新页面: 1</w:t>
      </w:r>
    </w:p>
    <w:p>
      <w:r>
        <w:t>status_500:错误: 笼位:hyb压测笼架102554582-7-C 已被使用，请刷新页面: 1</w:t>
      </w:r>
    </w:p>
    <w:p>
      <w:r>
        <w:t>status_500:错误: 笼位:hyb压测笼架102554582-7-E 已被使用，请刷新页面: 1</w:t>
      </w:r>
    </w:p>
    <w:p>
      <w:r>
        <w:t>status_500:错误: 笼位:hyb压测笼架102554582-7-F 已被使用，请刷新页面: 1</w:t>
      </w:r>
    </w:p>
    <w:p>
      <w:r>
        <w:t>status_500:错误: 笼位:hyb压测笼架102554582-7-G 已被使用，请刷新页面: 1</w:t>
      </w:r>
    </w:p>
    <w:p>
      <w:r>
        <w:t>status_500:错误: 笼位:hyb压测笼架102554582-7-H 已被使用，请刷新页面: 1</w:t>
      </w:r>
    </w:p>
    <w:p>
      <w:r>
        <w:t>status_500:错误: 笼位:hyb压测笼架102554582-7-I 已被使用，请刷新页面: 1</w:t>
      </w:r>
    </w:p>
    <w:p>
      <w:r>
        <w:t>status_500:错误: 笼位:hyb压测笼架102554582-7-J 已被使用，请刷新页面: 1</w:t>
      </w:r>
    </w:p>
    <w:p>
      <w:r>
        <w:t>status_500:错误: 笼位:hyb压测笼架102554582-8-A 已被使用，请刷新页面: 1</w:t>
      </w:r>
    </w:p>
    <w:p>
      <w:r>
        <w:t>status_500:错误: 笼位:hyb压测笼架102554582-8-B 已被使用，请刷新页面: 1</w:t>
      </w:r>
    </w:p>
    <w:p>
      <w:r>
        <w:t>status_500:错误: 笼位:hyb压测笼架102554582-8-C 已被使用，请刷新页面: 1</w:t>
      </w:r>
    </w:p>
    <w:p>
      <w:r>
        <w:t>status_500:错误: 笼位:hyb压测笼架102554582-8-D 已被使用，请刷新页面: 1</w:t>
      </w:r>
    </w:p>
    <w:p>
      <w:r>
        <w:t>status_500:错误: 笼位:hyb压测笼架102554582-8-E 已被使用，请刷新页面: 1</w:t>
      </w:r>
    </w:p>
    <w:p>
      <w:r>
        <w:t>status_500:错误: 笼位:hyb压测笼架102554582-8-F 已被使用，请刷新页面: 1</w:t>
      </w:r>
    </w:p>
    <w:p>
      <w:r>
        <w:t>status_500:错误: 笼位:hyb压测笼架102554582-8-G 已被使用，请刷新页面: 1</w:t>
      </w:r>
    </w:p>
    <w:p>
      <w:r>
        <w:t>status_500:错误: 笼位:hyb压测笼架102554582-8-H 已被使用，请刷新页面: 1</w:t>
      </w:r>
    </w:p>
    <w:p>
      <w:r>
        <w:t>status_500:错误: 笼位:hyb压测笼架102554582-8-I 已被使用，请刷新页面: 1</w:t>
      </w:r>
    </w:p>
    <w:p>
      <w:r>
        <w:t>status_500:错误: 笼位:hyb压测笼架102554582-8-J 已被使用，请刷新页面: 1</w:t>
      </w:r>
    </w:p>
    <w:p>
      <w:r>
        <w:t>status_500:错误: 笼位:hyb压测笼架102554582-9-A 已被使用，请刷新页面: 1</w:t>
      </w:r>
    </w:p>
    <w:p>
      <w:r>
        <w:t>status_500:错误: 笼位:hyb压测笼架102554582-9-B 已被使用，请刷新页面: 1</w:t>
      </w:r>
    </w:p>
    <w:p>
      <w:r>
        <w:t>status_500:错误: 笼位:hyb压测笼架102554582-9-C 已被使用，请刷新页面: 1</w:t>
      </w:r>
    </w:p>
    <w:p>
      <w:r>
        <w:t>status_500:错误: 笼位:hyb压测笼架102554582-9-D 已被使用，请刷新页面: 1</w:t>
      </w:r>
    </w:p>
    <w:p>
      <w:r>
        <w:t>status_500:错误: 笼位:hyb压测笼架102554582-9-E 已被使用，请刷新页面: 1</w:t>
      </w:r>
    </w:p>
    <w:p>
      <w:r>
        <w:t>status_500:错误: 笼位:hyb压测笼架102554582-9-F 已被使用，请刷新页面: 1</w:t>
      </w:r>
    </w:p>
    <w:p>
      <w:r>
        <w:t>status_500:错误: 笼位:hyb压测笼架102554582-9-G 已被使用，请刷新页面: 1</w:t>
      </w:r>
    </w:p>
    <w:p>
      <w:r>
        <w:t>status_500:错误: 笼位:hyb压测笼架102554582-9-H 已被使用，请刷新页面: 1</w:t>
      </w:r>
    </w:p>
    <w:p>
      <w:r>
        <w:t>status_500:错误: 笼位:hyb压测笼架102554582-9-I 已被使用，请刷新页面: 1</w:t>
      </w:r>
    </w:p>
    <w:p>
      <w:r>
        <w:t>status_500:错误: 笼位:hyb压测笼架102554582-9-J 已被使用，请刷新页面: 1</w:t>
      </w:r>
    </w:p>
    <w:p>
      <w:r>
        <w:t>status_500:错误: 笼位:hyb压测笼架102554582-10-A 已被使用，请刷新页面: 1</w:t>
      </w:r>
    </w:p>
    <w:p>
      <w:r>
        <w:t>status_500:错误: 笼位:hyb压测笼架102554582-10-B 已被使用，请刷新页面: 1</w:t>
      </w:r>
    </w:p>
    <w:p>
      <w:r>
        <w:t>status_500:错误: 笼位:hyb压测笼架102554582-10-C 已被使用，请刷新页面: 1</w:t>
      </w:r>
    </w:p>
    <w:p>
      <w:r>
        <w:t>status_500:错误: 笼位:hyb压测笼架102554582-10-E 已被使用，请刷新页面: 1</w:t>
      </w:r>
    </w:p>
    <w:p>
      <w:r>
        <w:t>status_500:错误: 笼位:hyb压测笼架115641326-1-F 已被使用，请刷新页面: 1</w:t>
      </w:r>
    </w:p>
    <w:p>
      <w:r>
        <w:t>status_500:错误: 笼位:hyb压测笼架102554582-10-F 已被使用，请刷新页面: 1</w:t>
      </w:r>
    </w:p>
    <w:p>
      <w:r>
        <w:t>status_500:错误: 笼位:hyb压测笼架102554582-10-G 已被使用，请刷新页面: 1</w:t>
      </w:r>
    </w:p>
    <w:p>
      <w:r>
        <w:t>status_500:错误: 笼位:hyb压测笼架102554582-10-H 已被使用，请刷新页面: 1</w:t>
      </w:r>
    </w:p>
    <w:p>
      <w:r>
        <w:t>status_500:错误: 笼位:hyb压测笼架102554582-10-I 已被使用，请刷新页面: 1</w:t>
      </w:r>
    </w:p>
    <w:p>
      <w:r>
        <w:t>status_500:错误: 笼位:hyb压测笼架102554582-10-J 已被使用，请刷新页面: 1</w:t>
      </w:r>
    </w:p>
    <w:p>
      <w:r>
        <w:t>status_500:错误: 笼位:hyb压测笼架115641326-1-A 已被使用，请刷新页面: 1</w:t>
      </w:r>
    </w:p>
    <w:p>
      <w:r>
        <w:t>status_500:错误: 笼位:hyb压测笼架115641326-1-B 已被使用，请刷新页面: 1</w:t>
      </w:r>
    </w:p>
    <w:p>
      <w:r>
        <w:t>status_500:错误: 笼位:hyb压测笼架115641326-1-C 已被使用，请刷新页面: 1</w:t>
      </w:r>
    </w:p>
    <w:p>
      <w:r>
        <w:t>status_500:错误: 笼位:hyb压测笼架115641326-1-D 已被使用，请刷新页面: 1</w:t>
      </w:r>
    </w:p>
    <w:p>
      <w:r>
        <w:t>status_500:错误: 笼位:hyb压测笼架115641326-1-E 已被使用，请刷新页面: 1</w:t>
      </w:r>
    </w:p>
    <w:p>
      <w:r>
        <w:t>status_500:错误: 笼位:hyb压测笼架102554582-10-D 已被使用，请刷新页面: 1</w:t>
      </w:r>
    </w:p>
    <w:p>
      <w:r>
        <w:t>status_500:错误: 笼位:hyb压测笼架115641326-1-G 已被使用，请刷新页面: 1</w:t>
      </w:r>
    </w:p>
    <w:p>
      <w:r>
        <w:t>status_500:错误: 笼位:hyb压测笼架115641326-1-H 已被使用，请刷新页面: 1</w:t>
      </w:r>
    </w:p>
    <w:p>
      <w:r>
        <w:t>status_500:错误: 笼位:hyb压测笼架115641326-1-I 已被使用，请刷新页面: 1</w:t>
      </w:r>
    </w:p>
    <w:p>
      <w:r>
        <w:t>status_500:错误: 笼位:hyb压测笼架115641326-1-J 已被使用，请刷新页面: 1</w:t>
      </w:r>
    </w:p>
    <w:p>
      <w:r>
        <w:t>status_500:错误: 笼位:hyb压测笼架115641326-2-A 已被使用，请刷新页面: 1</w:t>
      </w:r>
    </w:p>
    <w:p>
      <w:r>
        <w:t>status_500:错误: 笼位:hyb压测笼架115641326-2-B 已被使用，请刷新页面: 1</w:t>
      </w:r>
    </w:p>
    <w:p>
      <w:r>
        <w:t>status_500:错误: 笼位:hyb压测笼架115641326-2-C 已被使用，请刷新页面: 1</w:t>
      </w:r>
    </w:p>
    <w:p>
      <w:r>
        <w:t>status_500:错误: 笼位:hyb压测笼架115641326-2-D 已被使用，请刷新页面: 1</w:t>
      </w:r>
    </w:p>
    <w:p>
      <w:r>
        <w:t>status_500:错误: 笼位:hyb压测笼架115641326-2-F 已被使用，请刷新页面: 1</w:t>
      </w:r>
    </w:p>
    <w:p>
      <w:r>
        <w:t>status_500:错误: 笼位:hyb压测笼架115641326-2-G 已被使用，请刷新页面: 1</w:t>
      </w:r>
    </w:p>
    <w:p>
      <w:r>
        <w:t>status_500:错误: 笼位:hyb压测笼架115641326-2-H 已被使用，请刷新页面: 1</w:t>
      </w:r>
    </w:p>
    <w:p>
      <w:r>
        <w:t>status_500:错误: 笼位:hyb压测笼架115641326-2-I 已被使用，请刷新页面: 1</w:t>
      </w:r>
    </w:p>
    <w:p>
      <w:r>
        <w:t>status_500:错误: 笼位:hyb压测笼架115641326-2-J 已被使用，请刷新页面: 1</w:t>
      </w:r>
    </w:p>
    <w:p>
      <w:r>
        <w:t>status_500:错误: 笼位:hyb压测笼架115641326-3-A 已被使用，请刷新页面: 1</w:t>
      </w:r>
    </w:p>
    <w:p>
      <w:r>
        <w:t>status_500:错误: 笼位:hyb压测笼架115641326-3-B 已被使用，请刷新页面: 1</w:t>
      </w:r>
    </w:p>
    <w:p>
      <w:r>
        <w:t>status_500:错误: 笼位:hyb压测笼架115641326-3-C 已被使用，请刷新页面: 1</w:t>
      </w:r>
    </w:p>
    <w:p>
      <w:r>
        <w:t>status_500:错误: 笼位:hyb压测笼架115641326-3-D 已被使用，请刷新页面: 1</w:t>
      </w:r>
    </w:p>
    <w:p>
      <w:r>
        <w:t>status_500:错误: 笼位:hyb压测笼架115641326-3-E 已被使用，请刷新页面: 1</w:t>
      </w:r>
    </w:p>
    <w:p>
      <w:r>
        <w:t>status_500:错误: 笼位:hyb压测笼架115641326-3-F 已被使用，请刷新页面: 1</w:t>
      </w:r>
    </w:p>
    <w:p>
      <w:r>
        <w:t>status_500:错误: 笼位:hyb压测笼架115641326-3-G 已被使用，请刷新页面: 1</w:t>
      </w:r>
    </w:p>
    <w:p>
      <w:r>
        <w:t>status_500:错误: 笼位:hyb压测笼架115641326-2-E 已被使用，请刷新页面: 1</w:t>
      </w:r>
    </w:p>
    <w:p>
      <w:r>
        <w:t>status_500:错误: 笼位:hyb压测笼架115641326-3-H 已被使用，请刷新页面: 1</w:t>
      </w:r>
    </w:p>
    <w:p>
      <w:r>
        <w:t>status_500:错误: 笼位:hyb压测笼架115641326-3-I 已被使用，请刷新页面: 1</w:t>
      </w:r>
    </w:p>
    <w:p>
      <w:r>
        <w:t>status_500:错误: 笼位:hyb压测笼架115641326-3-J 已被使用，请刷新页面: 1</w:t>
      </w:r>
    </w:p>
    <w:p>
      <w:r>
        <w:t>status_500:错误: 笼位:hyb压测笼架115641326-4-A 已被使用，请刷新页面: 1</w:t>
      </w:r>
    </w:p>
    <w:p>
      <w:r>
        <w:t>status_500:错误: 笼位:hyb压测笼架115641326-4-B 已被使用，请刷新页面: 1</w:t>
      </w:r>
    </w:p>
    <w:p>
      <w:r>
        <w:t>status_500:错误: 笼位:hyb压测笼架115641326-4-C 已被使用，请刷新页面: 1</w:t>
      </w:r>
    </w:p>
    <w:p>
      <w:r>
        <w:t>status_500:错误: 笼位:hyb压测笼架115641326-4-D 已被使用，请刷新页面: 1</w:t>
      </w:r>
    </w:p>
    <w:p>
      <w:r>
        <w:t>status_500:错误: 笼位:hyb压测笼架115641326-4-E 已被使用，请刷新页面: 1</w:t>
      </w:r>
    </w:p>
    <w:p>
      <w:r>
        <w:t>status_500:错误: 笼位:hyb压测笼架115641326-4-F 已被使用，请刷新页面: 1</w:t>
      </w:r>
    </w:p>
    <w:p>
      <w:r>
        <w:t>status_500:错误: 笼位:hyb压测笼架115641326-4-G 已被使用，请刷新页面: 1</w:t>
      </w:r>
    </w:p>
    <w:p>
      <w:r>
        <w:t>status_500:错误: 笼位:hyb压测笼架115641326-4-H 已被使用，请刷新页面: 1</w:t>
      </w:r>
    </w:p>
    <w:p>
      <w:r>
        <w:t>status_500:错误: 笼位:hyb压测笼架115641326-4-I 已被使用，请刷新页面: 1</w:t>
      </w:r>
    </w:p>
    <w:p>
      <w:r>
        <w:t>status_500:错误: 笼位:hyb压测笼架115641326-4-J 已被使用，请刷新页面: 1</w:t>
      </w:r>
    </w:p>
    <w:p>
      <w:r>
        <w:t>status_500:错误: 笼位:hyb压测笼架115641326-5-A 已被使用，请刷新页面: 1</w:t>
      </w:r>
    </w:p>
    <w:p>
      <w:r>
        <w:t>status_500:错误: 笼位:hyb压测笼架115641326-5-B 已被使用，请刷新页面: 1</w:t>
      </w:r>
    </w:p>
    <w:p>
      <w:r>
        <w:t>status_500:错误: 笼位:hyb压测笼架115641326-5-C 已被使用，请刷新页面: 1</w:t>
      </w:r>
    </w:p>
    <w:p>
      <w:r>
        <w:t>status_500:错误: 笼位:hyb压测笼架115641326-5-D 已被使用，请刷新页面: 1</w:t>
      </w:r>
    </w:p>
    <w:p>
      <w:r>
        <w:t>status_500:错误: 笼位:hyb压测笼架115641326-5-E 已被使用，请刷新页面: 1</w:t>
      </w:r>
    </w:p>
    <w:p>
      <w:r>
        <w:t>status_500:错误: 笼位:hyb压测笼架115641326-5-F 已被使用，请刷新页面: 1</w:t>
      </w:r>
    </w:p>
    <w:p>
      <w:r>
        <w:t>status_500:错误: 笼位:hyb压测笼架115641326-5-G 已被使用，请刷新页面: 1</w:t>
      </w:r>
    </w:p>
    <w:p>
      <w:r>
        <w:t>status_500:错误: 笼位:hyb压测笼架115641326-5-H 已被使用，请刷新页面: 1</w:t>
      </w:r>
    </w:p>
    <w:p>
      <w:r>
        <w:t>status_500:错误: 笼位:hyb压测笼架115641326-5-I 已被使用，请刷新页面: 1</w:t>
      </w:r>
    </w:p>
    <w:p>
      <w:r>
        <w:t>status_500:错误: 笼位:hyb压测笼架115641326-5-J 已被使用，请刷新页面: 1</w:t>
      </w:r>
    </w:p>
    <w:p>
      <w:r>
        <w:t>status_500:错误: 笼位:hyb压测笼架115641326-6-A 已被使用，请刷新页面: 1</w:t>
      </w:r>
    </w:p>
    <w:p>
      <w:r>
        <w:t>status_500:错误: 笼位:hyb压测笼架115641326-6-B 已被使用，请刷新页面: 1</w:t>
      </w:r>
    </w:p>
    <w:p>
      <w:r>
        <w:t>status_500:错误: 笼位:hyb压测笼架115641326-6-C 已被使用，请刷新页面: 1</w:t>
      </w:r>
    </w:p>
    <w:p>
      <w:r>
        <w:t>status_500:错误: 笼位:hyb压测笼架115641326-6-D 已被使用，请刷新页面: 1</w:t>
      </w:r>
    </w:p>
    <w:p>
      <w:r>
        <w:t>status_500:错误: 笼位:hyb压测笼架115641326-6-E 已被使用，请刷新页面: 1</w:t>
      </w:r>
    </w:p>
    <w:p>
      <w:r>
        <w:t>status_500:错误: 笼位:hyb压测笼架115641326-6-F 已被使用，请刷新页面: 1</w:t>
      </w:r>
    </w:p>
    <w:p>
      <w:r>
        <w:t>status_500:错误: 笼位:hyb压测笼架115641326-6-G 已被使用，请刷新页面: 1</w:t>
      </w:r>
    </w:p>
    <w:p>
      <w:r>
        <w:t>status_500:错误: 笼位:hyb压测笼架115641326-6-H 已被使用，请刷新页面: 1</w:t>
      </w:r>
    </w:p>
    <w:p>
      <w:r>
        <w:t>status_500:错误: 笼位:hyb压测笼架115641326-6-I 已被使用，请刷新页面: 1</w:t>
      </w:r>
    </w:p>
    <w:p>
      <w:r>
        <w:t>status_500:错误: 笼位:hyb压测笼架115641326-6-J 已被使用，请刷新页面: 1</w:t>
      </w:r>
    </w:p>
    <w:p>
      <w:r>
        <w:t>status_500:错误: 笼位:hyb压测笼架115641326-7-A 已被使用，请刷新页面: 1</w:t>
      </w:r>
    </w:p>
    <w:p>
      <w:r>
        <w:t>status_500:错误: 笼位:hyb压测笼架115641326-7-B 已被使用，请刷新页面: 1</w:t>
      </w:r>
    </w:p>
    <w:p>
      <w:r>
        <w:t>status_500:错误: 笼位:hyb压测笼架115641326-7-C 已被使用，请刷新页面: 1</w:t>
      </w:r>
    </w:p>
    <w:p>
      <w:r>
        <w:t>status_500:错误: 笼位:hyb压测笼架115641326-7-D 已被使用，请刷新页面: 1</w:t>
      </w:r>
    </w:p>
    <w:p>
      <w:r>
        <w:t>status_500:错误: 笼位:hyb压测笼架115641326-7-E 已被使用，请刷新页面: 1</w:t>
      </w:r>
    </w:p>
    <w:p>
      <w:r>
        <w:t>status_500:错误: 笼位:hyb压测笼架115641326-7-F 已被使用，请刷新页面: 1</w:t>
      </w:r>
    </w:p>
    <w:p>
      <w:r>
        <w:t>status_500:错误: 笼位:hyb压测笼架115641326-7-G 已被使用，请刷新页面: 1</w:t>
      </w:r>
    </w:p>
    <w:p>
      <w:r>
        <w:t>status_500:错误: 笼位:hyb压测笼架115641326-7-H 已被使用，请刷新页面: 1</w:t>
      </w:r>
    </w:p>
    <w:p>
      <w:r>
        <w:t>status_500:错误: 笼位:hyb压测笼架115641326-7-I 已被使用，请刷新页面: 1</w:t>
      </w:r>
    </w:p>
    <w:p>
      <w:r>
        <w:t>status_500:错误: 笼位:hyb压测笼架115641326-7-J 已被使用，请刷新页面: 1</w:t>
      </w:r>
    </w:p>
    <w:p>
      <w:r>
        <w:t>status_500:错误: 笼位:hyb压测笼架115641326-8-A 已被使用，请刷新页面: 1</w:t>
      </w:r>
    </w:p>
    <w:p>
      <w:r>
        <w:t>status_500:错误: 笼位:hyb压测笼架115641326-8-C 已被使用，请刷新页面: 1</w:t>
      </w:r>
    </w:p>
    <w:p>
      <w:r>
        <w:t>status_500:错误: 笼位:hyb压测笼架115641326-8-B 已被使用，请刷新页面: 1</w:t>
      </w:r>
    </w:p>
    <w:p>
      <w:r>
        <w:t>status_500:错误: 笼位:hyb压测笼架115641326-8-D 已被使用，请刷新页面: 1</w:t>
      </w:r>
    </w:p>
    <w:p>
      <w:r>
        <w:t>status_500:错误: 笼位:hyb压测笼架115641326-8-F 已被使用，请刷新页面: 1</w:t>
      </w:r>
    </w:p>
    <w:p>
      <w:r>
        <w:t>status_500:错误: 笼位:hyb压测笼架115641326-8-G 已被使用，请刷新页面: 1</w:t>
      </w:r>
    </w:p>
    <w:p>
      <w:r>
        <w:t>status_500:错误: 笼位:hyb压测笼架115641326-8-H 已被使用，请刷新页面: 1</w:t>
      </w:r>
    </w:p>
    <w:p>
      <w:r>
        <w:t>status_500:错误: 笼位:hyb压测笼架115641326-8-I 已被使用，请刷新页面: 1</w:t>
      </w:r>
    </w:p>
    <w:p>
      <w:r>
        <w:t>status_500:错误: 笼位:hyb压测笼架115641326-8-J 已被使用，请刷新页面: 1</w:t>
      </w:r>
    </w:p>
    <w:p>
      <w:r>
        <w:t>status_500:错误: 笼位:hyb压测笼架115641326-9-A 已被使用，请刷新页面: 1</w:t>
      </w:r>
    </w:p>
    <w:p>
      <w:r>
        <w:t>status_500:错误: 笼位:hyb压测笼架115641326-9-B 已被使用，请刷新页面: 1</w:t>
      </w:r>
    </w:p>
    <w:p>
      <w:r>
        <w:t>status_500:错误: 笼位:hyb压测笼架115641326-9-C 已被使用，请刷新页面: 1</w:t>
      </w:r>
    </w:p>
    <w:p>
      <w:r>
        <w:t>status_500:错误: 笼位:hyb压测笼架115641326-9-D 已被使用，请刷新页面: 1</w:t>
      </w:r>
    </w:p>
    <w:p>
      <w:r>
        <w:t>status_500:错误: 笼位:hyb压测笼架115641326-9-E 已被使用，请刷新页面: 1</w:t>
      </w:r>
    </w:p>
    <w:p>
      <w:r>
        <w:t>status_500:错误: 笼位:hyb压测笼架115641326-9-F 已被使用，请刷新页面: 1</w:t>
      </w:r>
    </w:p>
    <w:p>
      <w:r>
        <w:t>status_500:错误: 笼位:hyb压测笼架115641326-9-G 已被使用，请刷新页面: 1</w:t>
      </w:r>
    </w:p>
    <w:p>
      <w:r>
        <w:t>status_500:错误: 笼位:hyb压测笼架115641326-9-H 已被使用，请刷新页面: 1</w:t>
      </w:r>
    </w:p>
    <w:p>
      <w:r>
        <w:t>status_500:错误: 笼位:hyb压测笼架115641326-9-I 已被使用，请刷新页面: 1</w:t>
      </w:r>
    </w:p>
    <w:p>
      <w:r>
        <w:t>status_500:错误: 笼位:hyb压测笼架115641326-9-J 已被使用，请刷新页面: 1</w:t>
      </w:r>
    </w:p>
    <w:p>
      <w:r>
        <w:t>status_500:错误: 笼位:hyb压测笼架115641326-10-A 已被使用，请刷新页面: 1</w:t>
      </w:r>
    </w:p>
    <w:p>
      <w:r>
        <w:t>status_500:错误: 笼位:hyb压测笼架115641326-10-B 已被使用，请刷新页面: 1</w:t>
      </w:r>
    </w:p>
    <w:p>
      <w:r>
        <w:t>status_500:错误: 笼位:hyb压测笼架115641326-8-E 已被使用，请刷新页面: 1</w:t>
      </w:r>
    </w:p>
    <w:p>
      <w:r>
        <w:t>status_500:错误: 笼位:hyb压测笼架115641326-10-C 已被使用，请刷新页面: 1</w:t>
      </w:r>
    </w:p>
    <w:p>
      <w:r>
        <w:t>status_500:错误: 笼位:hyb压测笼架115641326-10-D 已被使用，请刷新页面: 1</w:t>
      </w:r>
    </w:p>
    <w:p>
      <w:r>
        <w:t>status_500:错误: 笼位:hyb压测笼架115641326-10-E 已被使用，请刷新页面: 1</w:t>
      </w:r>
    </w:p>
    <w:p>
      <w:r>
        <w:t>status_500:错误: 笼位:hyb压测笼架115641326-10-F 已被使用，请刷新页面: 1</w:t>
      </w:r>
    </w:p>
    <w:p>
      <w:r>
        <w:t>status_500:错误: 笼位:hyb压测笼架115641326-10-G 已被使用，请刷新页面: 1</w:t>
      </w:r>
    </w:p>
    <w:p>
      <w:r>
        <w:t>status_500:错误: 笼位:hyb压测笼架115641326-10-H 已被使用，请刷新页面: 1</w:t>
      </w:r>
    </w:p>
    <w:p>
      <w:r>
        <w:t>status_500:错误: 笼位:hyb压测笼架115641326-10-I 已被使用，请刷新页面: 1</w:t>
      </w:r>
    </w:p>
    <w:p>
      <w:r>
        <w:t>status_500:错误: 笼位:hyb压测笼架115641326-10-J 已被使用，请刷新页面: 1</w:t>
      </w:r>
    </w:p>
    <w:p>
      <w:r>
        <w:t>status_500:错误: 笼位:hyb压测笼架118535270-1-A 已被使用，请刷新页面: 1</w:t>
      </w:r>
    </w:p>
    <w:p>
      <w:r>
        <w:t>status_500:错误: 笼位:hyb压测笼架118535270-1-B 已被使用，请刷新页面: 1</w:t>
      </w:r>
    </w:p>
    <w:p>
      <w:r>
        <w:t>status_500:错误: 笼位:hyb压测笼架118535270-1-C 已被使用，请刷新页面: 1</w:t>
      </w:r>
    </w:p>
    <w:p>
      <w:r>
        <w:t>status_500:错误: 笼位:hyb压测笼架118535270-1-D 已被使用，请刷新页面: 1</w:t>
      </w:r>
    </w:p>
    <w:p>
      <w:r>
        <w:t>status_500:错误: 笼位:hyb压测笼架118535270-1-E 已被使用，请刷新页面: 1</w:t>
      </w:r>
    </w:p>
    <w:p>
      <w:r>
        <w:t>status_500:错误: 笼位:hyb压测笼架118535270-1-F 已被使用，请刷新页面: 1</w:t>
      </w:r>
    </w:p>
    <w:p>
      <w:r>
        <w:t>status_500:错误: 笼位:hyb压测笼架118535270-1-H 已被使用，请刷新页面: 1</w:t>
      </w:r>
    </w:p>
    <w:p>
      <w:r>
        <w:t>status_500:错误: 笼位:hyb压测笼架118535270-1-I 已被使用，请刷新页面: 1</w:t>
      </w:r>
    </w:p>
    <w:p>
      <w:r>
        <w:t>status_500:错误: 笼位:hyb压测笼架118535270-2-A 已被使用，请刷新页面: 1</w:t>
      </w:r>
    </w:p>
    <w:p>
      <w:r>
        <w:t>status_500:错误: 笼位:hyb压测笼架118535270-1-J 已被使用，请刷新页面: 1</w:t>
      </w:r>
    </w:p>
    <w:p>
      <w:r>
        <w:t>status_500:错误: 笼位:hyb压测笼架118535270-2-B 已被使用，请刷新页面: 1</w:t>
      </w:r>
    </w:p>
    <w:p>
      <w:r>
        <w:t>status_500:错误: 笼位:hyb压测笼架118535270-2-C 已被使用，请刷新页面: 1</w:t>
      </w:r>
    </w:p>
    <w:p>
      <w:r>
        <w:t>status_500:错误: 笼位:hyb压测笼架118535270-2-D 已被使用，请刷新页面: 1</w:t>
      </w:r>
    </w:p>
    <w:p>
      <w:r>
        <w:t>status_500:错误: 笼位:hyb压测笼架118535270-2-E 已被使用，请刷新页面: 1</w:t>
      </w:r>
    </w:p>
    <w:p>
      <w:r>
        <w:t>status_500:错误: 笼位:hyb压测笼架118535270-2-F 已被使用，请刷新页面: 1</w:t>
      </w:r>
    </w:p>
    <w:p>
      <w:r>
        <w:t>status_500:错误: 笼位:hyb压测笼架118535270-1-G 已被使用，请刷新页面: 1</w:t>
      </w:r>
    </w:p>
    <w:p>
      <w:r>
        <w:t>status_500:错误: 笼位:hyb压测笼架118535270-2-G 已被使用，请刷新页面: 1</w:t>
      </w:r>
    </w:p>
    <w:p>
      <w:r>
        <w:t>status_500:错误: 笼位:hyb压测笼架118535270-2-H 已被使用，请刷新页面: 1</w:t>
      </w:r>
    </w:p>
    <w:p>
      <w:r>
        <w:t>status_500:错误: 笼位:hyb压测笼架118535270-4-F 已被使用，请刷新页面: 1</w:t>
      </w:r>
    </w:p>
    <w:p>
      <w:r>
        <w:t>status_500:错误: 笼位:hyb压测笼架118535270-2-J 已被使用，请刷新页面: 1</w:t>
      </w:r>
    </w:p>
    <w:p>
      <w:r>
        <w:t>status_500:错误: 笼位:hyb压测笼架118535270-2-I 已被使用，请刷新页面: 1</w:t>
      </w:r>
    </w:p>
    <w:p>
      <w:r>
        <w:t>status_500:错误: 笼位:hyb压测笼架118535270-3-A 已被使用，请刷新页面: 1</w:t>
      </w:r>
    </w:p>
    <w:p>
      <w:r>
        <w:t>status_500:错误: 笼位:hyb压测笼架118535270-3-B 已被使用，请刷新页面: 1</w:t>
      </w:r>
    </w:p>
    <w:p>
      <w:r>
        <w:t>status_500:错误: 笼位:hyb压测笼架118535270-5-B 已被使用，请刷新页面: 1</w:t>
      </w:r>
    </w:p>
    <w:p>
      <w:r>
        <w:t>status_500:错误: 笼位:hyb压测笼架118535270-3-C 已被使用，请刷新页面: 1</w:t>
      </w:r>
    </w:p>
    <w:p>
      <w:r>
        <w:t>status_500:错误: 笼位:hyb压测笼架118535270-3-D 已被使用，请刷新页面: 1</w:t>
      </w:r>
    </w:p>
    <w:p>
      <w:r>
        <w:t>status_500:错误: 笼位:hyb压测笼架118535270-3-E 已被使用，请刷新页面: 1</w:t>
      </w:r>
    </w:p>
    <w:p>
      <w:r>
        <w:t>status_500:错误: 笼位:hyb压测笼架118535270-3-F 已被使用，请刷新页面: 1</w:t>
      </w:r>
    </w:p>
    <w:p>
      <w:r>
        <w:t>status_500:错误: 笼位:hyb压测笼架118535270-3-G 已被使用，请刷新页面: 1</w:t>
      </w:r>
    </w:p>
    <w:p>
      <w:r>
        <w:t>status_500:错误: 笼位:hyb压测笼架118535270-3-H 已被使用，请刷新页面: 1</w:t>
      </w:r>
    </w:p>
    <w:p>
      <w:r>
        <w:t>status_500:错误: 笼位:hyb压测笼架118535270-3-I 已被使用，请刷新页面: 1</w:t>
      </w:r>
    </w:p>
    <w:p>
      <w:r>
        <w:t>status_500:错误: 笼位:hyb压测笼架118535270-3-J 已被使用，请刷新页面: 1</w:t>
      </w:r>
    </w:p>
    <w:p>
      <w:r>
        <w:t>status_500:错误: 笼位:hyb压测笼架118535270-4-A 已被使用，请刷新页面: 1</w:t>
      </w:r>
    </w:p>
    <w:p>
      <w:r>
        <w:t>status_500:错误: 笼位:hyb压测笼架118535270-4-B 已被使用，请刷新页面: 1</w:t>
      </w:r>
    </w:p>
    <w:p>
      <w:r>
        <w:t>status_500:错误: 笼位:hyb压测笼架118535270-4-C 已被使用，请刷新页面: 1</w:t>
      </w:r>
    </w:p>
    <w:p>
      <w:r>
        <w:t>status_500:错误: 笼位:hyb压测笼架118535270-4-D 已被使用，请刷新页面: 1</w:t>
      </w:r>
    </w:p>
    <w:p>
      <w:r>
        <w:t>status_500:错误: 笼位:hyb压测笼架118535270-4-E 已被使用，请刷新页面: 1</w:t>
      </w:r>
    </w:p>
    <w:p>
      <w:r>
        <w:t>status_500:错误: 笼位:hyb压测笼架118535270-4-I 已被使用，请刷新页面: 1</w:t>
      </w:r>
    </w:p>
    <w:p>
      <w:r>
        <w:t>status_500:错误: 笼位:hyb压测笼架118535270-4-G 已被使用，请刷新页面: 1</w:t>
      </w:r>
    </w:p>
    <w:p>
      <w:r>
        <w:t>status_500:错误: 笼位:hyb压测笼架118535270-4-H 已被使用，请刷新页面: 1</w:t>
      </w:r>
    </w:p>
    <w:p>
      <w:r>
        <w:t>status_500:错误: 笼位:hyb压测笼架118535270-4-J 已被使用，请刷新页面: 1</w:t>
      </w:r>
    </w:p>
    <w:p>
      <w:r>
        <w:t>status_500:错误: 笼位:hyb压测笼架118535270-5-A 已被使用，请刷新页面: 1</w:t>
      </w:r>
    </w:p>
    <w:p>
      <w:r>
        <w:t>status_500:错误: 笼位:hyb压测笼架118535270-5-C 已被使用，请刷新页面: 1</w:t>
      </w:r>
    </w:p>
    <w:p>
      <w:r>
        <w:t>status_500:错误: 笼位:hyb压测笼架118535270-5-D 已被使用，请刷新页面: 1</w:t>
      </w:r>
    </w:p>
    <w:p>
      <w:r>
        <w:t>status_500:错误: 笼位:hyb压测笼架118535270-5-E 已被使用，请刷新页面: 1</w:t>
      </w:r>
    </w:p>
    <w:p>
      <w:r>
        <w:t>status_500:错误: 笼位:hyb压测笼架118535270-5-F 已被使用，请刷新页面: 1</w:t>
      </w:r>
    </w:p>
    <w:p>
      <w:r>
        <w:t>status_500:错误: 笼位:hyb压测笼架118535270-5-G 已被使用，请刷新页面: 1</w:t>
      </w:r>
    </w:p>
    <w:p>
      <w:r>
        <w:t>status_500:错误: 笼位:hyb压测笼架118535270-5-H 已被使用，请刷新页面: 1</w:t>
      </w:r>
    </w:p>
    <w:p>
      <w:r>
        <w:t>status_500:错误: 笼位:hyb压测笼架118535270-5-I 已被使用，请刷新页面: 1</w:t>
      </w:r>
    </w:p>
    <w:p>
      <w:r>
        <w:t>status_500:错误: 笼位:hyb压测笼架118535270-5-J 已被使用，请刷新页面: 1</w:t>
      </w:r>
    </w:p>
    <w:p>
      <w:r>
        <w:t>status_500:错误: 笼位:hyb压测笼架118535270-6-A 已被使用，请刷新页面: 1</w:t>
      </w:r>
    </w:p>
    <w:p>
      <w:r>
        <w:t>status_500:错误: 笼位:hyb压测笼架118535270-6-B 已被使用，请刷新页面: 1</w:t>
      </w:r>
    </w:p>
    <w:p>
      <w:r>
        <w:t>status_500:错误: 笼位:hyb压测笼架118535270-6-C 已被使用，请刷新页面: 1</w:t>
      </w:r>
    </w:p>
    <w:p>
      <w:r>
        <w:t>status_500:错误: 笼位:hyb压测笼架118535270-6-D 已被使用，请刷新页面: 1</w:t>
      </w:r>
    </w:p>
    <w:p>
      <w:r>
        <w:t>status_500:错误: 笼位:hyb压测笼架118535270-6-E 已被使用，请刷新页面: 1</w:t>
      </w:r>
    </w:p>
    <w:p>
      <w:r>
        <w:t>status_500:错误: 笼位:hyb压测笼架118535270-6-F 已被使用，请刷新页面: 1</w:t>
      </w:r>
    </w:p>
    <w:p>
      <w:r>
        <w:t>status_500:错误: 笼位:hyb压测笼架118535270-6-G 已被使用，请刷新页面: 1</w:t>
      </w:r>
    </w:p>
    <w:p>
      <w:r>
        <w:t>status_500:错误: 笼位:hyb压测笼架118535270-6-H 已被使用，请刷新页面: 1</w:t>
      </w:r>
    </w:p>
    <w:p>
      <w:r>
        <w:t>status_500:错误: 笼位:hyb压测笼架118535270-6-I 已被使用，请刷新页面: 1</w:t>
      </w:r>
    </w:p>
    <w:p>
      <w:r>
        <w:t>status_500:错误: 笼位:hyb压测笼架118535270-6-J 已被使用，请刷新页面: 1</w:t>
      </w:r>
    </w:p>
    <w:p>
      <w:r>
        <w:t>status_500:错误: 笼位:hyb压测笼架118535270-7-A 已被使用，请刷新页面: 1</w:t>
      </w:r>
    </w:p>
    <w:p>
      <w:r>
        <w:t>status_500:错误: 笼位:hyb压测笼架118535270-7-B 已被使用，请刷新页面: 1</w:t>
      </w:r>
    </w:p>
    <w:p>
      <w:r>
        <w:t>status_500:错误: 笼位:hyb压测笼架118535270-7-C 已被使用，请刷新页面: 1</w:t>
      </w:r>
    </w:p>
    <w:p>
      <w:r>
        <w:t>status_500:错误: 笼位:hyb压测笼架118535270-7-D 已被使用，请刷新页面: 1</w:t>
      </w:r>
    </w:p>
    <w:p>
      <w:r>
        <w:t>status_500:错误: 笼位:hyb压测笼架118535270-7-E 已被使用，请刷新页面: 1</w:t>
      </w:r>
    </w:p>
    <w:p>
      <w:r>
        <w:t>status_500:错误: 笼位:hyb压测笼架118535270-7-F 已被使用，请刷新页面: 1</w:t>
      </w:r>
    </w:p>
    <w:p>
      <w:r>
        <w:t>status_500:错误: 笼位:hyb压测笼架118535270-7-G 已被使用，请刷新页面: 1</w:t>
      </w:r>
    </w:p>
    <w:p>
      <w:r>
        <w:t>status_500:错误: 笼位:hyb压测笼架118535270-7-H 已被使用，请刷新页面: 1</w:t>
      </w:r>
    </w:p>
    <w:p>
      <w:r>
        <w:t>status_500:错误: 笼位:hyb压测笼架118535270-7-I 已被使用，请刷新页面: 1</w:t>
      </w:r>
    </w:p>
    <w:p>
      <w:r>
        <w:t>status_500:错误: 笼位:hyb压测笼架118535270-8-A 已被使用，请刷新页面: 1</w:t>
      </w:r>
    </w:p>
    <w:p>
      <w:r>
        <w:t>status_500:错误: 笼位:hyb压测笼架118535270-7-J 已被使用，请刷新页面: 1</w:t>
      </w:r>
    </w:p>
    <w:p>
      <w:r>
        <w:t>status_500:错误: 笼位:hyb压测笼架118535270-8-B 已被使用，请刷新页面: 1</w:t>
      </w:r>
    </w:p>
    <w:p>
      <w:r>
        <w:t>status_500:错误: 笼位:hyb压测笼架118535270-8-C 已被使用，请刷新页面: 1</w:t>
      </w:r>
    </w:p>
    <w:p>
      <w:r>
        <w:t>status_500:错误: 笼位:hyb压测笼架118535270-8-D 已被使用，请刷新页面: 1</w:t>
      </w:r>
    </w:p>
    <w:p>
      <w:r>
        <w:t>status_500:错误: 笼位:hyb压测笼架118535270-8-E 已被使用，请刷新页面: 1</w:t>
      </w:r>
    </w:p>
    <w:p>
      <w:r>
        <w:t>status_500:错误: 笼位:hyb压测笼架118535270-8-F 已被使用，请刷新页面: 1</w:t>
      </w:r>
    </w:p>
    <w:p>
      <w:r>
        <w:t>status_500:错误: 笼位:hyb压测笼架118535270-8-G 已被使用，请刷新页面: 1</w:t>
      </w:r>
    </w:p>
    <w:p>
      <w:r>
        <w:t>status_500:错误: 笼位:hyb压测笼架118535270-8-H 已被使用，请刷新页面: 1</w:t>
      </w:r>
    </w:p>
    <w:p>
      <w:r>
        <w:t>status_500:错误: 笼位:hyb压测笼架118535270-8-I 已被使用，请刷新页面: 1</w:t>
      </w:r>
    </w:p>
    <w:p>
      <w:r>
        <w:t>status_500:错误: 笼位:hyb压测笼架118535270-8-J 已被使用，请刷新页面: 1</w:t>
      </w:r>
    </w:p>
    <w:p>
      <w:r>
        <w:t>status_500:错误: 笼位:hyb压测笼架118535270-9-A 已被使用，请刷新页面: 1</w:t>
      </w:r>
    </w:p>
    <w:p>
      <w:r>
        <w:t>status_500:错误: 笼位:hyb压测笼架118535270-9-B 已被使用，请刷新页面: 1</w:t>
      </w:r>
    </w:p>
    <w:p>
      <w:r>
        <w:t>status_500:错误: 笼位:hyb压测笼架118535270-9-C 已被使用，请刷新页面: 1</w:t>
      </w:r>
    </w:p>
    <w:p>
      <w:r>
        <w:t>status_500:错误: 笼位:hyb压测笼架118535270-9-D 已被使用，请刷新页面: 1</w:t>
      </w:r>
    </w:p>
    <w:p>
      <w:r>
        <w:t>status_500:错误: 笼位:hyb压测笼架118535270-9-E 已被使用，请刷新页面: 1</w:t>
      </w:r>
    </w:p>
    <w:p>
      <w:r>
        <w:t>status_500:错误: 笼位:hyb压测笼架118535270-9-F 已被使用，请刷新页面: 1</w:t>
      </w:r>
    </w:p>
    <w:p>
      <w:r>
        <w:t>status_500:错误: 笼位:hyb压测笼架118535270-9-G 已被使用，请刷新页面: 1</w:t>
      </w:r>
    </w:p>
    <w:p>
      <w:r>
        <w:t>status_500:错误: 笼位:hyb压测笼架118535270-9-H 已被使用，请刷新页面: 1</w:t>
      </w:r>
    </w:p>
    <w:p>
      <w:r>
        <w:t>status_500:错误: 笼位:hyb压测笼架118535270-9-I 已被使用，请刷新页面: 1</w:t>
      </w:r>
    </w:p>
    <w:p>
      <w:r>
        <w:t>status_500:错误: 笼位:hyb压测笼架118535270-9-J 已被使用，请刷新页面: 1</w:t>
      </w:r>
    </w:p>
    <w:p>
      <w:r>
        <w:t>status_500:错误: 笼位:hyb压测笼架118535270-10-A 已被使用，请刷新页面: 1</w:t>
      </w:r>
    </w:p>
    <w:p>
      <w:r>
        <w:t>status_500:错误: 笼位:hyb压测笼架118535270-10-C 已被使用，请刷新页面: 1</w:t>
      </w:r>
    </w:p>
    <w:p>
      <w:r>
        <w:t>status_500:错误: 笼位:hyb压测笼架118535270-10-B 已被使用，请刷新页面: 1</w:t>
      </w:r>
    </w:p>
    <w:p>
      <w:r>
        <w:t>status_500:错误: 笼位:hyb压测笼架118535270-10-D 已被使用，请刷新页面: 1</w:t>
      </w:r>
    </w:p>
    <w:p>
      <w:r>
        <w:t>status_500:错误: 笼位:hyb压测笼架118535270-10-E 已被使用，请刷新页面: 1</w:t>
      </w:r>
    </w:p>
    <w:p>
      <w:r>
        <w:t>status_500:错误: 笼位:hyb压测笼架118535270-10-F 已被使用，请刷新页面: 1</w:t>
      </w:r>
    </w:p>
    <w:p>
      <w:r>
        <w:t>status_500:错误: 笼位:hyb压测笼架118535270-10-G 已被使用，请刷新页面: 1</w:t>
      </w:r>
    </w:p>
    <w:p>
      <w:r>
        <w:t>status_500:错误: 笼位:hyb压测笼架118535270-10-H 已被使用，请刷新页面: 1</w:t>
      </w:r>
    </w:p>
    <w:p>
      <w:r>
        <w:t>status_500:错误: 笼位:hyb压测笼架118535270-10-I 已被使用，请刷新页面: 1</w:t>
      </w:r>
    </w:p>
    <w:p>
      <w:r>
        <w:t>status_500:错误: 笼位:hyb压测笼架118535270-10-J 已被使用，请刷新页面: 1</w:t>
      </w:r>
    </w:p>
    <w:p>
      <w:r>
        <w:t>status_500:错误: 笼位:hyb压测笼架116795376-1-A 已被使用，请刷新页面: 1</w:t>
      </w:r>
    </w:p>
    <w:p>
      <w:r>
        <w:t>status_500:错误: 笼位:hyb压测笼架116795376-2-C 已被使用，请刷新页面: 1</w:t>
      </w:r>
    </w:p>
    <w:p>
      <w:r>
        <w:t>status_500:错误: 笼位:hyb压测笼架116795376-1-B 已被使用，请刷新页面: 1</w:t>
      </w:r>
    </w:p>
    <w:p>
      <w:r>
        <w:t>status_500:错误: 笼位:hyb压测笼架116795376-1-C 已被使用，请刷新页面: 1</w:t>
      </w:r>
    </w:p>
    <w:p>
      <w:r>
        <w:t>status_500:错误: 笼位:hyb压测笼架116795376-1-D 已被使用，请刷新页面: 1</w:t>
      </w:r>
    </w:p>
    <w:p>
      <w:r>
        <w:t>status_500:错误: 笼位:hyb压测笼架116795376-1-E 已被使用，请刷新页面: 1</w:t>
      </w:r>
    </w:p>
    <w:p>
      <w:r>
        <w:t>status_500:错误: 笼位:hyb压测笼架116795376-1-F 已被使用，请刷新页面: 1</w:t>
      </w:r>
    </w:p>
    <w:p>
      <w:r>
        <w:t>status_500:错误: 笼位:hyb压测笼架116795376-1-G 已被使用，请刷新页面: 1</w:t>
      </w:r>
    </w:p>
    <w:p>
      <w:r>
        <w:t>status_500:错误: 笼位:hyb压测笼架116795376-1-H 已被使用，请刷新页面: 1</w:t>
      </w:r>
    </w:p>
    <w:p>
      <w:r>
        <w:t>status_500:错误: 笼位:hyb压测笼架116795376-1-I 已被使用，请刷新页面: 1</w:t>
      </w:r>
    </w:p>
    <w:p>
      <w:r>
        <w:t>status_500:错误: 笼位:hyb压测笼架116795376-1-J 已被使用，请刷新页面: 1</w:t>
      </w:r>
    </w:p>
    <w:p>
      <w:r>
        <w:t>status_500:错误: 笼位:hyb压测笼架116795376-2-A 已被使用，请刷新页面: 1</w:t>
      </w:r>
    </w:p>
    <w:p>
      <w:r>
        <w:t>status_500:错误: 笼位:hyb压测笼架116795376-2-B 已被使用，请刷新页面: 1</w:t>
      </w:r>
    </w:p>
    <w:p>
      <w:r>
        <w:t>status_500:错误: 笼位:hyb压测笼架116795376-2-D 已被使用，请刷新页面: 1</w:t>
      </w:r>
    </w:p>
    <w:p>
      <w:r>
        <w:t>status_500:错误: 笼位:hyb压测笼架116795376-2-E 已被使用，请刷新页面: 1</w:t>
      </w:r>
    </w:p>
    <w:p>
      <w:r>
        <w:t>status_500:错误: 笼位:hyb压测笼架116795376-2-F 已被使用，请刷新页面: 1</w:t>
      </w:r>
    </w:p>
    <w:p>
      <w:r>
        <w:t>status_500:错误: 笼位:hyb压测笼架116795376-2-G 已被使用，请刷新页面: 1</w:t>
      </w:r>
    </w:p>
    <w:p>
      <w:r>
        <w:t>status_500:错误: 笼位:hyb压测笼架116795376-2-H 已被使用，请刷新页面: 1</w:t>
      </w:r>
    </w:p>
    <w:p>
      <w:r>
        <w:t>status_500:错误: 笼位:hyb压测笼架116795376-2-I 已被使用，请刷新页面: 1</w:t>
      </w:r>
    </w:p>
    <w:p>
      <w:r>
        <w:t>status_500:错误: 笼位:hyb压测笼架116795376-2-J 已被使用，请刷新页面: 1</w:t>
      </w:r>
    </w:p>
    <w:p>
      <w:r>
        <w:t>status_500:错误: 笼位:hyb压测笼架116795376-3-A 已被使用，请刷新页面: 1</w:t>
      </w:r>
    </w:p>
    <w:p>
      <w:r>
        <w:t>status_500:错误: 笼位:hyb压测笼架116795376-3-B 已被使用，请刷新页面: 1</w:t>
      </w:r>
    </w:p>
    <w:p>
      <w:r>
        <w:t>status_500:错误: 笼位:hyb压测笼架116795376-3-C 已被使用，请刷新页面: 1</w:t>
      </w:r>
    </w:p>
    <w:p>
      <w:r>
        <w:t>status_500:错误: 笼位:hyb压测笼架116795376-3-D 已被使用，请刷新页面: 1</w:t>
      </w:r>
    </w:p>
    <w:p>
      <w:r>
        <w:t>status_500:错误: 笼位:hyb压测笼架116795376-3-E 已被使用，请刷新页面: 1</w:t>
      </w:r>
    </w:p>
    <w:p>
      <w:r>
        <w:t>status_500:错误: 笼位:hyb压测笼架116795376-3-F 已被使用，请刷新页面: 1</w:t>
      </w:r>
    </w:p>
    <w:p>
      <w:r>
        <w:t>status_500:错误: 笼位:hyb压测笼架116795376-3-G 已被使用，请刷新页面: 1</w:t>
      </w:r>
    </w:p>
    <w:p>
      <w:r>
        <w:t>status_500:错误: 笼位:hyb压测笼架116795376-3-H 已被使用，请刷新页面: 1</w:t>
      </w:r>
    </w:p>
    <w:p>
      <w:r>
        <w:t>status_500:错误: 笼位:hyb压测笼架116795376-3-I 已被使用，请刷新页面: 1</w:t>
      </w:r>
    </w:p>
    <w:p>
      <w:r>
        <w:t>status_500:错误: 笼位:hyb压测笼架116795376-3-J 已被使用，请刷新页面: 1</w:t>
      </w:r>
    </w:p>
    <w:p>
      <w:r>
        <w:t>status_500:错误: 笼位:hyb压测笼架116795376-4-A 已被使用，请刷新页面: 1</w:t>
      </w:r>
    </w:p>
    <w:p>
      <w:r>
        <w:t>status_500:错误: 笼位:hyb压测笼架116795376-6-C 已被使用，请刷新页面: 1</w:t>
      </w:r>
    </w:p>
    <w:p>
      <w:r>
        <w:t>status_500:错误: 笼位:hyb压测笼架116795376-4-B 已被使用，请刷新页面: 1</w:t>
      </w:r>
    </w:p>
    <w:p>
      <w:r>
        <w:t>status_500:错误: 笼位:hyb压测笼架116795376-4-C 已被使用，请刷新页面: 1</w:t>
      </w:r>
    </w:p>
    <w:p>
      <w:r>
        <w:t>status_500:错误: 笼位:hyb压测笼架116795376-4-D 已被使用，请刷新页面: 1</w:t>
      </w:r>
    </w:p>
    <w:p>
      <w:r>
        <w:t>status_500:错误: 笼位:hyb压测笼架116795376-4-E 已被使用，请刷新页面: 1</w:t>
      </w:r>
    </w:p>
    <w:p>
      <w:r>
        <w:t>status_500:错误: 笼位:hyb压测笼架116795376-4-F 已被使用，请刷新页面: 1</w:t>
      </w:r>
    </w:p>
    <w:p>
      <w:r>
        <w:t>status_500:错误: 笼位:hyb压测笼架116795376-4-G 已被使用，请刷新页面: 1</w:t>
      </w:r>
    </w:p>
    <w:p>
      <w:r>
        <w:t>status_500:错误: 笼位:hyb压测笼架116795376-4-H 已被使用，请刷新页面: 1</w:t>
      </w:r>
    </w:p>
    <w:p>
      <w:r>
        <w:t>status_500:错误: 笼位:hyb压测笼架116795376-4-J 已被使用，请刷新页面: 1</w:t>
      </w:r>
    </w:p>
    <w:p>
      <w:r>
        <w:t>status_500:错误: 笼位:hyb压测笼架116795376-4-I 已被使用，请刷新页面: 1</w:t>
      </w:r>
    </w:p>
    <w:p>
      <w:r>
        <w:t>status_500:错误: 笼位:hyb压测笼架116795376-5-A 已被使用，请刷新页面: 1</w:t>
      </w:r>
    </w:p>
    <w:p>
      <w:r>
        <w:t>status_500:错误: 笼位:hyb压测笼架116795376-5-B 已被使用，请刷新页面: 1</w:t>
      </w:r>
    </w:p>
    <w:p>
      <w:r>
        <w:t>status_500:错误: 笼位:hyb压测笼架116795376-5-C 已被使用，请刷新页面: 1</w:t>
      </w:r>
    </w:p>
    <w:p>
      <w:r>
        <w:t>status_500:错误: 笼位:hyb压测笼架116795376-5-E 已被使用，请刷新页面: 1</w:t>
      </w:r>
    </w:p>
    <w:p>
      <w:r>
        <w:t>status_500:错误: 笼位:hyb压测笼架116795376-5-D 已被使用，请刷新页面: 1</w:t>
      </w:r>
    </w:p>
    <w:p>
      <w:r>
        <w:t>status_500:错误: 笼位:hyb压测笼架116795376-5-F 已被使用，请刷新页面: 1</w:t>
      </w:r>
    </w:p>
    <w:p>
      <w:r>
        <w:t>status_500:错误: 笼位:hyb压测笼架116795376-5-G 已被使用，请刷新页面: 1</w:t>
      </w:r>
    </w:p>
    <w:p>
      <w:r>
        <w:t>status_500:错误: 笼位:hyb压测笼架116795376-5-H 已被使用，请刷新页面: 1</w:t>
      </w:r>
    </w:p>
    <w:p>
      <w:r>
        <w:t>status_500:错误: 笼位:hyb压测笼架116795376-5-I 已被使用，请刷新页面: 1</w:t>
      </w:r>
    </w:p>
    <w:p>
      <w:r>
        <w:t>status_500:错误: 笼位:hyb压测笼架116795376-5-J 已被使用，请刷新页面: 1</w:t>
      </w:r>
    </w:p>
    <w:p>
      <w:r>
        <w:t>status_500:错误: 笼位:hyb压测笼架116795376-6-A 已被使用，请刷新页面: 1</w:t>
      </w:r>
    </w:p>
    <w:p>
      <w:r>
        <w:t>status_500:错误: 笼位:hyb压测笼架116795376-6-B 已被使用，请刷新页面: 1</w:t>
      </w:r>
    </w:p>
    <w:p>
      <w:r>
        <w:t>status_500:错误: 笼位:hyb压测笼架116795376-6-D 已被使用，请刷新页面: 1</w:t>
      </w:r>
    </w:p>
    <w:p>
      <w:r>
        <w:t>status_500:错误: 笼位:hyb压测笼架116795376-6-F 已被使用，请刷新页面: 1</w:t>
      </w:r>
    </w:p>
    <w:p>
      <w:r>
        <w:t>status_500:错误: 笼位:hyb压测笼架116795376-6-E 已被使用，请刷新页面: 1</w:t>
      </w:r>
    </w:p>
    <w:p>
      <w:r>
        <w:t>status_500:错误: 笼位:hyb压测笼架116795376-6-G 已被使用，请刷新页面: 1</w:t>
      </w:r>
    </w:p>
    <w:p>
      <w:r>
        <w:t>status_500:错误: 笼位:hyb压测笼架116795376-6-H 已被使用，请刷新页面: 1</w:t>
      </w:r>
    </w:p>
    <w:p>
      <w:r>
        <w:t>status_500:错误: 笼位:hyb压测笼架116795376-6-J 已被使用，请刷新页面: 1</w:t>
      </w:r>
    </w:p>
    <w:p>
      <w:r>
        <w:t>status_500:错误: 笼位:hyb压测笼架116795376-6-I 已被使用，请刷新页面: 1</w:t>
      </w:r>
    </w:p>
    <w:p>
      <w:r>
        <w:t>status_500:错误: 笼位:hyb压测笼架116795376-7-A 已被使用，请刷新页面: 1</w:t>
      </w:r>
    </w:p>
    <w:p>
      <w:r>
        <w:t>status_500:错误: 笼位:hyb压测笼架116795376-7-B 已被使用，请刷新页面: 1</w:t>
      </w:r>
    </w:p>
    <w:p>
      <w:r>
        <w:t>status_500:错误: 笼位:hyb压测笼架116795376-7-C 已被使用，请刷新页面: 1</w:t>
      </w:r>
    </w:p>
    <w:p>
      <w:r>
        <w:t>status_500:错误: 笼位:hyb压测笼架116795376-7-D 已被使用，请刷新页面: 1</w:t>
      </w:r>
    </w:p>
    <w:p>
      <w:r>
        <w:t>status_500:错误: 笼位:hyb压测笼架116795376-7-E 已被使用，请刷新页面: 1</w:t>
      </w:r>
    </w:p>
    <w:p>
      <w:r>
        <w:t>status_500:错误: 笼位:hyb压测笼架116795376-7-F 已被使用，请刷新页面: 1</w:t>
      </w:r>
    </w:p>
    <w:p>
      <w:r>
        <w:t>status_500:错误: 笼位:hyb压测笼架116795376-7-G 已被使用，请刷新页面: 1</w:t>
      </w:r>
    </w:p>
    <w:p>
      <w:r>
        <w:t>status_500:错误: 笼位:hyb压测笼架116795376-7-I 已被使用，请刷新页面: 1</w:t>
      </w:r>
    </w:p>
    <w:p>
      <w:r>
        <w:t>status_500:错误: 笼位:hyb压测笼架116795376-7-H 已被使用，请刷新页面: 1</w:t>
      </w:r>
    </w:p>
    <w:p>
      <w:r>
        <w:t>status_500:错误: 笼位:hyb压测笼架116795376-7-J 已被使用，请刷新页面: 1</w:t>
      </w:r>
    </w:p>
    <w:p>
      <w:r>
        <w:t>status_500:错误: 笼位:hyb压测笼架116795376-8-A 已被使用，请刷新页面: 1</w:t>
      </w:r>
    </w:p>
    <w:p>
      <w:r>
        <w:t>status_500:错误: 笼位:hyb压测笼架116795376-8-B 已被使用，请刷新页面: 1</w:t>
      </w:r>
    </w:p>
    <w:p>
      <w:r>
        <w:t>status_500:错误: 笼位:hyb压测笼架116795376-8-C 已被使用，请刷新页面: 1</w:t>
      </w:r>
    </w:p>
    <w:p>
      <w:r>
        <w:t>status_500:错误: 笼位:hyb压测笼架116795376-8-D 已被使用，请刷新页面: 1</w:t>
      </w:r>
    </w:p>
    <w:p>
      <w:r>
        <w:t>status_500:错误: 笼位:hyb压测笼架116795376-8-E 已被使用，请刷新页面: 1</w:t>
      </w:r>
    </w:p>
    <w:p>
      <w:r>
        <w:t>status_500:错误: 笼位:hyb压测笼架116795376-8-F 已被使用，请刷新页面: 1</w:t>
      </w:r>
    </w:p>
    <w:p>
      <w:r>
        <w:t>status_500:错误: 笼位:hyb压测笼架116795376-8-G 已被使用，请刷新页面: 1</w:t>
      </w:r>
    </w:p>
    <w:p>
      <w:r>
        <w:t>status_500:错误: 笼位:hyb压测笼架116795376-8-H 已被使用，请刷新页面: 1</w:t>
      </w:r>
    </w:p>
    <w:p>
      <w:r>
        <w:t>status_500:错误: 笼位:hyb压测笼架116795376-8-I 已被使用，请刷新页面: 1</w:t>
      </w:r>
    </w:p>
    <w:p>
      <w:r>
        <w:t>status_500:错误: 笼位:hyb压测笼架116795376-8-J 已被使用，请刷新页面: 1</w:t>
      </w:r>
    </w:p>
    <w:p>
      <w:r>
        <w:t>status_500:错误: 笼位:hyb压测笼架116795376-9-A 已被使用，请刷新页面: 1</w:t>
      </w:r>
    </w:p>
    <w:p>
      <w:r>
        <w:t>status_500:错误: 笼位:hyb压测笼架116795376-10-I 已被使用，请刷新页面: 1</w:t>
      </w:r>
    </w:p>
    <w:p>
      <w:r>
        <w:t>status_500:错误: 笼位:hyb压测笼架116795376-9-C 已被使用，请刷新页面: 1</w:t>
      </w:r>
    </w:p>
    <w:p>
      <w:r>
        <w:t>status_500:错误: 笼位:hyb压测笼架116795376-9-D 已被使用，请刷新页面: 1</w:t>
      </w:r>
    </w:p>
    <w:p>
      <w:r>
        <w:t>status_500:错误: 笼位:hyb压测笼架116795376-9-E 已被使用，请刷新页面: 1</w:t>
      </w:r>
    </w:p>
    <w:p>
      <w:r>
        <w:t>status_500:错误: 笼位:hyb压测笼架116795376-9-F 已被使用，请刷新页面: 1</w:t>
      </w:r>
    </w:p>
    <w:p>
      <w:r>
        <w:t>status_500:错误: 笼位:hyb压测笼架116795376-9-G 已被使用，请刷新页面: 1</w:t>
      </w:r>
    </w:p>
    <w:p>
      <w:r>
        <w:t>status_500:错误: 笼位:hyb压测笼架116795376-9-H 已被使用，请刷新页面: 1</w:t>
      </w:r>
    </w:p>
    <w:p>
      <w:r>
        <w:t>status_500:错误: 笼位:hyb压测笼架116795376-9-I 已被使用，请刷新页面: 1</w:t>
      </w:r>
    </w:p>
    <w:p>
      <w:r>
        <w:t>status_500:错误: 笼位:hyb压测笼架116795376-9-J 已被使用，请刷新页面: 1</w:t>
      </w:r>
    </w:p>
    <w:p>
      <w:r>
        <w:t>status_500:错误: 笼位:hyb压测笼架116795376-10-A 已被使用，请刷新页面: 1</w:t>
      </w:r>
    </w:p>
    <w:p>
      <w:r>
        <w:t>status_500:错误: 笼位:hyb压测笼架116795376-10-B 已被使用，请刷新页面: 1</w:t>
      </w:r>
    </w:p>
    <w:p>
      <w:r>
        <w:t>status_500:错误: 笼位:hyb压测笼架116795376-10-C 已被使用，请刷新页面: 1</w:t>
      </w:r>
    </w:p>
    <w:p>
      <w:r>
        <w:t>status_500:错误: 笼位:hyb压测笼架116795376-10-E 已被使用，请刷新页面: 1</w:t>
      </w:r>
    </w:p>
    <w:p>
      <w:r>
        <w:t>status_500:错误: 笼位:hyb压测笼架116795376-10-D 已被使用，请刷新页面: 1</w:t>
      </w:r>
    </w:p>
    <w:p>
      <w:r>
        <w:t>status_500:错误: 笼位:hyb压测笼架116795376-10-F 已被使用，请刷新页面: 1</w:t>
      </w:r>
    </w:p>
    <w:p>
      <w:r>
        <w:t>status_500:错误: 笼位:hyb压测笼架116795376-10-G 已被使用，请刷新页面: 1</w:t>
      </w:r>
    </w:p>
    <w:p>
      <w:r>
        <w:t>status_500:错误: 笼位:hyb压测笼架116795376-10-H 已被使用，请刷新页面: 1</w:t>
      </w:r>
    </w:p>
    <w:p>
      <w:r>
        <w:t>status_500:错误: 笼位:hyb压测笼架116795376-9-B 已被使用，请刷新页面: 1</w:t>
      </w:r>
    </w:p>
    <w:p>
      <w:r>
        <w:t>status_500:错误: 笼位:hyb压测笼架116053386-1-A 已被使用，请刷新页面: 1</w:t>
      </w:r>
    </w:p>
    <w:p>
      <w:r>
        <w:t>status_500:错误: 笼位:hyb压测笼架116795376-10-J 已被使用，请刷新页面: 1</w:t>
      </w:r>
    </w:p>
    <w:p>
      <w:r>
        <w:t>status_500:错误: 笼位:hyb压测笼架116053386-1-B 已被使用，请刷新页面: 1</w:t>
      </w:r>
    </w:p>
    <w:p>
      <w:r>
        <w:t>status_500:错误: 笼位:hyb压测笼架116053386-1-D 已被使用，请刷新页面: 1</w:t>
      </w:r>
    </w:p>
    <w:p>
      <w:r>
        <w:t>status_500:错误: 笼位:hyb压测笼架116053386-1-C 已被使用，请刷新页面: 1</w:t>
      </w:r>
    </w:p>
    <w:p>
      <w:r>
        <w:t>status_500:错误: 笼位:hyb压测笼架116053386-1-E 已被使用，请刷新页面: 1</w:t>
      </w:r>
    </w:p>
    <w:p>
      <w:r>
        <w:t>status_500:错误: 笼位:hyb压测笼架116053386-1-F 已被使用，请刷新页面: 1</w:t>
      </w:r>
    </w:p>
    <w:p>
      <w:r>
        <w:t>status_500:错误: 笼位:hyb压测笼架116053386-1-G 已被使用，请刷新页面: 1</w:t>
      </w:r>
    </w:p>
    <w:p>
      <w:r>
        <w:t>status_500:错误: 笼位:hyb压测笼架116053386-1-H 已被使用，请刷新页面: 1</w:t>
      </w:r>
    </w:p>
    <w:p>
      <w:r>
        <w:t>status_500:错误: 笼位:hyb压测笼架116053386-1-I 已被使用，请刷新页面: 1</w:t>
      </w:r>
    </w:p>
    <w:p>
      <w:r>
        <w:t>status_500:错误: 笼位:hyb压测笼架116053386-1-J 已被使用，请刷新页面: 1</w:t>
      </w:r>
    </w:p>
    <w:p>
      <w:r>
        <w:t>status_500:错误: 笼位:hyb压测笼架116053386-2-A 已被使用，请刷新页面: 1</w:t>
      </w:r>
    </w:p>
    <w:p>
      <w:r>
        <w:t>status_500:错误: 笼位:hyb压测笼架116053386-2-B 已被使用，请刷新页面: 1</w:t>
      </w:r>
    </w:p>
    <w:p>
      <w:r>
        <w:t>status_500:错误: 笼位:hyb压测笼架116053386-2-C 已被使用，请刷新页面: 1</w:t>
      </w:r>
    </w:p>
    <w:p>
      <w:r>
        <w:t>status_500:错误: 笼位:hyb压测笼架116053386-2-D 已被使用，请刷新页面: 1</w:t>
      </w:r>
    </w:p>
    <w:p>
      <w:r>
        <w:t>status_500:错误: 笼位:hyb压测笼架116053386-2-E 已被使用，请刷新页面: 1</w:t>
      </w:r>
    </w:p>
    <w:p>
      <w:r>
        <w:t>status_500:错误: 笼位:hyb压测笼架116053386-2-F 已被使用，请刷新页面: 1</w:t>
      </w:r>
    </w:p>
    <w:p>
      <w:r>
        <w:t>status_500:错误: 笼位:hyb压测笼架116053386-2-G 已被使用，请刷新页面: 1</w:t>
      </w:r>
    </w:p>
    <w:p>
      <w:r>
        <w:t>status_500:错误: 笼位:hyb压测笼架116053386-2-H 已被使用，请刷新页面: 1</w:t>
      </w:r>
    </w:p>
    <w:p>
      <w:r>
        <w:t>status_500:错误: 笼位:hyb压测笼架116053386-2-I 已被使用，请刷新页面: 1</w:t>
      </w:r>
    </w:p>
    <w:p>
      <w:r>
        <w:t>status_500:错误: 笼位:hyb压测笼架116053386-2-J 已被使用，请刷新页面: 1</w:t>
      </w:r>
    </w:p>
    <w:p>
      <w:r>
        <w:t>status_500:错误: 笼位:hyb压测笼架116053386-3-A 已被使用，请刷新页面: 1</w:t>
      </w:r>
    </w:p>
    <w:p>
      <w:r>
        <w:t>status_500:错误: 笼位:hyb压测笼架116053386-3-B 已被使用，请刷新页面: 1</w:t>
      </w:r>
    </w:p>
    <w:p>
      <w:r>
        <w:t>status_500:错误: 笼位:hyb压测笼架116053386-3-C 已被使用，请刷新页面: 1</w:t>
      </w:r>
    </w:p>
    <w:p>
      <w:r>
        <w:t>status_500:错误: 笼位:hyb压测笼架116053386-3-D 已被使用，请刷新页面: 1</w:t>
      </w:r>
    </w:p>
    <w:p>
      <w:r>
        <w:t>status_500:错误: 笼位:hyb压测笼架116053386-3-E 已被使用，请刷新页面: 1</w:t>
      </w:r>
    </w:p>
    <w:p>
      <w:r>
        <w:t>status_500:错误: 笼位:hyb压测笼架116053386-3-F 已被使用，请刷新页面: 1</w:t>
      </w:r>
    </w:p>
    <w:p>
      <w:r>
        <w:t>status_500:错误: 笼位:hyb压测笼架116053386-3-G 已被使用，请刷新页面: 1</w:t>
      </w:r>
    </w:p>
    <w:p>
      <w:r>
        <w:t>status_500:错误: 笼位:hyb压测笼架116053386-3-H 已被使用，请刷新页面: 1</w:t>
      </w:r>
    </w:p>
    <w:p>
      <w:r>
        <w:t>status_500:错误: 笼位:hyb压测笼架116053386-3-I 已被使用，请刷新页面: 1</w:t>
      </w:r>
    </w:p>
    <w:p>
      <w:r>
        <w:t>status_500:错误: 笼位:hyb压测笼架116053386-3-J 已被使用，请刷新页面: 1</w:t>
      </w:r>
    </w:p>
    <w:p>
      <w:r>
        <w:t>status_500:错误: 笼位:hyb压测笼架116053386-4-A 已被使用，请刷新页面: 1</w:t>
      </w:r>
    </w:p>
    <w:p>
      <w:r>
        <w:t>status_500:错误: 笼位:hyb压测笼架116053386-4-B 已被使用，请刷新页面: 1</w:t>
      </w:r>
    </w:p>
    <w:p>
      <w:r>
        <w:t>status_500:错误: 笼位:hyb压测笼架116053386-4-C 已被使用，请刷新页面: 1</w:t>
      </w:r>
    </w:p>
    <w:p>
      <w:r>
        <w:t>status_500:错误: 笼位:hyb压测笼架116053386-4-D 已被使用，请刷新页面: 1</w:t>
      </w:r>
    </w:p>
    <w:p>
      <w:r>
        <w:t>status_500:错误: 笼位:hyb压测笼架116053386-4-E 已被使用，请刷新页面: 1</w:t>
      </w:r>
    </w:p>
    <w:p>
      <w:r>
        <w:t>status_500:错误: 笼位:hyb压测笼架116053386-4-F 已被使用，请刷新页面: 1</w:t>
      </w:r>
    </w:p>
    <w:p>
      <w:r>
        <w:t>status_500:错误: 笼位:hyb压测笼架116053386-4-G 已被使用，请刷新页面: 1</w:t>
      </w:r>
    </w:p>
    <w:p>
      <w:r>
        <w:t>status_500:错误: 笼位:hyb压测笼架116053386-4-H 已被使用，请刷新页面: 1</w:t>
      </w:r>
    </w:p>
    <w:p>
      <w:r>
        <w:t>status_500:错误: 笼位:hyb压测笼架116053386-4-I 已被使用，请刷新页面: 1</w:t>
      </w:r>
    </w:p>
    <w:p>
      <w:r>
        <w:t>status_500:错误: 笼位:hyb压测笼架116053386-4-J 已被使用，请刷新页面: 1</w:t>
      </w:r>
    </w:p>
    <w:p>
      <w:r>
        <w:t>status_500:错误: 笼位:hyb压测笼架116053386-5-A 已被使用，请刷新页面: 1</w:t>
      </w:r>
    </w:p>
    <w:p>
      <w:r>
        <w:t>status_500:错误: 笼位:hyb压测笼架116053386-5-B 已被使用，请刷新页面: 1</w:t>
      </w:r>
    </w:p>
    <w:p>
      <w:r>
        <w:t>status_500:错误: 笼位:hyb压测笼架116053386-5-C 已被使用，请刷新页面: 1</w:t>
      </w:r>
    </w:p>
    <w:p>
      <w:r>
        <w:t>status_500:错误: 笼位:hyb压测笼架116053386-5-D 已被使用，请刷新页面: 1</w:t>
      </w:r>
    </w:p>
    <w:p>
      <w:r>
        <w:t>status_500:错误: 笼位:hyb压测笼架116053386-5-E 已被使用，请刷新页面: 1</w:t>
      </w:r>
    </w:p>
    <w:p>
      <w:r>
        <w:t>status_500:错误: 笼位:hyb压测笼架116053386-5-F 已被使用，请刷新页面: 1</w:t>
      </w:r>
    </w:p>
    <w:p>
      <w:r>
        <w:t>status_500:错误: 笼位:hyb压测笼架116053386-5-G 已被使用，请刷新页面: 1</w:t>
      </w:r>
    </w:p>
    <w:p>
      <w:r>
        <w:t>status_500:错误: 笼位:hyb压测笼架116053386-5-H 已被使用，请刷新页面: 1</w:t>
      </w:r>
    </w:p>
    <w:p>
      <w:r>
        <w:t>status_500:错误: 笼位:hyb压测笼架116053386-5-J 已被使用，请刷新页面: 1</w:t>
      </w:r>
    </w:p>
    <w:p>
      <w:r>
        <w:t>status_500:错误: 笼位:hyb压测笼架116053386-6-A 已被使用，请刷新页面: 1</w:t>
      </w:r>
    </w:p>
    <w:p>
      <w:r>
        <w:t>status_500:错误: 笼位:hyb压测笼架116053386-6-B 已被使用，请刷新页面: 1</w:t>
      </w:r>
    </w:p>
    <w:p>
      <w:r>
        <w:t>status_500:错误: 笼位:hyb压测笼架116053386-6-C 已被使用，请刷新页面: 1</w:t>
      </w:r>
    </w:p>
    <w:p>
      <w:r>
        <w:t>status_500:错误: 笼位:hyb压测笼架116053386-6-D 已被使用，请刷新页面: 1</w:t>
      </w:r>
    </w:p>
    <w:p>
      <w:r>
        <w:t>status_500:错误: 笼位:hyb压测笼架116053386-6-E 已被使用，请刷新页面: 1</w:t>
      </w:r>
    </w:p>
    <w:p>
      <w:r>
        <w:t>status_500:错误: 笼位:hyb压测笼架116053386-6-F 已被使用，请刷新页面: 1</w:t>
      </w:r>
    </w:p>
    <w:p>
      <w:r>
        <w:t>status_500:错误: 笼位:hyb压测笼架116053386-6-G 已被使用，请刷新页面: 1</w:t>
      </w:r>
    </w:p>
    <w:p>
      <w:r>
        <w:t>status_500:错误: 笼位:hyb压测笼架116053386-6-H 已被使用，请刷新页面: 1</w:t>
      </w:r>
    </w:p>
    <w:p>
      <w:r>
        <w:t>status_500:错误: 笼位:hyb压测笼架116053386-6-I 已被使用，请刷新页面: 1</w:t>
      </w:r>
    </w:p>
    <w:p>
      <w:r>
        <w:t>status_500:错误: 笼位:hyb压测笼架116053386-6-J 已被使用，请刷新页面: 1</w:t>
      </w:r>
    </w:p>
    <w:p>
      <w:r>
        <w:t>status_500:错误: 笼位:hyb压测笼架116053386-7-A 已被使用，请刷新页面: 1</w:t>
      </w:r>
    </w:p>
    <w:p>
      <w:r>
        <w:t>status_500:错误: 笼位:hyb压测笼架116053386-7-B 已被使用，请刷新页面: 1</w:t>
      </w:r>
    </w:p>
    <w:p>
      <w:r>
        <w:t>status_500:错误: 笼位:hyb压测笼架116053386-7-C 已被使用，请刷新页面: 1</w:t>
      </w:r>
    </w:p>
    <w:p>
      <w:r>
        <w:t>status_500:错误: 笼位:hyb压测笼架116053386-7-D 已被使用，请刷新页面: 1</w:t>
      </w:r>
    </w:p>
    <w:p>
      <w:r>
        <w:t>status_500:错误: 笼位:hyb压测笼架116053386-7-E 已被使用，请刷新页面: 1</w:t>
      </w:r>
    </w:p>
    <w:p>
      <w:r>
        <w:t>status_500:错误: 笼位:hyb压测笼架116053386-7-F 已被使用，请刷新页面: 1</w:t>
      </w:r>
    </w:p>
    <w:p>
      <w:r>
        <w:t>status_500:错误: 笼位:hyb压测笼架116053386-7-G 已被使用，请刷新页面: 1</w:t>
      </w:r>
    </w:p>
    <w:p>
      <w:r>
        <w:t>status_500:错误: 笼位:hyb压测笼架116053386-7-H 已被使用，请刷新页面: 1</w:t>
      </w:r>
    </w:p>
    <w:p>
      <w:r>
        <w:t>status_500:错误: 笼位:hyb压测笼架116053386-7-I 已被使用，请刷新页面: 1</w:t>
      </w:r>
    </w:p>
    <w:p>
      <w:r>
        <w:t>status_500:错误: 笼位:hyb压测笼架116053386-7-J 已被使用，请刷新页面: 1</w:t>
      </w:r>
    </w:p>
    <w:p>
      <w:r>
        <w:t>status_500:错误: 笼位:hyb压测笼架116053386-8-A 已被使用，请刷新页面: 1</w:t>
      </w:r>
    </w:p>
    <w:p>
      <w:r>
        <w:t>status_500:错误: 笼位:hyb压测笼架116053386-8-B 已被使用，请刷新页面: 1</w:t>
      </w:r>
    </w:p>
    <w:p>
      <w:r>
        <w:t>status_500:错误: 笼位:hyb压测笼架116053386-5-I 已被使用，请刷新页面: 1</w:t>
      </w:r>
    </w:p>
    <w:p>
      <w:r>
        <w:t>status_500:错误: 笼位:hyb压测笼架116053386-8-C 已被使用，请刷新页面: 1</w:t>
      </w:r>
    </w:p>
    <w:p>
      <w:r>
        <w:t>status_500:错误: 笼位:hyb压测笼架116053386-8-D 已被使用，请刷新页面: 1</w:t>
      </w:r>
    </w:p>
    <w:p>
      <w:r>
        <w:t>status_500:错误: 笼位:hyb压测笼架116053386-8-E 已被使用，请刷新页面: 1</w:t>
      </w:r>
    </w:p>
    <w:p>
      <w:r>
        <w:t>status_500:错误: 笼位:hyb压测笼架116053386-8-F 已被使用，请刷新页面: 1</w:t>
      </w:r>
    </w:p>
    <w:p>
      <w:r>
        <w:t>status_500:错误: 笼位:hyb压测笼架116053386-8-G 已被使用，请刷新页面: 1</w:t>
      </w:r>
    </w:p>
    <w:p>
      <w:r>
        <w:t>status_500:错误: 笼位:hyb压测笼架116053386-8-H 已被使用，请刷新页面: 1</w:t>
      </w:r>
    </w:p>
    <w:p>
      <w:r>
        <w:t>status_500:错误: 笼位:hyb压测笼架116053386-8-I 已被使用，请刷新页面: 1</w:t>
      </w:r>
    </w:p>
    <w:p>
      <w:r>
        <w:t>status_500:错误: 笼位:hyb压测笼架116053386-8-J 已被使用，请刷新页面: 1</w:t>
      </w:r>
    </w:p>
    <w:p>
      <w:r>
        <w:t>status_500:错误: 笼位:hyb压测笼架116053386-9-A 已被使用，请刷新页面: 1</w:t>
      </w:r>
    </w:p>
    <w:p>
      <w:r>
        <w:t>status_500:错误: 笼位:hyb压测笼架116053386-9-B 已被使用，请刷新页面: 1</w:t>
      </w:r>
    </w:p>
    <w:p>
      <w:r>
        <w:t>status_500:错误: 笼位:hyb压测笼架116053386-9-C 已被使用，请刷新页面: 1</w:t>
      </w:r>
    </w:p>
    <w:p>
      <w:r>
        <w:t>status_500:错误: 笼位:hyb压测笼架116053386-9-D 已被使用，请刷新页面: 1</w:t>
      </w:r>
    </w:p>
    <w:p>
      <w:r>
        <w:t>status_500:错误: 笼位:hyb压测笼架116053386-9-E 已被使用，请刷新页面: 1</w:t>
      </w:r>
    </w:p>
    <w:p>
      <w:r>
        <w:t>status_500:错误: 笼位:hyb压测笼架116053386-9-F 已被使用，请刷新页面: 1</w:t>
      </w:r>
    </w:p>
    <w:p>
      <w:r>
        <w:t>status_500:错误: 笼位:hyb压测笼架116053386-9-G 已被使用，请刷新页面: 1</w:t>
      </w:r>
    </w:p>
    <w:p>
      <w:r>
        <w:t>status_500:错误: 笼位:hyb压测笼架116053386-9-H 已被使用，请刷新页面: 1</w:t>
      </w:r>
    </w:p>
    <w:p>
      <w:r>
        <w:t>status_500:错误: 笼位:hyb压测笼架116053386-9-I 已被使用，请刷新页面: 1</w:t>
      </w:r>
    </w:p>
    <w:p>
      <w:r>
        <w:t>status_500:错误: 笼位:hyb压测笼架116053386-9-J 已被使用，请刷新页面: 1</w:t>
      </w:r>
    </w:p>
    <w:p>
      <w:r>
        <w:t>status_500:错误: 笼位:hyb压测笼架116053386-10-A 已被使用，请刷新页面: 1</w:t>
      </w:r>
    </w:p>
    <w:p>
      <w:r>
        <w:t>status_500:错误: 笼位:hyb压测笼架116053386-10-B 已被使用，请刷新页面: 1</w:t>
      </w:r>
    </w:p>
    <w:p>
      <w:r>
        <w:t>status_500:错误: 笼位:hyb压测笼架116053386-10-C 已被使用，请刷新页面: 1</w:t>
      </w:r>
    </w:p>
    <w:p>
      <w:r>
        <w:t>status_500:错误: 笼位:hyb压测笼架116053386-10-D 已被使用，请刷新页面: 1</w:t>
      </w:r>
    </w:p>
    <w:p>
      <w:r>
        <w:t>status_500:错误: 笼位:hyb压测笼架116053386-10-E 已被使用，请刷新页面: 1</w:t>
      </w:r>
    </w:p>
    <w:p>
      <w:r>
        <w:t>status_500:错误: 笼位:hyb压测笼架116053386-10-F 已被使用，请刷新页面: 1</w:t>
      </w:r>
    </w:p>
    <w:p>
      <w:r>
        <w:t>status_500:错误: 笼位:hyb压测笼架116053386-10-G 已被使用，请刷新页面: 1</w:t>
      </w:r>
    </w:p>
    <w:p>
      <w:r>
        <w:t>status_500:错误: 笼位:hyb压测笼架116053386-10-H 已被使用，请刷新页面: 1</w:t>
      </w:r>
    </w:p>
    <w:p>
      <w:r>
        <w:t>status_500:错误: 笼位:hyb压测笼架116053386-10-I 已被使用，请刷新页面: 1</w:t>
      </w:r>
    </w:p>
    <w:p>
      <w:r>
        <w:t>status_500:错误: 笼位:hyb压测笼架116053386-10-J 已被使用，请刷新页面: 1</w:t>
      </w:r>
    </w:p>
    <w:p>
      <w:r>
        <w:t>status_500:错误: 笼位:hyb压测笼架118187700-1-A 已被使用，请刷新页面: 1</w:t>
      </w:r>
    </w:p>
    <w:p>
      <w:r>
        <w:t>status_500:错误: 笼位:hyb压测笼架118187700-1-B 已被使用，请刷新页面: 1</w:t>
      </w:r>
    </w:p>
    <w:p>
      <w:r>
        <w:t>status_500:错误: 笼位:hyb压测笼架118187700-1-D 已被使用，请刷新页面: 1</w:t>
      </w:r>
    </w:p>
    <w:p>
      <w:r>
        <w:t>status_500:错误: 笼位:hyb压测笼架118187700-1-C 已被使用，请刷新页面: 1</w:t>
      </w:r>
    </w:p>
    <w:p>
      <w:r>
        <w:t>status_500:错误: 笼位:hyb压测笼架118187700-1-E 已被使用，请刷新页面: 1</w:t>
      </w:r>
    </w:p>
    <w:p>
      <w:r>
        <w:t>status_500:错误: 笼位:hyb压测笼架118187700-1-F 已被使用，请刷新页面: 1</w:t>
      </w:r>
    </w:p>
    <w:p>
      <w:r>
        <w:t>status_500:错误: 笼位:hyb压测笼架118187700-1-G 已被使用，请刷新页面: 1</w:t>
      </w:r>
    </w:p>
    <w:p>
      <w:r>
        <w:t>status_500:错误: 笼位:hyb压测笼架118187700-1-I 已被使用，请刷新页面: 1</w:t>
      </w:r>
    </w:p>
    <w:p>
      <w:r>
        <w:t>status_500:错误: 笼位:hyb压测笼架118187700-1-H 已被使用，请刷新页面: 1</w:t>
      </w:r>
    </w:p>
    <w:p>
      <w:r>
        <w:t>status_500:错误: 笼位:hyb压测笼架118187700-1-J 已被使用，请刷新页面: 1</w:t>
      </w:r>
    </w:p>
    <w:p>
      <w:r>
        <w:t>status_500:错误: 笼位:hyb压测笼架118187700-2-A 已被使用，请刷新页面: 1</w:t>
      </w:r>
    </w:p>
    <w:p>
      <w:r>
        <w:t>status_500:错误: 笼位:hyb压测笼架118187700-2-B 已被使用，请刷新页面: 1</w:t>
      </w:r>
    </w:p>
    <w:p>
      <w:r>
        <w:t>status_500:错误: 笼位:hyb压测笼架118187700-2-C 已被使用，请刷新页面: 1</w:t>
      </w:r>
    </w:p>
    <w:p>
      <w:r>
        <w:t>status_500:错误: 笼位:hyb压测笼架118187700-2-D 已被使用，请刷新页面: 1</w:t>
      </w:r>
    </w:p>
    <w:p>
      <w:r>
        <w:t>status_500:错误: 笼位:hyb压测笼架118187700-2-E 已被使用，请刷新页面: 1</w:t>
      </w:r>
    </w:p>
    <w:p>
      <w:r>
        <w:t>status_500:错误: 笼位:hyb压测笼架118187700-2-F 已被使用，请刷新页面: 1</w:t>
      </w:r>
    </w:p>
    <w:p>
      <w:r>
        <w:t>status_500:错误: 笼位:hyb压测笼架118187700-2-G 已被使用，请刷新页面: 1</w:t>
      </w:r>
    </w:p>
    <w:p>
      <w:r>
        <w:t>status_500:错误: 笼位:hyb压测笼架118187700-2-H 已被使用，请刷新页面: 1</w:t>
      </w:r>
    </w:p>
    <w:p>
      <w:r>
        <w:t>status_500:错误: 笼位:hyb压测笼架118187700-2-I 已被使用，请刷新页面: 1</w:t>
      </w:r>
    </w:p>
    <w:p>
      <w:r>
        <w:t>status_500:错误: 笼位:hyb压测笼架118187700-2-J 已被使用，请刷新页面: 1</w:t>
      </w:r>
    </w:p>
    <w:p>
      <w:r>
        <w:t>status_500:错误: 笼位:hyb压测笼架118187700-3-B 已被使用，请刷新页面: 1</w:t>
      </w:r>
    </w:p>
    <w:p>
      <w:r>
        <w:t>status_500:错误: 笼位:hyb压测笼架118187700-3-A 已被使用，请刷新页面: 1</w:t>
      </w:r>
    </w:p>
    <w:p>
      <w:r>
        <w:t>status_500:错误: 笼位:hyb压测笼架118187700-3-C 已被使用，请刷新页面: 1</w:t>
      </w:r>
    </w:p>
    <w:p>
      <w:r>
        <w:t>status_500:错误: 笼位:hyb压测笼架118187700-3-D 已被使用，请刷新页面: 1</w:t>
      </w:r>
    </w:p>
    <w:p>
      <w:r>
        <w:t>status_500:错误: 笼位:hyb压测笼架118187700-3-E 已被使用，请刷新页面: 1</w:t>
      </w:r>
    </w:p>
    <w:p>
      <w:r>
        <w:t>status_500:错误: 笼位:hyb压测笼架118187700-3-F 已被使用，请刷新页面: 1</w:t>
      </w:r>
    </w:p>
    <w:p>
      <w:r>
        <w:t>status_500:错误: 笼位:hyb压测笼架118187700-3-G 已被使用，请刷新页面: 1</w:t>
      </w:r>
    </w:p>
    <w:p>
      <w:r>
        <w:t>status_500:错误: 笼位:hyb压测笼架118187700-3-H 已被使用，请刷新页面: 1</w:t>
      </w:r>
    </w:p>
    <w:p>
      <w:r>
        <w:t>status_500:错误: 笼位:hyb压测笼架118187700-3-I 已被使用，请刷新页面: 1</w:t>
      </w:r>
    </w:p>
    <w:p>
      <w:r>
        <w:t>status_500:错误: 笼位:hyb压测笼架118187700-3-J 已被使用，请刷新页面: 1</w:t>
      </w:r>
    </w:p>
    <w:p>
      <w:r>
        <w:t>status_500:错误: 笼位:hyb压测笼架118187700-4-A 已被使用，请刷新页面: 1</w:t>
      </w:r>
    </w:p>
    <w:p>
      <w:r>
        <w:t>status_500:错误: 笼位:hyb压测笼架118187700-4-B 已被使用，请刷新页面: 1</w:t>
      </w:r>
    </w:p>
    <w:p>
      <w:r>
        <w:t>status_500:错误: 笼位:hyb压测笼架118187700-4-C 已被使用，请刷新页面: 1</w:t>
      </w:r>
    </w:p>
    <w:p>
      <w:r>
        <w:t>status_500:错误: 笼位:hyb压测笼架118187700-4-D 已被使用，请刷新页面: 1</w:t>
      </w:r>
    </w:p>
    <w:p>
      <w:r>
        <w:t>status_500:错误: 笼位:hyb压测笼架118187700-4-E 已被使用，请刷新页面: 1</w:t>
      </w:r>
    </w:p>
    <w:p>
      <w:r>
        <w:t>status_500:错误: 笼位:hyb压测笼架118187700-4-F 已被使用，请刷新页面: 1</w:t>
      </w:r>
    </w:p>
    <w:p>
      <w:r>
        <w:t>status_500:错误: 笼位:hyb压测笼架118187700-4-G 已被使用，请刷新页面: 1</w:t>
      </w:r>
    </w:p>
    <w:p>
      <w:r>
        <w:t>status_500:错误: 笼位:hyb压测笼架118187700-4-H 已被使用，请刷新页面: 1</w:t>
      </w:r>
    </w:p>
    <w:p>
      <w:r>
        <w:t>status_500:错误: 笼位:hyb压测笼架118187700-4-I 已被使用，请刷新页面: 1</w:t>
      </w:r>
    </w:p>
    <w:p>
      <w:r>
        <w:t>status_500:错误: 笼位:hyb压测笼架118187700-5-A 已被使用，请刷新页面: 1</w:t>
      </w:r>
    </w:p>
    <w:p>
      <w:r>
        <w:t>status_500:错误: 笼位:hyb压测笼架118187700-5-B 已被使用，请刷新页面: 1</w:t>
      </w:r>
    </w:p>
    <w:p>
      <w:r>
        <w:t>status_500:错误: 笼位:hyb压测笼架118187700-5-C 已被使用，请刷新页面: 1</w:t>
      </w:r>
    </w:p>
    <w:p>
      <w:r>
        <w:t>status_500:错误: 笼位:hyb压测笼架118187700-5-E 已被使用，请刷新页面: 1</w:t>
      </w:r>
    </w:p>
    <w:p>
      <w:r>
        <w:t>status_500:错误: 笼位:hyb压测笼架118187700-5-F 已被使用，请刷新页面: 1</w:t>
      </w:r>
    </w:p>
    <w:p>
      <w:r>
        <w:t>status_500:错误: 笼位:hyb压测笼架118187700-5-D 已被使用，请刷新页面: 1</w:t>
      </w:r>
    </w:p>
    <w:p>
      <w:r>
        <w:t>status_500:错误: 笼位:hyb压测笼架118187700-5-G 已被使用，请刷新页面: 1</w:t>
      </w:r>
    </w:p>
    <w:p>
      <w:r>
        <w:t>status_500:错误: 笼位:hyb压测笼架118187700-5-H 已被使用，请刷新页面: 1</w:t>
      </w:r>
    </w:p>
    <w:p>
      <w:r>
        <w:t>status_500:错误: 笼位:hyb压测笼架118187700-5-I 已被使用，请刷新页面: 1</w:t>
      </w:r>
    </w:p>
    <w:p>
      <w:r>
        <w:t>status_500:错误: 笼位:hyb压测笼架118187700-5-J 已被使用，请刷新页面: 1</w:t>
      </w:r>
    </w:p>
    <w:p>
      <w:r>
        <w:t>status_500:错误: 笼位:hyb压测笼架118187700-6-A 已被使用，请刷新页面: 1</w:t>
      </w:r>
    </w:p>
    <w:p>
      <w:r>
        <w:t>status_500:错误: 笼位:hyb压测笼架118187700-6-B 已被使用，请刷新页面: 1</w:t>
      </w:r>
    </w:p>
    <w:p>
      <w:r>
        <w:t>status_500:错误: 笼位:hyb压测笼架118187700-6-C 已被使用，请刷新页面: 1</w:t>
      </w:r>
    </w:p>
    <w:p>
      <w:r>
        <w:t>status_500:错误: 笼位:hyb压测笼架118187700-6-D 已被使用，请刷新页面: 1</w:t>
      </w:r>
    </w:p>
    <w:p>
      <w:r>
        <w:t>status_500:错误: 笼位:hyb压测笼架118187700-6-E 已被使用，请刷新页面: 1</w:t>
      </w:r>
    </w:p>
    <w:p>
      <w:r>
        <w:t>status_500:错误: 笼位:hyb压测笼架118187700-6-F 已被使用，请刷新页面: 1</w:t>
      </w:r>
    </w:p>
    <w:p>
      <w:r>
        <w:t>status_500:错误: 笼位:hyb压测笼架118187700-6-G 已被使用，请刷新页面: 1</w:t>
      </w:r>
    </w:p>
    <w:p>
      <w:r>
        <w:t>status_500:错误: 笼位:hyb压测笼架118187700-6-H 已被使用，请刷新页面: 1</w:t>
      </w:r>
    </w:p>
    <w:p>
      <w:r>
        <w:t>status_500:错误: 笼位:hyb压测笼架118187700-6-I 已被使用，请刷新页面: 1</w:t>
      </w:r>
    </w:p>
    <w:p>
      <w:r>
        <w:t>status_500:错误: 笼位:hyb压测笼架118187700-4-J 已被使用，请刷新页面: 1</w:t>
      </w:r>
    </w:p>
    <w:p>
      <w:r>
        <w:t>status_500:错误: 笼位:hyb压测笼架118187700-6-J 已被使用，请刷新页面: 1</w:t>
      </w:r>
    </w:p>
    <w:p>
      <w:r>
        <w:t>status_500:错误: 笼位:hyb压测笼架118187700-7-A 已被使用，请刷新页面: 1</w:t>
      </w:r>
    </w:p>
    <w:p>
      <w:r>
        <w:t>status_500:错误: 笼位:hyb压测笼架118187700-7-B 已被使用，请刷新页面: 1</w:t>
      </w:r>
    </w:p>
    <w:p>
      <w:r>
        <w:t>status_500:错误: 笼位:hyb压测笼架118187700-7-C 已被使用，请刷新页面: 1</w:t>
      </w:r>
    </w:p>
    <w:p>
      <w:r>
        <w:t>status_500:错误: 笼位:hyb压测笼架118187700-7-D 已被使用，请刷新页面: 1</w:t>
      </w:r>
    </w:p>
    <w:p>
      <w:r>
        <w:t>status_500:错误: 笼位:hyb压测笼架118187700-7-E 已被使用，请刷新页面: 1</w:t>
      </w:r>
    </w:p>
    <w:p>
      <w:r>
        <w:t>status_500:错误: 笼位:hyb压测笼架118187700-7-F 已被使用，请刷新页面: 1</w:t>
      </w:r>
    </w:p>
    <w:p>
      <w:r>
        <w:t>status_500:错误: 笼位:hyb压测笼架118187700-7-G 已被使用，请刷新页面: 1</w:t>
      </w:r>
    </w:p>
    <w:p>
      <w:r>
        <w:t>status_500:错误: 笼位:hyb压测笼架118187700-7-H 已被使用，请刷新页面: 1</w:t>
      </w:r>
    </w:p>
    <w:p>
      <w:r>
        <w:t>status_500:错误: 笼位:hyb压测笼架118187700-7-I 已被使用，请刷新页面: 1</w:t>
      </w:r>
    </w:p>
    <w:p>
      <w:r>
        <w:t>status_500:错误: 笼位:hyb压测笼架118187700-7-J 已被使用，请刷新页面: 1</w:t>
      </w:r>
    </w:p>
    <w:p>
      <w:r>
        <w:t>status_500:错误: 笼位:hyb压测笼架118187700-8-A 已被使用，请刷新页面: 1</w:t>
      </w:r>
    </w:p>
    <w:p>
      <w:r>
        <w:t>status_500:错误: 笼位:hyb压测笼架118187700-8-B 已被使用，请刷新页面: 1</w:t>
      </w:r>
    </w:p>
    <w:p>
      <w:r>
        <w:t>status_500:错误: 笼位:hyb压测笼架118187700-8-C 已被使用，请刷新页面: 1</w:t>
      </w:r>
    </w:p>
    <w:p>
      <w:r>
        <w:t>status_500:错误: 笼位:hyb压测笼架118187700-8-D 已被使用，请刷新页面: 1</w:t>
      </w:r>
    </w:p>
    <w:p>
      <w:r>
        <w:t>status_500:错误: 笼位:hyb压测笼架118187700-8-E 已被使用，请刷新页面: 1</w:t>
      </w:r>
    </w:p>
    <w:p>
      <w:r>
        <w:t>status_500:错误: 笼位:hyb压测笼架118187700-8-F 已被使用，请刷新页面: 1</w:t>
      </w:r>
    </w:p>
    <w:p>
      <w:r>
        <w:t>status_500:错误: 笼位:hyb压测笼架118187700-8-G 已被使用，请刷新页面: 1</w:t>
      </w:r>
    </w:p>
    <w:p>
      <w:r>
        <w:t>status_500:错误: 笼位:hyb压测笼架118187700-8-H 已被使用，请刷新页面: 1</w:t>
      </w:r>
    </w:p>
    <w:p>
      <w:r>
        <w:t>status_500:错误: 笼位:hyb压测笼架118187700-8-I 已被使用，请刷新页面: 1</w:t>
      </w:r>
    </w:p>
    <w:p>
      <w:r>
        <w:t>status_500:错误: 笼位:hyb压测笼架118187700-8-J 已被使用，请刷新页面: 1</w:t>
      </w:r>
    </w:p>
    <w:p>
      <w:r>
        <w:t>status_500:错误: 笼位:hyb压测笼架118187700-9-A 已被使用，请刷新页面: 1</w:t>
      </w:r>
    </w:p>
    <w:p>
      <w:r>
        <w:t>status_500:错误: 笼位:hyb压测笼架118187700-9-B 已被使用，请刷新页面: 1</w:t>
      </w:r>
    </w:p>
    <w:p>
      <w:r>
        <w:t>status_500:错误: 笼位:hyb压测笼架118187700-9-C 已被使用，请刷新页面: 1</w:t>
      </w:r>
    </w:p>
    <w:p>
      <w:r>
        <w:t>status_500:错误: 笼位:hyb压测笼架118187700-9-D 已被使用，请刷新页面: 1</w:t>
      </w:r>
    </w:p>
    <w:p>
      <w:r>
        <w:t>status_500:错误: 笼位:hyb压测笼架118187700-9-F 已被使用，请刷新页面: 1</w:t>
      </w:r>
    </w:p>
    <w:p>
      <w:r>
        <w:t>status_500:错误: 笼位:hyb压测笼架118187700-9-E 已被使用，请刷新页面: 1</w:t>
      </w:r>
    </w:p>
    <w:p>
      <w:r>
        <w:t>status_500:错误: 笼位:hyb压测笼架118187700-9-G 已被使用，请刷新页面: 1</w:t>
      </w:r>
    </w:p>
    <w:p>
      <w:r>
        <w:t>status_500:错误: 笼位:hyb压测笼架118187700-9-H 已被使用，请刷新页面: 1</w:t>
      </w:r>
    </w:p>
    <w:p>
      <w:r>
        <w:t>status_500:错误: 笼位:hyb压测笼架118187700-9-I 已被使用，请刷新页面: 1</w:t>
      </w:r>
    </w:p>
    <w:p>
      <w:r>
        <w:t>status_500:错误: 笼位:hyb压测笼架118187700-9-J 已被使用，请刷新页面: 1</w:t>
      </w:r>
    </w:p>
    <w:p>
      <w:r>
        <w:t>status_500:错误: 笼位:hyb压测笼架118187700-10-A 已被使用，请刷新页面: 1</w:t>
      </w:r>
    </w:p>
    <w:p>
      <w:r>
        <w:t>status_500:错误: 笼位:hyb压测笼架118187700-10-B 已被使用，请刷新页面: 1</w:t>
      </w:r>
    </w:p>
    <w:p>
      <w:r>
        <w:t>status_500:错误: 笼位:hyb压测笼架118187700-10-C 已被使用，请刷新页面: 1</w:t>
      </w:r>
    </w:p>
    <w:p>
      <w:r>
        <w:t>status_500:错误: 笼位:hyb压测笼架118187700-10-D 已被使用，请刷新页面: 1</w:t>
      </w:r>
    </w:p>
    <w:p>
      <w:r>
        <w:t>status_500:错误: 笼位:hyb压测笼架118187700-10-E 已被使用，请刷新页面: 1</w:t>
      </w:r>
    </w:p>
    <w:p>
      <w:r>
        <w:t>status_500:错误: 笼位:hyb压测笼架118187700-10-F 已被使用，请刷新页面: 1</w:t>
      </w:r>
    </w:p>
    <w:p>
      <w:r>
        <w:t>status_500:错误: 笼位:hyb压测笼架118187700-10-G 已被使用，请刷新页面: 1</w:t>
      </w:r>
    </w:p>
    <w:p>
      <w:r>
        <w:t>status_500:错误: 笼位:hyb压测笼架118187700-10-H 已被使用，请刷新页面: 1</w:t>
      </w:r>
    </w:p>
    <w:p>
      <w:r>
        <w:t>status_500:错误: 笼位:hyb压测笼架118187700-10-I 已被使用，请刷新页面: 1</w:t>
      </w:r>
    </w:p>
    <w:p>
      <w:r>
        <w:t>status_500:错误: 笼位:hyb压测笼架118187700-10-J 已被使用，请刷新页面: 1</w:t>
      </w:r>
    </w:p>
    <w:p>
      <w:r>
        <w:t>status_500:错误: 笼位:hyb压测笼架117246500-1-A 已被使用，请刷新页面: 1</w:t>
      </w:r>
    </w:p>
    <w:p>
      <w:r>
        <w:t>status_500:错误: 笼位:hyb压测笼架117246500-1-B 已被使用，请刷新页面: 1</w:t>
      </w:r>
    </w:p>
    <w:p>
      <w:r>
        <w:t>status_500:错误: 笼位:hyb压测笼架117246500-1-D 已被使用，请刷新页面: 1</w:t>
      </w:r>
    </w:p>
    <w:p>
      <w:r>
        <w:t>status_500:错误: 笼位:hyb压测笼架117246500-1-C 已被使用，请刷新页面: 1</w:t>
      </w:r>
    </w:p>
    <w:p>
      <w:r>
        <w:t>status_500:错误: 笼位:hyb压测笼架117246500-1-E 已被使用，请刷新页面: 1</w:t>
      </w:r>
    </w:p>
    <w:p>
      <w:r>
        <w:t>status_500:错误: 笼位:hyb压测笼架117246500-1-F 已被使用，请刷新页面: 1</w:t>
      </w:r>
    </w:p>
    <w:p>
      <w:r>
        <w:t>status_500:错误: 笼位:hyb压测笼架117246500-1-G 已被使用，请刷新页面: 1</w:t>
      </w:r>
    </w:p>
    <w:p>
      <w:r>
        <w:t>status_500:错误: 笼位:hyb压测笼架117246500-1-H 已被使用，请刷新页面: 1</w:t>
      </w:r>
    </w:p>
    <w:p>
      <w:r>
        <w:t>status_500:错误: 笼位:hyb压测笼架117246500-1-I 已被使用，请刷新页面: 1</w:t>
      </w:r>
    </w:p>
    <w:p>
      <w:r>
        <w:t>status_500:错误: 笼位:hyb压测笼架117246500-1-J 已被使用，请刷新页面: 1</w:t>
      </w:r>
    </w:p>
    <w:p>
      <w:r>
        <w:t>status_500:错误: 笼位:hyb压测笼架117246500-2-A 已被使用，请刷新页面: 1</w:t>
      </w:r>
    </w:p>
    <w:p>
      <w:r>
        <w:t>status_500:错误: 笼位:hyb压测笼架117246500-2-B 已被使用，请刷新页面: 1</w:t>
      </w:r>
    </w:p>
    <w:p>
      <w:r>
        <w:t>status_500:错误: 笼位:hyb压测笼架117246500-2-C 已被使用，请刷新页面: 1</w:t>
      </w:r>
    </w:p>
    <w:p>
      <w:r>
        <w:t>status_500:错误: 笼位:hyb压测笼架117246500-2-D 已被使用，请刷新页面: 1</w:t>
      </w:r>
    </w:p>
    <w:p>
      <w:r>
        <w:t>status_500:错误: 笼位:hyb压测笼架117246500-2-E 已被使用，请刷新页面: 1</w:t>
      </w:r>
    </w:p>
    <w:p>
      <w:r>
        <w:t>status_500:错误: 笼位:hyb压测笼架117246500-2-F 已被使用，请刷新页面: 1</w:t>
      </w:r>
    </w:p>
    <w:p>
      <w:r>
        <w:t>status_500:错误: 笼位:hyb压测笼架117246500-2-G 已被使用，请刷新页面: 1</w:t>
      </w:r>
    </w:p>
    <w:p>
      <w:r>
        <w:t>status_500:错误: 笼位:hyb压测笼架117246500-2-H 已被使用，请刷新页面: 1</w:t>
      </w:r>
    </w:p>
    <w:p>
      <w:r>
        <w:t>status_500:错误: 笼位:hyb压测笼架117246500-2-I 已被使用，请刷新页面: 1</w:t>
      </w:r>
    </w:p>
    <w:p>
      <w:r>
        <w:t>status_500:错误: 笼位:hyb压测笼架117246500-3-A 已被使用，请刷新页面: 1</w:t>
      </w:r>
    </w:p>
    <w:p>
      <w:r>
        <w:t>status_500:错误: 笼位:hyb压测笼架117246500-2-J 已被使用，请刷新页面: 1</w:t>
      </w:r>
    </w:p>
    <w:p>
      <w:r>
        <w:t>status_500:错误: 笼位:hyb压测笼架117246500-3-B 已被使用，请刷新页面: 1</w:t>
      </w:r>
    </w:p>
    <w:p>
      <w:r>
        <w:t>status_500:错误: 笼位:hyb压测笼架117246500-3-C 已被使用，请刷新页面: 1</w:t>
      </w:r>
    </w:p>
    <w:p>
      <w:r>
        <w:t>status_500:错误: 笼位:hyb压测笼架117246500-3-D 已被使用，请刷新页面: 1</w:t>
      </w:r>
    </w:p>
    <w:p>
      <w:r>
        <w:t>status_500:错误: 笼位:hyb压测笼架117246500-3-E 已被使用，请刷新页面: 1</w:t>
      </w:r>
    </w:p>
    <w:p>
      <w:r>
        <w:t>status_500:错误: 笼位:hyb压测笼架117246500-3-F 已被使用，请刷新页面: 1</w:t>
      </w:r>
    </w:p>
    <w:p>
      <w:r>
        <w:t>status_500:错误: 笼位:hyb压测笼架117246500-3-G 已被使用，请刷新页面: 1</w:t>
      </w:r>
    </w:p>
    <w:p>
      <w:r>
        <w:t>status_500:错误: 笼位:hyb压测笼架117246500-3-H 已被使用，请刷新页面: 1</w:t>
      </w:r>
    </w:p>
    <w:p>
      <w:r>
        <w:t>status_500:错误: 笼位:hyb压测笼架117246500-3-I 已被使用，请刷新页面: 1</w:t>
      </w:r>
    </w:p>
    <w:p>
      <w:r>
        <w:t>status_500:错误: 笼位:hyb压测笼架117246500-3-J 已被使用，请刷新页面: 1</w:t>
      </w:r>
    </w:p>
    <w:p>
      <w:r>
        <w:t>status_500:错误: 笼位:hyb压测笼架117246500-4-A 已被使用，请刷新页面: 1</w:t>
      </w:r>
    </w:p>
    <w:p>
      <w:r>
        <w:t>status_500:错误: 笼位:hyb压测笼架117246500-4-C 已被使用，请刷新页面: 1</w:t>
      </w:r>
    </w:p>
    <w:p>
      <w:r>
        <w:t>status_500:错误: 笼位:hyb压测笼架117246500-4-D 已被使用，请刷新页面: 1</w:t>
      </w:r>
    </w:p>
    <w:p>
      <w:r>
        <w:t>status_500:错误: 笼位:hyb压测笼架117246500-4-E 已被使用，请刷新页面: 1</w:t>
      </w:r>
    </w:p>
    <w:p>
      <w:r>
        <w:t>status_500:错误: 笼位:hyb压测笼架117246500-4-F 已被使用，请刷新页面: 1</w:t>
      </w:r>
    </w:p>
    <w:p>
      <w:r>
        <w:t>status_500:错误: 笼位:hyb压测笼架117246500-4-G 已被使用，请刷新页面: 1</w:t>
      </w:r>
    </w:p>
    <w:p>
      <w:r>
        <w:t>status_500:错误: 笼位:hyb压测笼架117246500-4-H 已被使用，请刷新页面: 1</w:t>
      </w:r>
    </w:p>
    <w:p>
      <w:r>
        <w:t>status_500:错误: 笼位:hyb压测笼架117246500-4-I 已被使用，请刷新页面: 1</w:t>
      </w:r>
    </w:p>
    <w:p>
      <w:r>
        <w:t>status_500:错误: 笼位:hyb压测笼架117246500-4-J 已被使用，请刷新页面: 1</w:t>
      </w:r>
    </w:p>
    <w:p>
      <w:r>
        <w:t>status_500:错误: 笼位:hyb压测笼架117246500-5-A 已被使用，请刷新页面: 1</w:t>
      </w:r>
    </w:p>
    <w:p>
      <w:r>
        <w:t>status_500:错误: 笼位:hyb压测笼架117246500-5-B 已被使用，请刷新页面: 1</w:t>
      </w:r>
    </w:p>
    <w:p>
      <w:r>
        <w:t>status_500:错误: 笼位:hyb压测笼架117246500-5-C 已被使用，请刷新页面: 1</w:t>
      </w:r>
    </w:p>
    <w:p>
      <w:r>
        <w:t>status_500:错误: 笼位:hyb压测笼架117246500-5-D 已被使用，请刷新页面: 1</w:t>
      </w:r>
    </w:p>
    <w:p>
      <w:r>
        <w:t>status_500:错误: 笼位:hyb压测笼架117246500-5-E 已被使用，请刷新页面: 1</w:t>
      </w:r>
    </w:p>
    <w:p>
      <w:r>
        <w:t>status_500:错误: 笼位:hyb压测笼架117246500-5-F 已被使用，请刷新页面: 1</w:t>
      </w:r>
    </w:p>
    <w:p>
      <w:r>
        <w:t>status_500:错误: 笼位:hyb压测笼架117246500-5-G 已被使用，请刷新页面: 1</w:t>
      </w:r>
    </w:p>
    <w:p>
      <w:r>
        <w:t>status_500:错误: 笼位:hyb压测笼架117246500-5-H 已被使用，请刷新页面: 1</w:t>
      </w:r>
    </w:p>
    <w:p>
      <w:r>
        <w:t>status_500:错误: 笼位:hyb压测笼架117246500-5-I 已被使用，请刷新页面: 1</w:t>
      </w:r>
    </w:p>
    <w:p>
      <w:r>
        <w:t>status_500:错误: 笼位:hyb压测笼架117246500-5-J 已被使用，请刷新页面: 1</w:t>
      </w:r>
    </w:p>
    <w:p>
      <w:r>
        <w:t>status_500:错误: 笼位:hyb压测笼架117246500-4-B 已被使用，请刷新页面: 1</w:t>
      </w:r>
    </w:p>
    <w:p>
      <w:r>
        <w:t>status_500:错误: 笼位:hyb压测笼架117246500-6-A 已被使用，请刷新页面: 1</w:t>
      </w:r>
    </w:p>
    <w:p>
      <w:r>
        <w:t>status_500:错误: 笼位:hyb压测笼架117246500-6-B 已被使用，请刷新页面: 1</w:t>
      </w:r>
    </w:p>
    <w:p>
      <w:r>
        <w:t>status_500:错误: 笼位:hyb压测笼架117246500-6-C 已被使用，请刷新页面: 1</w:t>
      </w:r>
    </w:p>
    <w:p>
      <w:r>
        <w:t>status_500:错误: 笼位:hyb压测笼架117246500-6-D 已被使用，请刷新页面: 1</w:t>
      </w:r>
    </w:p>
    <w:p>
      <w:r>
        <w:t>status_500:错误: 笼位:hyb压测笼架117246500-6-E 已被使用，请刷新页面: 1</w:t>
      </w:r>
    </w:p>
    <w:p>
      <w:r>
        <w:t>status_500:错误: 笼位:hyb压测笼架117246500-6-F 已被使用，请刷新页面: 1</w:t>
      </w:r>
    </w:p>
    <w:p>
      <w:r>
        <w:t>status_500:错误: 笼位:hyb压测笼架117246500-6-G 已被使用，请刷新页面: 1</w:t>
      </w:r>
    </w:p>
    <w:p>
      <w:r>
        <w:t>status_500:错误: 笼位:hyb压测笼架117246500-6-H 已被使用，请刷新页面: 1</w:t>
      </w:r>
    </w:p>
    <w:p>
      <w:r>
        <w:t>status_500:错误: 笼位:hyb压测笼架117246500-6-I 已被使用，请刷新页面: 1</w:t>
      </w:r>
    </w:p>
    <w:p>
      <w:r>
        <w:t>status_500:错误: 笼位:hyb压测笼架117246500-6-J 已被使用，请刷新页面: 1</w:t>
      </w:r>
    </w:p>
    <w:p>
      <w:r>
        <w:t>status_500:错误: 笼位:hyb压测笼架117246500-7-A 已被使用，请刷新页面: 1</w:t>
      </w:r>
    </w:p>
    <w:p>
      <w:r>
        <w:t>status_500:错误: 笼位:hyb压测笼架117246500-7-B 已被使用，请刷新页面: 1</w:t>
      </w:r>
    </w:p>
    <w:p>
      <w:r>
        <w:t>status_500:错误: 笼位:hyb压测笼架117246500-7-C 已被使用，请刷新页面: 1</w:t>
      </w:r>
    </w:p>
    <w:p>
      <w:r>
        <w:t>status_500:错误: 笼位:hyb压测笼架117246500-7-D 已被使用，请刷新页面: 1</w:t>
      </w:r>
    </w:p>
    <w:p>
      <w:r>
        <w:t>status_500:错误: 笼位:hyb压测笼架117246500-7-F 已被使用，请刷新页面: 1</w:t>
      </w:r>
    </w:p>
    <w:p>
      <w:r>
        <w:t>status_500:错误: 笼位:hyb压测笼架117246500-7-G 已被使用，请刷新页面: 1</w:t>
      </w:r>
    </w:p>
    <w:p>
      <w:r>
        <w:t>status_500:错误: 笼位:hyb压测笼架117246500-7-H 已被使用，请刷新页面: 1</w:t>
      </w:r>
    </w:p>
    <w:p>
      <w:r>
        <w:t>status_500:错误: 笼位:hyb压测笼架117246500-7-I 已被使用，请刷新页面: 1</w:t>
      </w:r>
    </w:p>
    <w:p>
      <w:r>
        <w:t>status_500:错误: 笼位:hyb压测笼架117246500-7-J 已被使用，请刷新页面: 1</w:t>
      </w:r>
    </w:p>
    <w:p>
      <w:r>
        <w:t>status_500:错误: 笼位:hyb压测笼架117246500-8-A 已被使用，请刷新页面: 1</w:t>
      </w:r>
    </w:p>
    <w:p>
      <w:r>
        <w:t>status_500:错误: 笼位:hyb压测笼架117246500-8-B 已被使用，请刷新页面: 1</w:t>
      </w:r>
    </w:p>
    <w:p>
      <w:r>
        <w:t>status_500:错误: 笼位:hyb压测笼架117246500-8-C 已被使用，请刷新页面: 1</w:t>
      </w:r>
    </w:p>
    <w:p>
      <w:r>
        <w:t>status_500:错误: 笼位:hyb压测笼架117246500-8-D 已被使用，请刷新页面: 1</w:t>
      </w:r>
    </w:p>
    <w:p>
      <w:r>
        <w:t>status_500:错误: 笼位:hyb压测笼架117246500-8-E 已被使用，请刷新页面: 1</w:t>
      </w:r>
    </w:p>
    <w:p>
      <w:r>
        <w:t>status_500:错误: 笼位:hyb压测笼架117246500-8-F 已被使用，请刷新页面: 1</w:t>
      </w:r>
    </w:p>
    <w:p>
      <w:r>
        <w:t>status_500:错误: 笼位:hyb压测笼架117246500-8-G 已被使用，请刷新页面: 1</w:t>
      </w:r>
    </w:p>
    <w:p>
      <w:r>
        <w:t>status_500:错误: 笼位:hyb压测笼架117246500-8-H 已被使用，请刷新页面: 1</w:t>
      </w:r>
    </w:p>
    <w:p>
      <w:r>
        <w:t>status_500:错误: 笼位:hyb压测笼架115747057-1-A 已被使用，请刷新页面: 1</w:t>
      </w:r>
    </w:p>
    <w:p>
      <w:r>
        <w:t>status_500:错误: 笼位:hyb压测笼架117246500-8-I 已被使用，请刷新页面: 1</w:t>
      </w:r>
    </w:p>
    <w:p>
      <w:r>
        <w:t>status_500:错误: 笼位:hyb压测笼架115747057-1-B 已被使用，请刷新页面: 1</w:t>
      </w:r>
    </w:p>
    <w:p>
      <w:r>
        <w:t>status_500:错误: 笼位:hyb压测笼架117246500-8-J 已被使用，请刷新页面: 1</w:t>
      </w:r>
    </w:p>
    <w:p>
      <w:r>
        <w:t>status_500:错误: 笼位:hyb压测笼架115747057-1-C 已被使用，请刷新页面: 1</w:t>
      </w:r>
    </w:p>
    <w:p>
      <w:r>
        <w:t>status_500:错误: 笼位:hyb压测笼架117246500-9-A 已被使用，请刷新页面: 1</w:t>
      </w:r>
    </w:p>
    <w:p>
      <w:r>
        <w:t>status_500:错误: 笼位:hyb压测笼架115747057-1-D 已被使用，请刷新页面: 1</w:t>
      </w:r>
    </w:p>
    <w:p>
      <w:r>
        <w:t>status_500:错误: 笼位:hyb压测笼架117246500-9-B 已被使用，请刷新页面: 1</w:t>
      </w:r>
    </w:p>
    <w:p>
      <w:r>
        <w:t>status_500:错误: 笼位:hyb压测笼架115747057-1-E 已被使用，请刷新页面: 1</w:t>
      </w:r>
    </w:p>
    <w:p>
      <w:r>
        <w:t>status_500:错误: 笼位:hyb压测笼架117246500-7-E 已被使用，请刷新页面: 1</w:t>
      </w:r>
    </w:p>
    <w:p>
      <w:r>
        <w:t>status_500:错误: 笼位:hyb压测笼架117246500-9-C 已被使用，请刷新页面: 1</w:t>
      </w:r>
    </w:p>
    <w:p>
      <w:r>
        <w:t>status_500:错误: 笼位:hyb压测笼架115747057-1-F 已被使用，请刷新页面: 1</w:t>
      </w:r>
    </w:p>
    <w:p>
      <w:r>
        <w:t>status_500:错误: 笼位:hyb压测笼架117246500-9-D 已被使用，请刷新页面: 1</w:t>
      </w:r>
    </w:p>
    <w:p>
      <w:r>
        <w:t>status_500:错误: 笼位:hyb压测笼架115747057-1-G 已被使用，请刷新页面: 1</w:t>
      </w:r>
    </w:p>
    <w:p>
      <w:r>
        <w:t>status_500:错误: 笼位:hyb压测笼架117246500-9-E 已被使用，请刷新页面: 1</w:t>
      </w:r>
    </w:p>
    <w:p>
      <w:r>
        <w:t>status_500:错误: 笼位:hyb压测笼架115747057-1-H 已被使用，请刷新页面: 1</w:t>
      </w:r>
    </w:p>
    <w:p>
      <w:r>
        <w:t>status_500:错误: 笼位:hyb压测笼架117246500-9-F 已被使用，请刷新页面: 1</w:t>
      </w:r>
    </w:p>
    <w:p>
      <w:r>
        <w:t>status_500:错误: 笼位:hyb压测笼架115747057-1-I 已被使用，请刷新页面: 1</w:t>
      </w:r>
    </w:p>
    <w:p>
      <w:r>
        <w:t>status_500:错误: 笼位:hyb压测笼架117246500-9-G 已被使用，请刷新页面: 1</w:t>
      </w:r>
    </w:p>
    <w:p>
      <w:r>
        <w:t>status_500:错误: 笼位:hyb压测笼架115747057-1-J 已被使用，请刷新页面: 1</w:t>
      </w:r>
    </w:p>
    <w:p>
      <w:r>
        <w:t>status_500:错误: 笼位:hyb压测笼架117246500-9-H 已被使用，请刷新页面: 1</w:t>
      </w:r>
    </w:p>
    <w:p>
      <w:r>
        <w:t>status_500:错误: 笼位:hyb压测笼架115747057-2-A 已被使用，请刷新页面: 1</w:t>
      </w:r>
    </w:p>
    <w:p>
      <w:r>
        <w:t>status_500:错误: 笼位:hyb压测笼架117246500-9-I 已被使用，请刷新页面: 1</w:t>
      </w:r>
    </w:p>
    <w:p>
      <w:r>
        <w:t>status_500:错误: 笼位:hyb压测笼架115747057-2-B 已被使用，请刷新页面: 1</w:t>
      </w:r>
    </w:p>
    <w:p>
      <w:r>
        <w:t>status_500:错误: 笼位:hyb压测笼架117246500-9-J 已被使用，请刷新页面: 1</w:t>
      </w:r>
    </w:p>
    <w:p>
      <w:r>
        <w:t>status_500:错误: 笼位:hyb压测笼架115747057-2-C 已被使用，请刷新页面: 1</w:t>
      </w:r>
    </w:p>
    <w:p>
      <w:r>
        <w:t>status_500:错误: 笼位:hyb压测笼架117246500-10-A 已被使用，请刷新页面: 1</w:t>
      </w:r>
    </w:p>
    <w:p>
      <w:r>
        <w:t>status_500:错误: 笼位:hyb压测笼架115747057-2-D 已被使用，请刷新页面: 1</w:t>
      </w:r>
    </w:p>
    <w:p>
      <w:r>
        <w:t>status_500:错误: 笼位:hyb压测笼架117246500-10-B 已被使用，请刷新页面: 1</w:t>
      </w:r>
    </w:p>
    <w:p>
      <w:r>
        <w:t>status_500:错误: 笼位:hyb压测笼架115747057-2-E 已被使用，请刷新页面: 1</w:t>
      </w:r>
    </w:p>
    <w:p>
      <w:r>
        <w:t>status_500:错误: 笼位:hyb压测笼架117246500-10-C 已被使用，请刷新页面: 1</w:t>
      </w:r>
    </w:p>
    <w:p>
      <w:r>
        <w:t>status_500:错误: 笼位:hyb压测笼架115747057-2-F 已被使用，请刷新页面: 1</w:t>
      </w:r>
    </w:p>
    <w:p>
      <w:r>
        <w:t>status_500:错误: 笼位:hyb压测笼架115747057-2-G 已被使用，请刷新页面: 1</w:t>
      </w:r>
    </w:p>
    <w:p>
      <w:r>
        <w:t>status_500:错误: 笼位:hyb压测笼架117246500-10-D 已被使用，请刷新页面: 1</w:t>
      </w:r>
    </w:p>
    <w:p>
      <w:r>
        <w:t>status_500:错误: 笼位:hyb压测笼架115747057-2-H 已被使用，请刷新页面: 1</w:t>
      </w:r>
    </w:p>
    <w:p>
      <w:r>
        <w:t>status_500:错误: 笼位:hyb压测笼架117246500-10-E 已被使用，请刷新页面: 1</w:t>
      </w:r>
    </w:p>
    <w:p>
      <w:r>
        <w:t>status_500:错误: 笼位:hyb压测笼架115747057-2-I 已被使用，请刷新页面: 1</w:t>
      </w:r>
    </w:p>
    <w:p>
      <w:r>
        <w:t>status_500:错误: 笼位:hyb压测笼架117246500-10-F 已被使用，请刷新页面: 1</w:t>
      </w:r>
    </w:p>
    <w:p>
      <w:r>
        <w:t>status_500:错误: 笼位:hyb压测笼架115747057-2-J 已被使用，请刷新页面: 1</w:t>
      </w:r>
    </w:p>
    <w:p>
      <w:r>
        <w:t>status_500:错误: 笼位:hyb压测笼架117246500-10-G 已被使用，请刷新页面: 1</w:t>
      </w:r>
    </w:p>
    <w:p>
      <w:r>
        <w:t>status_500:错误: 笼位:hyb压测笼架115747057-3-A 已被使用，请刷新页面: 1</w:t>
      </w:r>
    </w:p>
    <w:p>
      <w:r>
        <w:t>status_500:错误: 笼位:hyb压测笼架115747057-3-B 已被使用，请刷新页面: 1</w:t>
      </w:r>
    </w:p>
    <w:p>
      <w:r>
        <w:t>status_500:错误: 笼位:hyb压测笼架117246500-10-H 已被使用，请刷新页面: 1</w:t>
      </w:r>
    </w:p>
    <w:p>
      <w:r>
        <w:t>status_500:错误: 笼位:hyb压测笼架115747057-3-C 已被使用，请刷新页面: 1</w:t>
      </w:r>
    </w:p>
    <w:p>
      <w:r>
        <w:t>status_500:错误: 笼位:hyb压测笼架117246500-10-I 已被使用，请刷新页面: 1</w:t>
      </w:r>
    </w:p>
    <w:p>
      <w:r>
        <w:t>status_500:错误: 笼位:hyb压测笼架117246500-10-J 已被使用，请刷新页面: 1</w:t>
      </w:r>
    </w:p>
    <w:p>
      <w:r>
        <w:t>status_500:错误: 笼位:hyb压测笼架115747057-3-E 已被使用，请刷新页面: 1</w:t>
      </w:r>
    </w:p>
    <w:p>
      <w:r>
        <w:t>status_500:错误: 笼位:hyb压测笼架115747057-3-D 已被使用，请刷新页面: 1</w:t>
      </w:r>
    </w:p>
    <w:p>
      <w:r>
        <w:t>status_500:错误: 笼位:hyb压测笼架115747057-3-F 已被使用，请刷新页面: 1</w:t>
      </w:r>
    </w:p>
    <w:p>
      <w:r>
        <w:t>status_500:错误: 笼位:hyb压测笼架115747057-3-G 已被使用，请刷新页面: 1</w:t>
      </w:r>
    </w:p>
    <w:p>
      <w:r>
        <w:t>status_500:错误: 笼位:hyb压测笼架115747057-3-J 已被使用，请刷新页面: 1</w:t>
      </w:r>
    </w:p>
    <w:p>
      <w:r>
        <w:t>status_500:错误: 笼位:hyb压测笼架115747057-3-H 已被使用，请刷新页面: 1</w:t>
      </w:r>
    </w:p>
    <w:p>
      <w:r>
        <w:t>status_500:错误: 笼位:hyb压测笼架115747057-3-I 已被使用，请刷新页面: 1</w:t>
      </w:r>
    </w:p>
    <w:p>
      <w:r>
        <w:t>status_500:错误: 笼位:hyb压测笼架115747057-4-A 已被使用，请刷新页面: 1</w:t>
      </w:r>
    </w:p>
    <w:p>
      <w:r>
        <w:t>status_500:错误: 笼位:hyb压测笼架115747057-4-B 已被使用，请刷新页面: 1</w:t>
      </w:r>
    </w:p>
    <w:p>
      <w:r>
        <w:t>status_500:错误: 笼位:hyb压测笼架115747057-4-C 已被使用，请刷新页面: 1</w:t>
      </w:r>
    </w:p>
    <w:p>
      <w:r>
        <w:t>status_500:错误: 笼位:hyb压测笼架115747057-4-D 已被使用，请刷新页面: 1</w:t>
      </w:r>
    </w:p>
    <w:p>
      <w:r>
        <w:t>status_500:错误: 笼位:hyb压测笼架115747057-4-E 已被使用，请刷新页面: 1</w:t>
      </w:r>
    </w:p>
    <w:p>
      <w:r>
        <w:t>status_500:错误: 笼位:hyb压测笼架115747057-4-F 已被使用，请刷新页面: 1</w:t>
      </w:r>
    </w:p>
    <w:p>
      <w:r>
        <w:t>status_500:错误: 笼位:hyb压测笼架115747057-4-G 已被使用，请刷新页面: 1</w:t>
      </w:r>
    </w:p>
    <w:p>
      <w:r>
        <w:t>status_500:错误: 笼位:hyb压测笼架115747057-4-H 已被使用，请刷新页面: 1</w:t>
      </w:r>
    </w:p>
    <w:p>
      <w:r>
        <w:t>status_500:错误: 笼位:hyb压测笼架115747057-4-I 已被使用，请刷新页面: 1</w:t>
      </w:r>
    </w:p>
    <w:p>
      <w:r>
        <w:t>status_500:错误: 笼位:hyb压测笼架115747057-4-J 已被使用，请刷新页面: 1</w:t>
      </w:r>
    </w:p>
    <w:p>
      <w:r>
        <w:t>status_500:错误: 笼位:hyb压测笼架115747057-5-B 已被使用，请刷新页面: 1</w:t>
      </w:r>
    </w:p>
    <w:p>
      <w:r>
        <w:t>status_500:错误: 笼位:hyb压测笼架115747057-5-A 已被使用，请刷新页面: 1</w:t>
      </w:r>
    </w:p>
    <w:p>
      <w:r>
        <w:t>status_500:错误: 笼位:hyb压测笼架115747057-5-C 已被使用，请刷新页面: 1</w:t>
      </w:r>
    </w:p>
    <w:p>
      <w:r>
        <w:t>status_500:错误: 笼位:hyb压测笼架115747057-5-E 已被使用，请刷新页面: 1</w:t>
      </w:r>
    </w:p>
    <w:p>
      <w:r>
        <w:t>status_500:错误: 笼位:hyb压测笼架115747057-5-D 已被使用，请刷新页面: 1</w:t>
      </w:r>
    </w:p>
    <w:p>
      <w:r>
        <w:t>status_500:错误: 笼位:hyb压测笼架115747057-5-F 已被使用，请刷新页面: 1</w:t>
      </w:r>
    </w:p>
    <w:p>
      <w:r>
        <w:t>status_500:错误: 笼位:hyb压测笼架115747057-6-B 已被使用，请刷新页面: 1</w:t>
      </w:r>
    </w:p>
    <w:p>
      <w:r>
        <w:t>status_500:错误: 笼位:hyb压测笼架115747057-5-J 已被使用，请刷新页面: 1</w:t>
      </w:r>
    </w:p>
    <w:p>
      <w:r>
        <w:t>status_500:错误: 笼位:hyb压测笼架115747057-5-H 已被使用，请刷新页面: 1</w:t>
      </w:r>
    </w:p>
    <w:p>
      <w:r>
        <w:t>status_500:错误: 笼位:hyb压测笼架115747057-5-G 已被使用，请刷新页面: 1</w:t>
      </w:r>
    </w:p>
    <w:p>
      <w:r>
        <w:t>status_500:错误: 笼位:hyb压测笼架115747057-6-A 已被使用，请刷新页面: 1</w:t>
      </w:r>
    </w:p>
    <w:p>
      <w:r>
        <w:t>status_500:错误: 笼位:hyb压测笼架115747057-6-E 已被使用，请刷新页面: 1</w:t>
      </w:r>
    </w:p>
    <w:p>
      <w:r>
        <w:t>status_500:错误: 笼位:hyb压测笼架115747057-6-D 已被使用，请刷新页面: 1</w:t>
      </w:r>
    </w:p>
    <w:p>
      <w:r>
        <w:t>status_500:错误: 笼位:hyb压测笼架115747057-6-C 已被使用，请刷新页面: 1</w:t>
      </w:r>
    </w:p>
    <w:p>
      <w:r>
        <w:t>status_500:错误: 笼位:hyb压测笼架115747057-6-F 已被使用，请刷新页面: 1</w:t>
      </w:r>
    </w:p>
    <w:p>
      <w:r>
        <w:t>status_500:错误: 笼位:hyb压测笼架115747057-6-G 已被使用，请刷新页面: 1</w:t>
      </w:r>
    </w:p>
    <w:p>
      <w:r>
        <w:t>status_500:错误: 笼位:hyb压测笼架115747057-6-H 已被使用，请刷新页面: 1</w:t>
      </w:r>
    </w:p>
    <w:p>
      <w:r>
        <w:t>status_500:错误: 笼位:hyb压测笼架115747057-6-I 已被使用，请刷新页面: 1</w:t>
      </w:r>
    </w:p>
    <w:p>
      <w:r>
        <w:t>status_500:错误: 笼位:hyb压测笼架115747057-7-A 已被使用，请刷新页面: 1</w:t>
      </w:r>
    </w:p>
    <w:p>
      <w:r>
        <w:t>status_500:错误: 笼位:hyb压测笼架115747057-6-J 已被使用，请刷新页面: 1</w:t>
      </w:r>
    </w:p>
    <w:p>
      <w:r>
        <w:t>status_500:错误: 笼位:hyb压测笼架115747057-7-C 已被使用，请刷新页面: 1</w:t>
      </w:r>
    </w:p>
    <w:p>
      <w:r>
        <w:t>status_500:错误: 笼位:hyb压测笼架115747057-7-B 已被使用，请刷新页面: 1</w:t>
      </w:r>
    </w:p>
    <w:p>
      <w:r>
        <w:t>status_500:错误: 笼位:hyb压测笼架115747057-7-D 已被使用，请刷新页面: 1</w:t>
      </w:r>
    </w:p>
    <w:p>
      <w:r>
        <w:t>status_500:错误: 笼位:hyb压测笼架115747057-7-E 已被使用，请刷新页面: 1</w:t>
      </w:r>
    </w:p>
    <w:p>
      <w:r>
        <w:t>status_500:错误: 笼位:hyb压测笼架115747057-7-F 已被使用，请刷新页面: 1</w:t>
      </w:r>
    </w:p>
    <w:p>
      <w:r>
        <w:t>status_500:错误: 笼位:hyb压测笼架115747057-7-H 已被使用，请刷新页面: 1</w:t>
      </w:r>
    </w:p>
    <w:p>
      <w:r>
        <w:t>status_500:错误: 笼位:hyb压测笼架115747057-7-I 已被使用，请刷新页面: 1</w:t>
      </w:r>
    </w:p>
    <w:p>
      <w:r>
        <w:t>status_500:错误: 笼位:hyb压测笼架115747057-7-G 已被使用，请刷新页面: 1</w:t>
      </w:r>
    </w:p>
    <w:p>
      <w:r>
        <w:t>status_500:错误: 笼位:hyb压测笼架115747057-7-J 已被使用，请刷新页面: 1</w:t>
      </w:r>
    </w:p>
    <w:p>
      <w:r>
        <w:t>status_500:错误: 笼位:hyb压测笼架115747057-8-A 已被使用，请刷新页面: 1</w:t>
      </w:r>
    </w:p>
    <w:p>
      <w:r>
        <w:t>status_500:错误: 笼位:hyb压测笼架115747057-8-C 已被使用，请刷新页面: 1</w:t>
      </w:r>
    </w:p>
    <w:p>
      <w:r>
        <w:t>status_500:错误: 笼位:hyb压测笼架115747057-8-B 已被使用，请刷新页面: 1</w:t>
      </w:r>
    </w:p>
    <w:p>
      <w:r>
        <w:t>status_500:错误: 笼位:hyb压测笼架115747057-8-D 已被使用，请刷新页面: 1</w:t>
      </w:r>
    </w:p>
    <w:p>
      <w:r>
        <w:t>status_500:错误: 笼位:hyb压测笼架115747057-8-G 已被使用，请刷新页面: 1</w:t>
      </w:r>
    </w:p>
    <w:p>
      <w:r>
        <w:t>status_500:错误: 笼位:hyb压测笼架115747057-8-F 已被使用，请刷新页面: 1</w:t>
      </w:r>
    </w:p>
    <w:p>
      <w:r>
        <w:t>status_500:错误: 笼位:hyb压测笼架115747057-5-I 已被使用，请刷新页面: 1</w:t>
      </w:r>
    </w:p>
    <w:p>
      <w:r>
        <w:t>status_500:错误: 笼位:hyb压测笼架115747057-8-I 已被使用，请刷新页面: 1</w:t>
      </w:r>
    </w:p>
    <w:p>
      <w:r>
        <w:t>status_500:错误: 笼位:hyb压测笼架115747057-8-H 已被使用，请刷新页面: 1</w:t>
      </w:r>
    </w:p>
    <w:p>
      <w:r>
        <w:t>status_500:错误: 笼位:hyb压测笼架115747057-8-J 已被使用，请刷新页面: 1</w:t>
      </w:r>
    </w:p>
    <w:p>
      <w:r>
        <w:t>status_500:错误: 笼位:hyb压测笼架115747057-9-B 已被使用，请刷新页面: 1</w:t>
      </w:r>
    </w:p>
    <w:p>
      <w:r>
        <w:t>status_500:错误: 笼位:hyb压测笼架115747057-9-C 已被使用，请刷新页面: 1</w:t>
      </w:r>
    </w:p>
    <w:p>
      <w:r>
        <w:t>status_500:错误: 笼位:hyb压测笼架115747057-9-D 已被使用，请刷新页面: 1</w:t>
      </w:r>
    </w:p>
    <w:p>
      <w:r>
        <w:t>status_500:错误: 笼位:hyb压测笼架115747057-9-E 已被使用，请刷新页面: 1</w:t>
      </w:r>
    </w:p>
    <w:p>
      <w:r>
        <w:t>status_500:错误: 笼位:hyb压测笼架115747057-9-F 已被使用，请刷新页面: 1</w:t>
      </w:r>
    </w:p>
    <w:p>
      <w:r>
        <w:t>status_500:错误: 笼位:hyb压测笼架115747057-9-G 已被使用，请刷新页面: 1</w:t>
      </w:r>
    </w:p>
    <w:p>
      <w:r>
        <w:t>status_500:错误: 笼位:hyb压测笼架115747057-9-H 已被使用，请刷新页面: 1</w:t>
      </w:r>
    </w:p>
    <w:p>
      <w:r>
        <w:t>status_500:错误: 笼位:hyb压测笼架115747057-9-J 已被使用，请刷新页面: 1</w:t>
      </w:r>
    </w:p>
    <w:p>
      <w:r>
        <w:t>status_500:错误: 笼位:hyb压测笼架115747057-10-A 已被使用，请刷新页面: 1</w:t>
      </w:r>
    </w:p>
    <w:p>
      <w:r>
        <w:t>status_500:错误: 笼位:hyb压测笼架115747057-9-I 已被使用，请刷新页面: 1</w:t>
      </w:r>
    </w:p>
    <w:p>
      <w:r>
        <w:t>status_500:错误: 笼位:hyb压测笼架115747057-10-D 已被使用，请刷新页面: 1</w:t>
      </w:r>
    </w:p>
    <w:p>
      <w:r>
        <w:t>status_500:错误: 笼位:hyb压测笼架115747057-10-B 已被使用，请刷新页面: 1</w:t>
      </w:r>
    </w:p>
    <w:p>
      <w:r>
        <w:t>status_500:错误: 笼位:hyb压测笼架115747057-10-C 已被使用，请刷新页面: 1</w:t>
      </w:r>
    </w:p>
    <w:p>
      <w:r>
        <w:t>status_500:错误: 笼位:hyb压测笼架115747057-10-E 已被使用，请刷新页面: 1</w:t>
      </w:r>
    </w:p>
    <w:p>
      <w:r>
        <w:t>status_500:错误: 笼位:hyb压测笼架115747057-10-F 已被使用，请刷新页面: 1</w:t>
      </w:r>
    </w:p>
    <w:p>
      <w:r>
        <w:t>status_500:错误: 笼位:hyb压测笼架115747057-10-G 已被使用，请刷新页面: 1</w:t>
      </w:r>
    </w:p>
    <w:p>
      <w:r>
        <w:t>status_500:错误: 笼位:hyb压测笼架115747057-8-E 已被使用，请刷新页面: 1</w:t>
      </w:r>
    </w:p>
    <w:p>
      <w:r>
        <w:t>status_500:错误: 笼位:hyb压测笼架115747057-10-H 已被使用，请刷新页面: 1</w:t>
      </w:r>
    </w:p>
    <w:p>
      <w:r>
        <w:t>status_500:错误: 笼位:hyb压测笼架115747057-10-I 已被使用，请刷新页面: 1</w:t>
      </w:r>
    </w:p>
    <w:p>
      <w:r>
        <w:t>status_500:错误: 笼位:hyb压测笼架115747057-9-A 已被使用，请刷新页面: 1</w:t>
      </w:r>
    </w:p>
    <w:p>
      <w:r>
        <w:t>status_500:错误: 笼位:hyb压测笼架115747057-10-J 已被使用，请刷新页面: 1</w:t>
      </w:r>
    </w:p>
    <w:p>
      <w:r>
        <w:t>status_500:错误: 笼位:hyb压测笼架110773025-1-A 已被使用，请刷新页面: 1</w:t>
      </w:r>
    </w:p>
    <w:p>
      <w:r>
        <w:t>status_500:错误: 笼位:hyb压测笼架110773025-1-B 已被使用，请刷新页面: 1</w:t>
      </w:r>
    </w:p>
    <w:p>
      <w:r>
        <w:t>status_500:错误: 笼位:hyb压测笼架110773025-1-C 已被使用，请刷新页面: 1</w:t>
      </w:r>
    </w:p>
    <w:p>
      <w:r>
        <w:t>status_500:错误: 笼位:hyb压测笼架110773025-1-D 已被使用，请刷新页面: 1</w:t>
      </w:r>
    </w:p>
    <w:p>
      <w:r>
        <w:t>status_500:错误: 笼位:hyb压测笼架110773025-1-E 已被使用，请刷新页面: 1</w:t>
      </w:r>
    </w:p>
    <w:p>
      <w:r>
        <w:t>status_500:错误: 笼位:hyb压测笼架110773025-1-F 已被使用，请刷新页面: 1</w:t>
      </w:r>
    </w:p>
    <w:p>
      <w:r>
        <w:t>status_500:错误: 笼位:hyb压测笼架110773025-1-G 已被使用，请刷新页面: 1</w:t>
      </w:r>
    </w:p>
    <w:p>
      <w:r>
        <w:t>status_500:错误: 笼位:hyb压测笼架110773025-1-I 已被使用，请刷新页面: 1</w:t>
      </w:r>
    </w:p>
    <w:p>
      <w:r>
        <w:t>status_500:错误: 笼位:hyb压测笼架110773025-1-H 已被使用，请刷新页面: 1</w:t>
      </w:r>
    </w:p>
    <w:p>
      <w:r>
        <w:t>status_500:错误: 笼位:hyb压测笼架110773025-2-A 已被使用，请刷新页面: 1</w:t>
      </w:r>
    </w:p>
    <w:p>
      <w:r>
        <w:t>status_500:错误: 笼位:hyb压测笼架110773025-1-J 已被使用，请刷新页面: 1</w:t>
      </w:r>
    </w:p>
    <w:p>
      <w:r>
        <w:t>status_500:错误: 笼位:hyb压测笼架110773025-2-B 已被使用，请刷新页面: 1</w:t>
      </w:r>
    </w:p>
    <w:p>
      <w:r>
        <w:t>status_500:错误: 笼位:hyb压测笼架110773025-2-C 已被使用，请刷新页面: 1</w:t>
      </w:r>
    </w:p>
    <w:p>
      <w:r>
        <w:t>status_500:错误: 笼位:hyb压测笼架110773025-2-D 已被使用，请刷新页面: 1</w:t>
      </w:r>
    </w:p>
    <w:p>
      <w:r>
        <w:t>status_500:错误: 笼位:hyb压测笼架110773025-2-G 已被使用，请刷新页面: 1</w:t>
      </w:r>
    </w:p>
    <w:p>
      <w:r>
        <w:t>status_500:错误: 笼位:hyb压测笼架110773025-2-E 已被使用，请刷新页面: 1</w:t>
      </w:r>
    </w:p>
    <w:p>
      <w:r>
        <w:t>status_500:错误: 笼位:hyb压测笼架110773025-2-H 已被使用，请刷新页面: 1</w:t>
      </w:r>
    </w:p>
    <w:p>
      <w:r>
        <w:t>status_500:错误: 笼位:hyb压测笼架110773025-2-I 已被使用，请刷新页面: 1</w:t>
      </w:r>
    </w:p>
    <w:p>
      <w:r>
        <w:t>status_500:错误: 笼位:hyb压测笼架110773025-3-A 已被使用，请刷新页面: 1</w:t>
      </w:r>
    </w:p>
    <w:p>
      <w:r>
        <w:t>status_500:错误: 笼位:hyb压测笼架110773025-2-J 已被使用，请刷新页面: 1</w:t>
      </w:r>
    </w:p>
    <w:p>
      <w:r>
        <w:t>status_500:错误: 笼位:hyb压测笼架110773025-3-B 已被使用，请刷新页面: 1</w:t>
      </w:r>
    </w:p>
    <w:p>
      <w:r>
        <w:t>status_500:错误: 笼位:hyb压测笼架110773025-3-C 已被使用，请刷新页面: 1</w:t>
      </w:r>
    </w:p>
    <w:p>
      <w:r>
        <w:t>status_500:错误: 笼位:hyb压测笼架110773025-3-D 已被使用，请刷新页面: 1</w:t>
      </w:r>
    </w:p>
    <w:p>
      <w:r>
        <w:t>status_500:错误: 笼位:hyb压测笼架110773025-3-E 已被使用，请刷新页面: 1</w:t>
      </w:r>
    </w:p>
    <w:p>
      <w:r>
        <w:t>status_500:错误: 笼位:hyb压测笼架110773025-3-F 已被使用，请刷新页面: 1</w:t>
      </w:r>
    </w:p>
    <w:p>
      <w:r>
        <w:t>status_500:错误: 笼位:hyb压测笼架110773025-3-G 已被使用，请刷新页面: 1</w:t>
      </w:r>
    </w:p>
    <w:p>
      <w:r>
        <w:t>status_500:错误: 笼位:hyb压测笼架110773025-3-J 已被使用，请刷新页面: 1</w:t>
      </w:r>
    </w:p>
    <w:p>
      <w:r>
        <w:t>status_500:错误: 笼位:hyb压测笼架110773025-3-H 已被使用，请刷新页面: 1</w:t>
      </w:r>
    </w:p>
    <w:p>
      <w:r>
        <w:t>status_500:错误: 笼位:hyb压测笼架110773025-3-I 已被使用，请刷新页面: 1</w:t>
      </w:r>
    </w:p>
    <w:p>
      <w:r>
        <w:t>status_500:错误: 笼位:hyb压测笼架110773025-4-A 已被使用，请刷新页面: 1</w:t>
      </w:r>
    </w:p>
    <w:p>
      <w:r>
        <w:t>status_500:错误: 笼位:hyb压测笼架110773025-4-B 已被使用，请刷新页面: 1</w:t>
      </w:r>
    </w:p>
    <w:p>
      <w:r>
        <w:t>status_500:错误: 笼位:hyb压测笼架110773025-2-F 已被使用，请刷新页面: 1</w:t>
      </w:r>
    </w:p>
    <w:p>
      <w:r>
        <w:t>status_500:错误: 笼位:hyb压测笼架110773025-4-C 已被使用，请刷新页面: 1</w:t>
      </w:r>
    </w:p>
    <w:p>
      <w:r>
        <w:t>status_500:错误: 笼位:hyb压测笼架110773025-4-D 已被使用，请刷新页面: 1</w:t>
      </w:r>
    </w:p>
    <w:p>
      <w:r>
        <w:t>status_500:错误: 笼位:hyb压测笼架110773025-4-E 已被使用，请刷新页面: 1</w:t>
      </w:r>
    </w:p>
    <w:p>
      <w:r>
        <w:t>status_500:错误: 笼位:hyb压测笼架110773025-4-F 已被使用，请刷新页面: 1</w:t>
      </w:r>
    </w:p>
    <w:p>
      <w:r>
        <w:t>status_500:错误: 笼位:hyb压测笼架110773025-4-G 已被使用，请刷新页面: 1</w:t>
      </w:r>
    </w:p>
    <w:p>
      <w:r>
        <w:t>status_500:错误: 笼位:hyb压测笼架110773025-4-J 已被使用，请刷新页面: 1</w:t>
      </w:r>
    </w:p>
    <w:p>
      <w:r>
        <w:t>status_500:错误: 笼位:hyb压测笼架110773025-7-B 已被使用，请刷新页面: 1</w:t>
      </w:r>
    </w:p>
    <w:p>
      <w:r>
        <w:t>status_500:错误: 笼位:hyb压测笼架110773025-4-H 已被使用，请刷新页面: 1</w:t>
      </w:r>
    </w:p>
    <w:p>
      <w:r>
        <w:t>status_500:错误: 笼位:hyb压测笼架110773025-4-I 已被使用，请刷新页面: 1</w:t>
      </w:r>
    </w:p>
    <w:p>
      <w:r>
        <w:t>status_500:错误: 笼位:hyb压测笼架110773025-5-A 已被使用，请刷新页面: 1</w:t>
      </w:r>
    </w:p>
    <w:p>
      <w:r>
        <w:t>status_500:错误: 笼位:hyb压测笼架110773025-5-B 已被使用，请刷新页面: 1</w:t>
      </w:r>
    </w:p>
    <w:p>
      <w:r>
        <w:t>status_500:错误: 笼位:hyb压测笼架110773025-5-D 已被使用，请刷新页面: 1</w:t>
      </w:r>
    </w:p>
    <w:p>
      <w:r>
        <w:t>status_500:错误: 笼位:hyb压测笼架110773025-5-E 已被使用，请刷新页面: 1</w:t>
      </w:r>
    </w:p>
    <w:p>
      <w:r>
        <w:t>status_500:错误: 笼位:hyb压测笼架110773025-5-C 已被使用，请刷新页面: 1</w:t>
      </w:r>
    </w:p>
    <w:p>
      <w:r>
        <w:t>status_500:错误: 笼位:hyb压测笼架110773025-5-F 已被使用，请刷新页面: 1</w:t>
      </w:r>
    </w:p>
    <w:p>
      <w:r>
        <w:t>status_500:错误: 笼位:hyb压测笼架110773025-5-I 已被使用，请刷新页面: 1</w:t>
      </w:r>
    </w:p>
    <w:p>
      <w:r>
        <w:t>status_500:错误: 笼位:hyb压测笼架110773025-5-J 已被使用，请刷新页面: 1</w:t>
      </w:r>
    </w:p>
    <w:p>
      <w:r>
        <w:t>status_500:错误: 笼位:hyb压测笼架110773025-5-H 已被使用，请刷新页面: 1</w:t>
      </w:r>
    </w:p>
    <w:p>
      <w:r>
        <w:t>status_500:错误: 笼位:hyb压测笼架110773025-5-G 已被使用，请刷新页面: 1</w:t>
      </w:r>
    </w:p>
    <w:p>
      <w:r>
        <w:t>status_500:错误: 笼位:hyb压测笼架110773025-6-B 已被使用，请刷新页面: 1</w:t>
      </w:r>
    </w:p>
    <w:p>
      <w:r>
        <w:t>status_500:错误: 笼位:hyb压测笼架110773025-6-A 已被使用，请刷新页面: 1</w:t>
      </w:r>
    </w:p>
    <w:p>
      <w:r>
        <w:t>status_500:错误: 笼位:hyb压测笼架110773025-6-C 已被使用，请刷新页面: 1</w:t>
      </w:r>
    </w:p>
    <w:p>
      <w:r>
        <w:t>status_500:错误: 笼位:hyb压测笼架110773025-6-D 已被使用，请刷新页面: 1</w:t>
      </w:r>
    </w:p>
    <w:p>
      <w:r>
        <w:t>status_500:错误: 笼位:hyb压测笼架110773025-6-E 已被使用，请刷新页面: 1</w:t>
      </w:r>
    </w:p>
    <w:p>
      <w:r>
        <w:t>status_500:错误: 笼位:hyb压测笼架110773025-6-F 已被使用，请刷新页面: 1</w:t>
      </w:r>
    </w:p>
    <w:p>
      <w:r>
        <w:t>status_500:错误: 笼位:hyb压测笼架110773025-6-G 已被使用，请刷新页面: 1</w:t>
      </w:r>
    </w:p>
    <w:p>
      <w:r>
        <w:t>status_500:错误: 笼位:hyb压测笼架110773025-6-H 已被使用，请刷新页面: 1</w:t>
      </w:r>
    </w:p>
    <w:p>
      <w:r>
        <w:t>status_500:错误: 笼位:hyb压测笼架110773025-6-J 已被使用，请刷新页面: 1</w:t>
      </w:r>
    </w:p>
    <w:p>
      <w:r>
        <w:t>status_500:错误: 笼位:hyb压测笼架110773025-6-I 已被使用，请刷新页面: 1</w:t>
      </w:r>
    </w:p>
    <w:p>
      <w:r>
        <w:t>status_500:错误: 笼位:hyb压测笼架110773025-7-A 已被使用，请刷新页面: 1</w:t>
      </w:r>
    </w:p>
    <w:p>
      <w:r>
        <w:t>status_500:错误: 笼位:hyb压测笼架110773025-7-C 已被使用，请刷新页面: 1</w:t>
      </w:r>
    </w:p>
    <w:p>
      <w:r>
        <w:t>status_500:错误: 笼位:hyb压测笼架110773025-7-D 已被使用，请刷新页面: 1</w:t>
      </w:r>
    </w:p>
    <w:p>
      <w:r>
        <w:t>status_500:错误: 笼位:hyb压测笼架110773025-7-E 已被使用，请刷新页面: 1</w:t>
      </w:r>
    </w:p>
    <w:p>
      <w:r>
        <w:t>status_500:错误: 笼位:hyb压测笼架110773025-7-F 已被使用，请刷新页面: 1</w:t>
      </w:r>
    </w:p>
    <w:p>
      <w:r>
        <w:t>status_500:错误: 笼位:hyb压测笼架110773025-7-G 已被使用，请刷新页面: 1</w:t>
      </w:r>
    </w:p>
    <w:p>
      <w:r>
        <w:t>status_500:错误: 笼位:hyb压测笼架110773025-7-H 已被使用，请刷新页面: 1</w:t>
      </w:r>
    </w:p>
    <w:p>
      <w:r>
        <w:t>status_500:错误: 笼位:hyb压测笼架110773025-7-J 已被使用，请刷新页面: 1</w:t>
      </w:r>
    </w:p>
    <w:p>
      <w:r>
        <w:t>status_500:错误: 笼位:hyb压测笼架110773025-8-A 已被使用，请刷新页面: 1</w:t>
      </w:r>
    </w:p>
    <w:p>
      <w:r>
        <w:t>status_500:错误: 笼位:hyb压测笼架110773025-8-B 已被使用，请刷新页面: 1</w:t>
      </w:r>
    </w:p>
    <w:p>
      <w:r>
        <w:t>status_500:错误: 笼位:hyb压测笼架110773025-8-D 已被使用，请刷新页面: 1</w:t>
      </w:r>
    </w:p>
    <w:p>
      <w:r>
        <w:t>status_500:错误: 笼位:hyb压测笼架110773025-8-C 已被使用，请刷新页面: 1</w:t>
      </w:r>
    </w:p>
    <w:p>
      <w:r>
        <w:t>status_500:错误: 笼位:hyb压测笼架110773025-8-F 已被使用，请刷新页面: 1</w:t>
      </w:r>
    </w:p>
    <w:p>
      <w:r>
        <w:t>status_500:错误: 笼位:hyb压测笼架110773025-8-E 已被使用，请刷新页面: 1</w:t>
      </w:r>
    </w:p>
    <w:p>
      <w:r>
        <w:t>status_500:错误: 笼位:hyb压测笼架110773025-8-G 已被使用，请刷新页面: 1</w:t>
      </w:r>
    </w:p>
    <w:p>
      <w:r>
        <w:t>status_500:错误: 笼位:hyb压测笼架110773025-8-I 已被使用，请刷新页面: 1</w:t>
      </w:r>
    </w:p>
    <w:p>
      <w:r>
        <w:t>status_500:错误: 笼位:hyb压测笼架110773025-8-J 已被使用，请刷新页面: 1</w:t>
      </w:r>
    </w:p>
    <w:p>
      <w:r>
        <w:t>status_500:错误: 笼位:hyb压测笼架110773025-8-H 已被使用，请刷新页面: 1</w:t>
      </w:r>
    </w:p>
    <w:p>
      <w:r>
        <w:t>status_500:错误: 笼位:hyb压测笼架110773025-9-A 已被使用，请刷新页面: 1</w:t>
      </w:r>
    </w:p>
    <w:p>
      <w:r>
        <w:t>status_500:错误: 笼位:hyb压测笼架110773025-9-B 已被使用，请刷新页面: 1</w:t>
      </w:r>
    </w:p>
    <w:p>
      <w:r>
        <w:t>status_500:错误: 笼位:hyb压测笼架110773025-9-C 已被使用，请刷新页面: 1</w:t>
      </w:r>
    </w:p>
    <w:p>
      <w:r>
        <w:t>status_500:错误: 笼位:hyb压测笼架110773025-9-E 已被使用，请刷新页面: 1</w:t>
      </w:r>
    </w:p>
    <w:p>
      <w:r>
        <w:t>status_500:错误: 笼位:hyb压测笼架110773025-9-F 已被使用，请刷新页面: 1</w:t>
      </w:r>
    </w:p>
    <w:p>
      <w:r>
        <w:t>status_500:错误: 笼位:hyb压测笼架110773025-9-D 已被使用，请刷新页面: 1</w:t>
      </w:r>
    </w:p>
    <w:p>
      <w:r>
        <w:t>status_500:错误: 笼位:hyb压测笼架110773025-9-G 已被使用，请刷新页面: 1</w:t>
      </w:r>
    </w:p>
    <w:p>
      <w:r>
        <w:t>status_500:错误: 笼位:hyb压测笼架110773025-9-H 已被使用，请刷新页面: 1</w:t>
      </w:r>
    </w:p>
    <w:p>
      <w:r>
        <w:t>status_500:错误: 笼位:hyb压测笼架110773025-9-I 已被使用，请刷新页面: 1</w:t>
      </w:r>
    </w:p>
    <w:p>
      <w:r>
        <w:t>status_500:错误: 笼位:hyb压测笼架110773025-9-J 已被使用，请刷新页面: 1</w:t>
      </w:r>
    </w:p>
    <w:p>
      <w:r>
        <w:t>status_500:错误: 笼位:hyb压测笼架110773025-10-B 已被使用，请刷新页面: 1</w:t>
      </w:r>
    </w:p>
    <w:p>
      <w:r>
        <w:t>status_500:错误: 笼位:hyb压测笼架110773025-10-C 已被使用，请刷新页面: 1</w:t>
      </w:r>
    </w:p>
    <w:p>
      <w:r>
        <w:t>status_500:错误: 笼位:hyb压测笼架110773025-7-I 已被使用，请刷新页面: 1</w:t>
      </w:r>
    </w:p>
    <w:p>
      <w:r>
        <w:t>status_500:错误: 笼位:hyb压测笼架110773025-10-A 已被使用，请刷新页面: 1</w:t>
      </w:r>
    </w:p>
    <w:p>
      <w:r>
        <w:t>status_500:错误: 笼位:hyb压测笼架110773025-10-E 已被使用，请刷新页面: 1</w:t>
      </w:r>
    </w:p>
    <w:p>
      <w:r>
        <w:t>status_500:错误: 笼位:hyb压测笼架110773025-10-D 已被使用，请刷新页面: 1</w:t>
      </w:r>
    </w:p>
    <w:p>
      <w:r>
        <w:t>status_500:错误: 笼位:hyb压测笼架110773025-10-F 已被使用，请刷新页面: 1</w:t>
      </w:r>
    </w:p>
    <w:p>
      <w:r>
        <w:t>status_500:错误: 笼位:hyb压测笼架110773025-10-G 已被使用，请刷新页面: 1</w:t>
      </w:r>
    </w:p>
    <w:p>
      <w:r>
        <w:t>status_500:错误: 笼位:hyb压测笼架110773025-10-I 已被使用，请刷新页面: 1</w:t>
      </w:r>
    </w:p>
    <w:p>
      <w:r>
        <w:t>status_500:错误: 笼位:hyb压测笼架110773025-10-H 已被使用，请刷新页面: 1</w:t>
      </w:r>
    </w:p>
    <w:p>
      <w:r>
        <w:t>status_500:错误: 笼位:hyb压测笼架110773025-10-J 已被使用，请刷新页面: 1</w:t>
      </w:r>
    </w:p>
    <w:p>
      <w:r>
        <w:t>status_500:错误: 笼位:hyb压测笼架118420090-1-A 已被使用，请刷新页面: 1</w:t>
      </w:r>
    </w:p>
    <w:p>
      <w:r>
        <w:t>status_500:错误: 笼位:hyb压测笼架118420090-1-B 已被使用，请刷新页面: 1</w:t>
      </w:r>
    </w:p>
    <w:p>
      <w:r>
        <w:t>status_500:错误: 笼位:hyb压测笼架118420090-1-C 已被使用，请刷新页面: 1</w:t>
      </w:r>
    </w:p>
    <w:p>
      <w:r>
        <w:t>status_500:错误: 笼位:hyb压测笼架118420090-1-D 已被使用，请刷新页面: 1</w:t>
      </w:r>
    </w:p>
    <w:p>
      <w:r>
        <w:t>status_500:错误: 笼位:hyb压测笼架118420090-1-E 已被使用，请刷新页面: 1</w:t>
      </w:r>
    </w:p>
    <w:p>
      <w:r>
        <w:t>status_500:错误: 笼位:hyb压测笼架118420090-1-G 已被使用，请刷新页面: 1</w:t>
      </w:r>
    </w:p>
    <w:p>
      <w:r>
        <w:t>status_500:错误: 笼位:hyb压测笼架118420090-1-F 已被使用，请刷新页面: 1</w:t>
      </w:r>
    </w:p>
    <w:p>
      <w:r>
        <w:t>status_500:错误: 笼位:hyb压测笼架118420090-1-I 已被使用，请刷新页面: 1</w:t>
      </w:r>
    </w:p>
    <w:p>
      <w:r>
        <w:t>status_500:错误: 笼位:hyb压测笼架118420090-1-H 已被使用，请刷新页面: 1</w:t>
      </w:r>
    </w:p>
    <w:p>
      <w:r>
        <w:t>status_500:错误: 笼位:hyb压测笼架118420090-2-A 已被使用，请刷新页面: 1</w:t>
      </w:r>
    </w:p>
    <w:p>
      <w:r>
        <w:t>status_500:错误: 笼位:hyb压测笼架118420090-1-J 已被使用，请刷新页面: 1</w:t>
      </w:r>
    </w:p>
    <w:p>
      <w:r>
        <w:t>status_500:错误: 笼位:hyb压测笼架118420090-2-B 已被使用，请刷新页面: 1</w:t>
      </w:r>
    </w:p>
    <w:p>
      <w:r>
        <w:t>status_500:错误: 笼位:hyb压测笼架118420090-2-C 已被使用，请刷新页面: 1</w:t>
      </w:r>
    </w:p>
    <w:p>
      <w:r>
        <w:t>status_500:错误: 笼位:hyb压测笼架118420090-2-D 已被使用，请刷新页面: 1</w:t>
      </w:r>
    </w:p>
    <w:p>
      <w:r>
        <w:t>status_500:错误: 笼位:hyb压测笼架118420090-2-E 已被使用，请刷新页面: 1</w:t>
      </w:r>
    </w:p>
    <w:p>
      <w:r>
        <w:t>status_500:错误: 笼位:hyb压测笼架118420090-2-F 已被使用，请刷新页面: 1</w:t>
      </w:r>
    </w:p>
    <w:p>
      <w:r>
        <w:t>status_500:错误: 笼位:hyb压测笼架118420090-2-G 已被使用，请刷新页面: 1</w:t>
      </w:r>
    </w:p>
    <w:p>
      <w:r>
        <w:t>status_500:错误: 笼位:hyb压测笼架118420090-2-H 已被使用，请刷新页面: 1</w:t>
      </w:r>
    </w:p>
    <w:p>
      <w:r>
        <w:t>status_500:错误: 笼位:hyb压测笼架118420090-2-I 已被使用，请刷新页面: 1</w:t>
      </w:r>
    </w:p>
    <w:p>
      <w:r>
        <w:t>status_500:错误: 笼位:hyb压测笼架118420090-2-J 已被使用，请刷新页面: 1</w:t>
      </w:r>
    </w:p>
    <w:p>
      <w:r>
        <w:t>status_500:错误: 笼位:hyb压测笼架118420090-3-A 已被使用，请刷新页面: 1</w:t>
      </w:r>
    </w:p>
    <w:p>
      <w:r>
        <w:t>status_500:错误: 笼位:hyb压测笼架118420090-3-B 已被使用，请刷新页面: 1</w:t>
      </w:r>
    </w:p>
    <w:p>
      <w:r>
        <w:t>status_500:错误: 笼位:hyb压测笼架118420090-3-C 已被使用，请刷新页面: 1</w:t>
      </w:r>
    </w:p>
    <w:p>
      <w:r>
        <w:t>status_500:错误: 笼位:hyb压测笼架118420090-3-F 已被使用，请刷新页面: 1</w:t>
      </w:r>
    </w:p>
    <w:p>
      <w:r>
        <w:t>status_500:错误: 笼位:hyb压测笼架118420090-3-E 已被使用，请刷新页面: 1</w:t>
      </w:r>
    </w:p>
    <w:p>
      <w:r>
        <w:t>status_500:错误: 笼位:hyb压测笼架118420090-3-G 已被使用，请刷新页面: 1</w:t>
      </w:r>
    </w:p>
    <w:p>
      <w:r>
        <w:t>status_500:错误: 笼位:hyb压测笼架118420090-3-I 已被使用，请刷新页面: 1</w:t>
      </w:r>
    </w:p>
    <w:p>
      <w:r>
        <w:t>status_500:错误: 笼位:hyb压测笼架118420090-6-C 已被使用，请刷新页面: 1</w:t>
      </w:r>
    </w:p>
    <w:p>
      <w:r>
        <w:t>status_500:错误: 笼位:hyb压测笼架118420090-3-H 已被使用，请刷新页面: 1</w:t>
      </w:r>
    </w:p>
    <w:p>
      <w:r>
        <w:t>status_500:错误: 笼位:hyb压测笼架118420090-3-J 已被使用，请刷新页面: 1</w:t>
      </w:r>
    </w:p>
    <w:p>
      <w:r>
        <w:t>status_500:错误: 笼位:hyb压测笼架118420090-4-A 已被使用，请刷新页面: 1</w:t>
      </w:r>
    </w:p>
    <w:p>
      <w:r>
        <w:t>status_500:错误: 笼位:hyb压测笼架118420090-4-D 已被使用，请刷新页面: 1</w:t>
      </w:r>
    </w:p>
    <w:p>
      <w:r>
        <w:t>status_500:错误: 笼位:hyb压测笼架118420090-4-C 已被使用，请刷新页面: 1</w:t>
      </w:r>
    </w:p>
    <w:p>
      <w:r>
        <w:t>status_500:错误: 笼位:hyb压测笼架118420090-4-B 已被使用，请刷新页面: 1</w:t>
      </w:r>
    </w:p>
    <w:p>
      <w:r>
        <w:t>status_500:错误: 笼位:hyb压测笼架118420090-4-E 已被使用，请刷新页面: 1</w:t>
      </w:r>
    </w:p>
    <w:p>
      <w:r>
        <w:t>status_500:错误: 笼位:hyb压测笼架118420090-4-G 已被使用，请刷新页面: 1</w:t>
      </w:r>
    </w:p>
    <w:p>
      <w:r>
        <w:t>status_500:错误: 笼位:hyb压测笼架118420090-4-F 已被使用，请刷新页面: 1</w:t>
      </w:r>
    </w:p>
    <w:p>
      <w:r>
        <w:t>status_500:错误: 笼位:hyb压测笼架118420090-4-H 已被使用，请刷新页面: 1</w:t>
      </w:r>
    </w:p>
    <w:p>
      <w:r>
        <w:t>status_500:错误: 笼位:hyb压测笼架118420090-5-C 已被使用，请刷新页面: 1</w:t>
      </w:r>
    </w:p>
    <w:p>
      <w:r>
        <w:t>status_500:错误: 笼位:hyb压测笼架118420090-4-J 已被使用，请刷新页面: 1</w:t>
      </w:r>
    </w:p>
    <w:p>
      <w:r>
        <w:t>status_500:错误: 笼位:hyb压测笼架118420090-5-B 已被使用，请刷新页面: 1</w:t>
      </w:r>
    </w:p>
    <w:p>
      <w:r>
        <w:t>status_500:错误: 笼位:hyb压测笼架118420090-5-A 已被使用，请刷新页面: 1</w:t>
      </w:r>
    </w:p>
    <w:p>
      <w:r>
        <w:t>status_500:错误: 笼位:hyb压测笼架118420090-4-I 已被使用，请刷新页面: 1</w:t>
      </w:r>
    </w:p>
    <w:p>
      <w:r>
        <w:t>status_500:错误: 笼位:hyb压测笼架118420090-5-D 已被使用，请刷新页面: 1</w:t>
      </w:r>
    </w:p>
    <w:p>
      <w:r>
        <w:t>status_500:错误: 笼位:hyb压测笼架118420090-3-D 已被使用，请刷新页面: 1</w:t>
      </w:r>
    </w:p>
    <w:p>
      <w:r>
        <w:t>status_500:错误: 笼位:hyb压测笼架118420090-5-E 已被使用，请刷新页面: 1</w:t>
      </w:r>
    </w:p>
    <w:p>
      <w:r>
        <w:t>status_500:错误: 笼位:hyb压测笼架118420090-5-F 已被使用，请刷新页面: 1</w:t>
      </w:r>
    </w:p>
    <w:p>
      <w:r>
        <w:t>status_500:错误: 笼位:hyb压测笼架118420090-5-G 已被使用，请刷新页面: 1</w:t>
      </w:r>
    </w:p>
    <w:p>
      <w:r>
        <w:t>status_500:错误: 笼位:hyb压测笼架118420090-5-H 已被使用，请刷新页面: 1</w:t>
      </w:r>
    </w:p>
    <w:p>
      <w:r>
        <w:t>status_500:错误: 笼位:hyb压测笼架118420090-5-I 已被使用，请刷新页面: 1</w:t>
      </w:r>
    </w:p>
    <w:p>
      <w:r>
        <w:t>status_500:错误: 笼位:hyb压测笼架118420090-5-J 已被使用，请刷新页面: 1</w:t>
      </w:r>
    </w:p>
    <w:p>
      <w:r>
        <w:t>status_500:错误: 笼位:hyb压测笼架118420090-6-B 已被使用，请刷新页面: 1</w:t>
      </w:r>
    </w:p>
    <w:p>
      <w:r>
        <w:t>status_500:错误: 笼位:hyb压测笼架118420090-6-A 已被使用，请刷新页面: 1</w:t>
      </w:r>
    </w:p>
    <w:p>
      <w:r>
        <w:t>status_500:错误: 笼位:hyb压测笼架118420090-6-D 已被使用，请刷新页面: 1</w:t>
      </w:r>
    </w:p>
    <w:p>
      <w:r>
        <w:t>status_500:错误: 笼位:hyb压测笼架118420090-6-E 已被使用，请刷新页面: 1</w:t>
      </w:r>
    </w:p>
    <w:p>
      <w:r>
        <w:t>status_500:错误: 笼位:hyb压测笼架118420090-6-F 已被使用，请刷新页面: 1</w:t>
      </w:r>
    </w:p>
    <w:p>
      <w:r>
        <w:t>status_500:错误: 笼位:hyb压测笼架109062441-1-A 已被使用，请刷新页面: 1</w:t>
      </w:r>
    </w:p>
    <w:p>
      <w:r>
        <w:t>status_500:错误: 笼位:hyb压测笼架118420090-6-G 已被使用，请刷新页面: 1</w:t>
      </w:r>
    </w:p>
    <w:p>
      <w:r>
        <w:t>status_500:错误: 笼位:hyb压测笼架118420090-6-H 已被使用，请刷新页面: 1</w:t>
      </w:r>
    </w:p>
    <w:p>
      <w:r>
        <w:t>status_500:错误: 笼位:hyb压测笼架109062441-1-C 已被使用，请刷新页面: 1</w:t>
      </w:r>
    </w:p>
    <w:p>
      <w:r>
        <w:t>status_500:错误: 笼位:hyb压测笼架118420090-6-I 已被使用，请刷新页面: 1</w:t>
      </w:r>
    </w:p>
    <w:p>
      <w:r>
        <w:t>status_500:错误: 笼位:hyb压测笼架118420090-6-J 已被使用，请刷新页面: 1</w:t>
      </w:r>
    </w:p>
    <w:p>
      <w:r>
        <w:t>status_500:错误: 笼位:hyb压测笼架109062441-1-D 已被使用，请刷新页面: 1</w:t>
      </w:r>
    </w:p>
    <w:p>
      <w:r>
        <w:t>status_500:错误: 笼位:hyb压测笼架118420090-7-A 已被使用，请刷新页面: 1</w:t>
      </w:r>
    </w:p>
    <w:p>
      <w:r>
        <w:t>status_500:错误: 笼位:hyb压测笼架118420090-7-B 已被使用，请刷新页面: 1</w:t>
      </w:r>
    </w:p>
    <w:p>
      <w:r>
        <w:t>status_500:错误: 笼位:hyb压测笼架109062441-1-E 已被使用，请刷新页面: 1</w:t>
      </w:r>
    </w:p>
    <w:p>
      <w:r>
        <w:t>status_500:错误: 笼位:hyb压测笼架109062441-1-F 已被使用，请刷新页面: 1</w:t>
      </w:r>
    </w:p>
    <w:p>
      <w:r>
        <w:t>status_500:错误: 笼位:hyb压测笼架118420090-7-C 已被使用，请刷新页面: 1</w:t>
      </w:r>
    </w:p>
    <w:p>
      <w:r>
        <w:t>status_500:错误: 笼位:hyb压测笼架109062441-1-H 已被使用，请刷新页面: 1</w:t>
      </w:r>
    </w:p>
    <w:p>
      <w:r>
        <w:t>status_500:错误: 笼位:hyb压测笼架118420090-7-D 已被使用，请刷新页面: 1</w:t>
      </w:r>
    </w:p>
    <w:p>
      <w:r>
        <w:t>status_500:错误: 笼位:hyb压测笼架118420090-7-E 已被使用，请刷新页面: 1</w:t>
      </w:r>
    </w:p>
    <w:p>
      <w:r>
        <w:t>status_500:错误: 笼位:hyb压测笼架109062441-1-J 已被使用，请刷新页面: 1</w:t>
      </w:r>
    </w:p>
    <w:p>
      <w:r>
        <w:t>status_500:错误: 笼位:hyb压测笼架118420090-7-F 已被使用，请刷新页面: 1</w:t>
      </w:r>
    </w:p>
    <w:p>
      <w:r>
        <w:t>status_500:错误: 笼位:hyb压测笼架109062441-1-I 已被使用，请刷新页面: 1</w:t>
      </w:r>
    </w:p>
    <w:p>
      <w:r>
        <w:t>status_500:错误: 笼位:hyb压测笼架109062441-1-G 已被使用，请刷新页面: 1</w:t>
      </w:r>
    </w:p>
    <w:p>
      <w:r>
        <w:t>status_500:错误: 笼位:hyb压测笼架118420090-7-G 已被使用，请刷新页面: 1</w:t>
      </w:r>
    </w:p>
    <w:p>
      <w:r>
        <w:t>status_500:错误: 笼位:hyb压测笼架109062441-2-A 已被使用，请刷新页面: 1</w:t>
      </w:r>
    </w:p>
    <w:p>
      <w:r>
        <w:t>status_500:错误: 笼位:hyb压测笼架109062441-2-B 已被使用，请刷新页面: 1</w:t>
      </w:r>
    </w:p>
    <w:p>
      <w:r>
        <w:t>status_500:错误: 笼位:hyb压测笼架118420090-7-H 已被使用，请刷新页面: 1</w:t>
      </w:r>
    </w:p>
    <w:p>
      <w:r>
        <w:t>status_500:错误: 笼位:hyb压测笼架118420090-7-I 已被使用，请刷新页面: 1</w:t>
      </w:r>
    </w:p>
    <w:p>
      <w:r>
        <w:t>status_500:错误: 笼位:hyb压测笼架109062441-2-C 已被使用，请刷新页面: 1</w:t>
      </w:r>
    </w:p>
    <w:p>
      <w:r>
        <w:t>status_500:错误: 笼位:hyb压测笼架109062441-1-B 已被使用，请刷新页面: 1</w:t>
      </w:r>
    </w:p>
    <w:p>
      <w:r>
        <w:t>status_500:错误: 笼位:hyb压测笼架118420090-7-J 已被使用，请刷新页面: 1</w:t>
      </w:r>
    </w:p>
    <w:p>
      <w:r>
        <w:t>status_500:错误: 笼位:hyb压测笼架109062441-2-D 已被使用，请刷新页面: 1</w:t>
      </w:r>
    </w:p>
    <w:p>
      <w:r>
        <w:t>status_500:错误: 笼位:hyb压测笼架118420090-8-A 已被使用，请刷新页面: 1</w:t>
      </w:r>
    </w:p>
    <w:p>
      <w:r>
        <w:t>status_500:错误: 笼位:hyb压测笼架109062441-2-E 已被使用，请刷新页面: 1</w:t>
      </w:r>
    </w:p>
    <w:p>
      <w:r>
        <w:t>status_500:错误: 笼位:hyb压测笼架118420090-8-B 已被使用，请刷新页面: 1</w:t>
      </w:r>
    </w:p>
    <w:p>
      <w:r>
        <w:t>status_500:错误: 笼位:hyb压测笼架118420090-8-C 已被使用，请刷新页面: 1</w:t>
      </w:r>
    </w:p>
    <w:p>
      <w:r>
        <w:t>status_500:错误: 笼位:hyb压测笼架109062441-2-F 已被使用，请刷新页面: 1</w:t>
      </w:r>
    </w:p>
    <w:p>
      <w:r>
        <w:t>status_500:错误: 笼位:hyb压测笼架118420090-8-D 已被使用，请刷新页面: 1</w:t>
      </w:r>
    </w:p>
    <w:p>
      <w:r>
        <w:t>status_500:错误: 笼位:hyb压测笼架109062441-2-G 已被使用，请刷新页面: 1</w:t>
      </w:r>
    </w:p>
    <w:p>
      <w:r>
        <w:t>status_500:错误: 笼位:hyb压测笼架109062441-2-H 已被使用，请刷新页面: 1</w:t>
      </w:r>
    </w:p>
    <w:p>
      <w:r>
        <w:t>status_500:错误: 笼位:hyb压测笼架118420090-8-F 已被使用，请刷新页面: 1</w:t>
      </w:r>
    </w:p>
    <w:p>
      <w:r>
        <w:t>status_500:错误: 笼位:hyb压测笼架109062441-2-I 已被使用，请刷新页面: 1</w:t>
      </w:r>
    </w:p>
    <w:p>
      <w:r>
        <w:t>status_500:错误: 笼位:hyb压测笼架118420090-8-E 已被使用，请刷新页面: 1</w:t>
      </w:r>
    </w:p>
    <w:p>
      <w:r>
        <w:t>status_500:错误: 笼位:hyb压测笼架118420090-8-G 已被使用，请刷新页面: 1</w:t>
      </w:r>
    </w:p>
    <w:p>
      <w:r>
        <w:t>status_500:错误: 笼位:hyb压测笼架109062441-2-J 已被使用，请刷新页面: 1</w:t>
      </w:r>
    </w:p>
    <w:p>
      <w:r>
        <w:t>status_500:错误: 笼位:hyb压测笼架118420090-8-H 已被使用，请刷新页面: 1</w:t>
      </w:r>
    </w:p>
    <w:p>
      <w:r>
        <w:t>status_500:错误: 笼位:hyb压测笼架109062441-3-A 已被使用，请刷新页面: 1</w:t>
      </w:r>
    </w:p>
    <w:p>
      <w:r>
        <w:t>status_500:错误: 笼位:hyb压测笼架118420090-8-I 已被使用，请刷新页面: 1</w:t>
      </w:r>
    </w:p>
    <w:p>
      <w:r>
        <w:t>status_500:错误: 笼位:hyb压测笼架109062441-3-B 已被使用，请刷新页面: 1</w:t>
      </w:r>
    </w:p>
    <w:p>
      <w:r>
        <w:t>status_500:错误: 笼位:hyb压测笼架118420090-8-J 已被使用，请刷新页面: 1</w:t>
      </w:r>
    </w:p>
    <w:p>
      <w:r>
        <w:t>status_500:错误: 笼位:hyb压测笼架109062441-3-C 已被使用，请刷新页面: 1</w:t>
      </w:r>
    </w:p>
    <w:p>
      <w:r>
        <w:t>status_500:错误: 笼位:hyb压测笼架118420090-9-A 已被使用，请刷新页面: 1</w:t>
      </w:r>
    </w:p>
    <w:p>
      <w:r>
        <w:t>status_500:错误: 笼位:hyb压测笼架109062441-3-D 已被使用，请刷新页面: 1</w:t>
      </w:r>
    </w:p>
    <w:p>
      <w:r>
        <w:t>status_500:错误: 笼位:hyb压测笼架118420090-9-B 已被使用，请刷新页面: 1</w:t>
      </w:r>
    </w:p>
    <w:p>
      <w:r>
        <w:t>status_500:错误: 笼位:hyb压测笼架109062441-3-E 已被使用，请刷新页面: 1</w:t>
      </w:r>
    </w:p>
    <w:p>
      <w:r>
        <w:t>status_500:错误: 笼位:hyb压测笼架118420090-9-C 已被使用，请刷新页面: 1</w:t>
      </w:r>
    </w:p>
    <w:p>
      <w:r>
        <w:t>status_500:错误: 笼位:hyb压测笼架109062441-3-F 已被使用，请刷新页面: 1</w:t>
      </w:r>
    </w:p>
    <w:p>
      <w:r>
        <w:t>status_500:错误: 笼位:hyb压测笼架118420090-9-D 已被使用，请刷新页面: 1</w:t>
      </w:r>
    </w:p>
    <w:p>
      <w:r>
        <w:t>status_500:错误: 笼位:hyb压测笼架109062441-3-G 已被使用，请刷新页面: 1</w:t>
      </w:r>
    </w:p>
    <w:p>
      <w:r>
        <w:t>status_500:错误: 笼位:hyb压测笼架118420090-9-E 已被使用，请刷新页面: 1</w:t>
      </w:r>
    </w:p>
    <w:p>
      <w:r>
        <w:t>status_500:错误: 笼位:hyb压测笼架109062441-3-H 已被使用，请刷新页面: 1</w:t>
      </w:r>
    </w:p>
    <w:p>
      <w:r>
        <w:t>status_500:错误: 笼位:hyb压测笼架118420090-9-F 已被使用，请刷新页面: 1</w:t>
      </w:r>
    </w:p>
    <w:p>
      <w:r>
        <w:t>status_500:错误: 笼位:hyb压测笼架109062441-3-I 已被使用，请刷新页面: 1</w:t>
      </w:r>
    </w:p>
    <w:p>
      <w:r>
        <w:t>status_500:错误: 笼位:hyb压测笼架118420090-9-G 已被使用，请刷新页面: 1</w:t>
      </w:r>
    </w:p>
    <w:p>
      <w:r>
        <w:t>status_500:错误: 笼位:hyb压测笼架109062441-3-J 已被使用，请刷新页面: 1</w:t>
      </w:r>
    </w:p>
    <w:p>
      <w:r>
        <w:t>status_500:错误: 笼位:hyb压测笼架118420090-9-H 已被使用，请刷新页面: 1</w:t>
      </w:r>
    </w:p>
    <w:p>
      <w:r>
        <w:t>status_500:错误: 笼位:hyb压测笼架109062441-4-A 已被使用，请刷新页面: 1</w:t>
      </w:r>
    </w:p>
    <w:p>
      <w:r>
        <w:t>status_500:错误: 笼位:hyb压测笼架118420090-9-I 已被使用，请刷新页面: 1</w:t>
      </w:r>
    </w:p>
    <w:p>
      <w:r>
        <w:t>status_500:错误: 笼位:hyb压测笼架109062441-4-B 已被使用，请刷新页面: 1</w:t>
      </w:r>
    </w:p>
    <w:p>
      <w:r>
        <w:t>status_500:错误: 笼位:hyb压测笼架118420090-9-J 已被使用，请刷新页面: 1</w:t>
      </w:r>
    </w:p>
    <w:p>
      <w:r>
        <w:t>status_500:错误: 笼位:hyb压测笼架109062441-4-C 已被使用，请刷新页面: 1</w:t>
      </w:r>
    </w:p>
    <w:p>
      <w:r>
        <w:t>status_500:错误: 笼位:hyb压测笼架118420090-10-A 已被使用，请刷新页面: 1</w:t>
      </w:r>
    </w:p>
    <w:p>
      <w:r>
        <w:t>status_500:错误: 笼位:hyb压测笼架118420090-10-B 已被使用，请刷新页面: 1</w:t>
      </w:r>
    </w:p>
    <w:p>
      <w:r>
        <w:t>status_500:错误: 笼位:hyb压测笼架109062441-4-D 已被使用，请刷新页面: 1</w:t>
      </w:r>
    </w:p>
    <w:p>
      <w:r>
        <w:t>status_500:错误: 笼位:hyb压测笼架118420090-10-C 已被使用，请刷新页面: 1</w:t>
      </w:r>
    </w:p>
    <w:p>
      <w:r>
        <w:t>status_500:错误: 笼位:hyb压测笼架109062441-4-E 已被使用，请刷新页面: 1</w:t>
      </w:r>
    </w:p>
    <w:p>
      <w:r>
        <w:t>status_500:错误: 笼位:hyb压测笼架118420090-10-D 已被使用，请刷新页面: 1</w:t>
      </w:r>
    </w:p>
    <w:p>
      <w:r>
        <w:t>status_500:错误: 笼位:hyb压测笼架109062441-4-F 已被使用，请刷新页面: 1</w:t>
      </w:r>
    </w:p>
    <w:p>
      <w:r>
        <w:t>status_500:错误: 笼位:hyb压测笼架109062441-4-G 已被使用，请刷新页面: 1</w:t>
      </w:r>
    </w:p>
    <w:p>
      <w:r>
        <w:t>status_500:错误: 笼位:hyb压测笼架118420090-10-E 已被使用，请刷新页面: 1</w:t>
      </w:r>
    </w:p>
    <w:p>
      <w:r>
        <w:t>status_500:错误: 笼位:hyb压测笼架118420090-10-F 已被使用，请刷新页面: 1</w:t>
      </w:r>
    </w:p>
    <w:p>
      <w:r>
        <w:t>status_500:错误: 笼位:hyb压测笼架109062441-4-H 已被使用，请刷新页面: 1</w:t>
      </w:r>
    </w:p>
    <w:p>
      <w:r>
        <w:t>status_500:错误: 笼位:hyb压测笼架118420090-10-G 已被使用，请刷新页面: 1</w:t>
      </w:r>
    </w:p>
    <w:p>
      <w:r>
        <w:t>status_500:错误: 笼位:hyb压测笼架109062441-4-I 已被使用，请刷新页面: 1</w:t>
      </w:r>
    </w:p>
    <w:p>
      <w:r>
        <w:t>status_500:错误: 笼位:hyb压测笼架118420090-10-H 已被使用，请刷新页面: 1</w:t>
      </w:r>
    </w:p>
    <w:p>
      <w:r>
        <w:t>status_500:错误: 笼位:hyb压测笼架109062441-4-J 已被使用，请刷新页面: 1</w:t>
      </w:r>
    </w:p>
    <w:p>
      <w:r>
        <w:t>status_500:错误: 笼位:hyb压测笼架109062441-5-A 已被使用，请刷新页面: 1</w:t>
      </w:r>
    </w:p>
    <w:p>
      <w:r>
        <w:t>status_500:错误: 笼位:hyb压测笼架109062441-5-C 已被使用，请刷新页面: 1</w:t>
      </w:r>
    </w:p>
    <w:p>
      <w:r>
        <w:t>status_500:错误: 笼位:hyb压测笼架118420090-10-I 已被使用，请刷新页面: 1</w:t>
      </w:r>
    </w:p>
    <w:p>
      <w:r>
        <w:t>status_500:错误: 笼位:hyb压测笼架109062441-5-B 已被使用，请刷新页面: 1</w:t>
      </w:r>
    </w:p>
    <w:p>
      <w:r>
        <w:t>status_500:错误: 笼位:hyb压测笼架118420090-10-J 已被使用，请刷新页面: 1</w:t>
      </w:r>
    </w:p>
    <w:p>
      <w:r>
        <w:t>status_500:错误: 笼位:hyb压测笼架109062441-5-D 已被使用，请刷新页面: 1</w:t>
      </w:r>
    </w:p>
    <w:p>
      <w:r>
        <w:t>status_500:错误: 笼位:hyb压测笼架109062441-5-E 已被使用，请刷新页面: 1</w:t>
      </w:r>
    </w:p>
    <w:p>
      <w:r>
        <w:t>status_500:错误: 笼位:hyb压测笼架109062441-5-F 已被使用，请刷新页面: 1</w:t>
      </w:r>
    </w:p>
    <w:p>
      <w:r>
        <w:t>status_500:错误: 笼位:hyb压测笼架109062441-5-G 已被使用，请刷新页面: 1</w:t>
      </w:r>
    </w:p>
    <w:p>
      <w:r>
        <w:t>status_500:错误: 笼位:hyb压测笼架109062441-5-H 已被使用，请刷新页面: 1</w:t>
      </w:r>
    </w:p>
    <w:p>
      <w:r>
        <w:t>status_500:错误: 笼位:hyb压测笼架109062441-5-J 已被使用，请刷新页面: 1</w:t>
      </w:r>
    </w:p>
    <w:p>
      <w:r>
        <w:t>status_500:错误: 笼位:hyb压测笼架109062441-5-I 已被使用，请刷新页面: 1</w:t>
      </w:r>
    </w:p>
    <w:p>
      <w:r>
        <w:t>status_500:错误: 笼位:hyb压测笼架109062441-6-A 已被使用，请刷新页面: 1</w:t>
      </w:r>
    </w:p>
    <w:p>
      <w:r>
        <w:t>status_500:错误: 笼位:hyb压测笼架109062441-6-B 已被使用，请刷新页面: 1</w:t>
      </w:r>
    </w:p>
    <w:p>
      <w:r>
        <w:t>status_500:错误: 笼位:hyb压测笼架109062441-6-C 已被使用，请刷新页面: 1</w:t>
      </w:r>
    </w:p>
    <w:p>
      <w:r>
        <w:t>status_500:错误: 笼位:hyb压测笼架109062441-6-D 已被使用，请刷新页面: 1</w:t>
      </w:r>
    </w:p>
    <w:p>
      <w:r>
        <w:t>status_500:错误: 笼位:hyb压测笼架109062441-6-E 已被使用，请刷新页面: 1</w:t>
      </w:r>
    </w:p>
    <w:p>
      <w:r>
        <w:t>status_500:错误: 笼位:hyb压测笼架109062441-6-F 已被使用，请刷新页面: 1</w:t>
      </w:r>
    </w:p>
    <w:p>
      <w:r>
        <w:t>status_500:错误: 笼位:hyb压测笼架109062441-6-H 已被使用，请刷新页面: 1</w:t>
      </w:r>
    </w:p>
    <w:p>
      <w:r>
        <w:t>status_500:错误: 笼位:hyb压测笼架109062441-6-G 已被使用，请刷新页面: 1</w:t>
      </w:r>
    </w:p>
    <w:p>
      <w:r>
        <w:t>status_500:错误: 笼位:hyb压测笼架109062441-6-J 已被使用，请刷新页面: 1</w:t>
      </w:r>
    </w:p>
    <w:p>
      <w:r>
        <w:t>status_500:错误: 笼位:hyb压测笼架109062441-6-I 已被使用，请刷新页面: 1</w:t>
      </w:r>
    </w:p>
    <w:p>
      <w:r>
        <w:t>status_500:错误: 笼位:hyb压测笼架109062441-7-A 已被使用，请刷新页面: 1</w:t>
      </w:r>
    </w:p>
    <w:p>
      <w:r>
        <w:t>status_500:错误: 笼位:hyb压测笼架109062441-7-B 已被使用，请刷新页面: 1</w:t>
      </w:r>
    </w:p>
    <w:p>
      <w:r>
        <w:t>status_500:错误: 笼位:hyb压测笼架109062441-7-C 已被使用，请刷新页面: 1</w:t>
      </w:r>
    </w:p>
    <w:p>
      <w:r>
        <w:t>status_500:错误: 笼位:hyb压测笼架109062441-7-D 已被使用，请刷新页面: 1</w:t>
      </w:r>
    </w:p>
    <w:p>
      <w:r>
        <w:t>status_500:错误: 笼位:hyb压测笼架109062441-7-F 已被使用，请刷新页面: 1</w:t>
      </w:r>
    </w:p>
    <w:p>
      <w:r>
        <w:t>status_500:错误: 笼位:hyb压测笼架109062441-7-E 已被使用，请刷新页面: 1</w:t>
      </w:r>
    </w:p>
    <w:p>
      <w:r>
        <w:t>status_500:错误: 笼位:hyb压测笼架109062441-7-I 已被使用，请刷新页面: 1</w:t>
      </w:r>
    </w:p>
    <w:p>
      <w:r>
        <w:t>status_500:错误: 笼位:hyb压测笼架109062441-7-G 已被使用，请刷新页面: 1</w:t>
      </w:r>
    </w:p>
    <w:p>
      <w:r>
        <w:t>status_500:错误: 笼位:hyb压测笼架109062441-7-H 已被使用，请刷新页面: 1</w:t>
      </w:r>
    </w:p>
    <w:p>
      <w:r>
        <w:t>status_500:错误: 笼位:hyb压测笼架109062441-7-J 已被使用，请刷新页面: 1</w:t>
      </w:r>
    </w:p>
    <w:p>
      <w:r>
        <w:t>status_500:错误: 笼位:hyb压测笼架109062441-8-A 已被使用，请刷新页面: 1</w:t>
      </w:r>
    </w:p>
    <w:p>
      <w:r>
        <w:t>status_500:错误: 笼位:hyb压测笼架109062441-8-B 已被使用，请刷新页面: 1</w:t>
      </w:r>
    </w:p>
    <w:p>
      <w:r>
        <w:t>status_500:错误: 笼位:hyb压测笼架109062441-8-G 已被使用，请刷新页面: 1</w:t>
      </w:r>
    </w:p>
    <w:p>
      <w:r>
        <w:t>status_500:错误: 笼位:hyb压测笼架109062441-8-E 已被使用，请刷新页面: 1</w:t>
      </w:r>
    </w:p>
    <w:p>
      <w:r>
        <w:t>status_500:错误: 笼位:hyb压测笼架109062441-8-C 已被使用，请刷新页面: 1</w:t>
      </w:r>
    </w:p>
    <w:p>
      <w:r>
        <w:t>status_500:错误: 笼位:hyb压测笼架109062441-8-D 已被使用，请刷新页面: 1</w:t>
      </w:r>
    </w:p>
    <w:p>
      <w:r>
        <w:t>status_500:错误: 笼位:hyb压测笼架109062441-8-F 已被使用，请刷新页面: 1</w:t>
      </w:r>
    </w:p>
    <w:p>
      <w:r>
        <w:t>status_500:错误: 笼位:hyb压测笼架109062441-8-I 已被使用，请刷新页面: 1</w:t>
      </w:r>
    </w:p>
    <w:p>
      <w:r>
        <w:t>status_500:错误: 笼位:hyb压测笼架109062441-8-H 已被使用，请刷新页面: 1</w:t>
      </w:r>
    </w:p>
    <w:p>
      <w:r>
        <w:t>status_500:错误: 笼位:hyb压测笼架109062441-9-A 已被使用，请刷新页面: 1</w:t>
      </w:r>
    </w:p>
    <w:p>
      <w:r>
        <w:t>status_500:错误: 笼位:hyb压测笼架109062441-8-J 已被使用，请刷新页面: 1</w:t>
      </w:r>
    </w:p>
    <w:p>
      <w:r>
        <w:t>status_500:错误: 笼位:hyb压测笼架109062441-9-B 已被使用，请刷新页面: 1</w:t>
      </w:r>
    </w:p>
    <w:p>
      <w:r>
        <w:t>status_500:错误: 笼位:hyb压测笼架109062441-9-C 已被使用，请刷新页面: 1</w:t>
      </w:r>
    </w:p>
    <w:p>
      <w:r>
        <w:t>status_500:错误: 笼位:hyb压测笼架109062441-9-F 已被使用，请刷新页面: 1</w:t>
      </w:r>
    </w:p>
    <w:p>
      <w:r>
        <w:t>status_500:错误: 笼位:hyb压测笼架109062441-9-E 已被使用，请刷新页面: 1</w:t>
      </w:r>
    </w:p>
    <w:p>
      <w:r>
        <w:t>status_500:错误: 笼位:hyb压测笼架109062441-9-D 已被使用，请刷新页面: 1</w:t>
      </w:r>
    </w:p>
    <w:p>
      <w:r>
        <w:t>status_500:错误: 笼位:hyb压测笼架109062441-9-G 已被使用，请刷新页面: 1</w:t>
      </w:r>
    </w:p>
    <w:p>
      <w:r>
        <w:t>status_500:错误: 笼位:hyb压测笼架109062441-9-H 已被使用，请刷新页面: 1</w:t>
      </w:r>
    </w:p>
    <w:p>
      <w:r>
        <w:t>status_500:错误: 笼位:hyb压测笼架109062441-9-I 已被使用，请刷新页面: 1</w:t>
      </w:r>
    </w:p>
    <w:p>
      <w:r>
        <w:t>status_500:错误: 笼位:hyb压测笼架109062441-9-J 已被使用，请刷新页面: 1</w:t>
      </w:r>
    </w:p>
    <w:p>
      <w:r>
        <w:t>status_500:错误: 笼位:hyb压测笼架109062441-10-A 已被使用，请刷新页面: 1</w:t>
      </w:r>
    </w:p>
    <w:p>
      <w:r>
        <w:t>status_500:错误: 笼位:hyb压测笼架109062441-10-B 已被使用，请刷新页面: 1</w:t>
      </w:r>
    </w:p>
    <w:p>
      <w:r>
        <w:t>status_500:错误: 笼位:hyb压测笼架109062441-10-C 已被使用，请刷新页面: 1</w:t>
      </w:r>
    </w:p>
    <w:p>
      <w:r>
        <w:t>status_500:错误: 笼位:hyb压测笼架109062441-10-E 已被使用，请刷新页面: 1</w:t>
      </w:r>
    </w:p>
    <w:p>
      <w:r>
        <w:t>status_500:错误: 笼位:hyb压测笼架109062441-10-D 已被使用，请刷新页面: 1</w:t>
      </w:r>
    </w:p>
    <w:p>
      <w:r>
        <w:t>status_500:错误: 笼位:hyb压测笼架109062441-10-F 已被使用，请刷新页面: 1</w:t>
      </w:r>
    </w:p>
    <w:p>
      <w:r>
        <w:t>status_500:错误: 笼位:hyb压测笼架109062441-10-G 已被使用，请刷新页面: 1</w:t>
      </w:r>
    </w:p>
    <w:p>
      <w:r>
        <w:t>status_500:错误: 笼位:hyb压测笼架109062441-10-I 已被使用，请刷新页面: 1</w:t>
      </w:r>
    </w:p>
    <w:p>
      <w:r>
        <w:t>status_500:错误: 笼位:hyb压测笼架109062441-10-H 已被使用，请刷新页面: 1</w:t>
      </w:r>
    </w:p>
    <w:p>
      <w:r>
        <w:t>status_500:错误: 笼位:hyb压测笼架110621470-1-A 已被使用，请刷新页面: 1</w:t>
      </w:r>
    </w:p>
    <w:p>
      <w:r>
        <w:t>status_500:错误: 笼位:hyb压测笼架109062441-10-J 已被使用，请刷新页面: 1</w:t>
      </w:r>
    </w:p>
    <w:p>
      <w:r>
        <w:t>status_500:错误: 笼位:hyb压测笼架110621470-1-C 已被使用，请刷新页面: 1</w:t>
      </w:r>
    </w:p>
    <w:p>
      <w:r>
        <w:t>status_500:错误: 笼位:hyb压测笼架110621470-1-D 已被使用，请刷新页面: 1</w:t>
      </w:r>
    </w:p>
    <w:p>
      <w:r>
        <w:t>status_500:错误: 笼位:hyb压测笼架110621470-1-B 已被使用，请刷新页面: 1</w:t>
      </w:r>
    </w:p>
    <w:p>
      <w:r>
        <w:t>status_500:错误: 笼位:hyb压测笼架110621470-1-E 已被使用，请刷新页面: 1</w:t>
      </w:r>
    </w:p>
    <w:p>
      <w:r>
        <w:t>status_500:错误: 笼位:hyb压测笼架110621470-1-F 已被使用，请刷新页面: 1</w:t>
      </w:r>
    </w:p>
    <w:p>
      <w:r>
        <w:t>status_500:错误: 笼位:hyb压测笼架110621470-1-G 已被使用，请刷新页面: 1</w:t>
      </w:r>
    </w:p>
    <w:p>
      <w:r>
        <w:t>status_500:错误: 笼位:hyb压测笼架110621470-1-I 已被使用，请刷新页面: 1</w:t>
      </w:r>
    </w:p>
    <w:p>
      <w:r>
        <w:t>status_500:错误: 笼位:hyb压测笼架110621470-1-H 已被使用，请刷新页面: 1</w:t>
      </w:r>
    </w:p>
    <w:p>
      <w:r>
        <w:t>status_500:错误: 笼位:hyb压测笼架110621470-1-J 已被使用，请刷新页面: 1</w:t>
      </w:r>
    </w:p>
    <w:p>
      <w:r>
        <w:t>status_500:错误: 笼位:hyb压测笼架110621470-2-A 已被使用，请刷新页面: 1</w:t>
      </w:r>
    </w:p>
    <w:p>
      <w:r>
        <w:t>status_500:错误: 笼位:hyb压测笼架110621470-2-B 已被使用，请刷新页面: 1</w:t>
      </w:r>
    </w:p>
    <w:p>
      <w:r>
        <w:t>status_500:错误: 笼位:hyb压测笼架110621470-2-C 已被使用，请刷新页面: 1</w:t>
      </w:r>
    </w:p>
    <w:p>
      <w:r>
        <w:t>status_500:错误: 笼位:hyb压测笼架110621470-2-D 已被使用，请刷新页面: 1</w:t>
      </w:r>
    </w:p>
    <w:p>
      <w:r>
        <w:t>status_500:错误: 笼位:hyb压测笼架110621470-2-F 已被使用，请刷新页面: 1</w:t>
      </w:r>
    </w:p>
    <w:p>
      <w:r>
        <w:t>status_500:错误: 笼位:hyb压测笼架110621470-2-E 已被使用，请刷新页面: 1</w:t>
      </w:r>
    </w:p>
    <w:p>
      <w:r>
        <w:t>status_500:错误: 笼位:hyb压测笼架110621470-2-G 已被使用，请刷新页面: 1</w:t>
      </w:r>
    </w:p>
    <w:p>
      <w:r>
        <w:t>status_500:错误: 笼位:hyb压测笼架110621470-2-H 已被使用，请刷新页面: 1</w:t>
      </w:r>
    </w:p>
    <w:p>
      <w:r>
        <w:t>status_500:错误: 笼位:hyb压测笼架110621470-2-I 已被使用，请刷新页面: 1</w:t>
      </w:r>
    </w:p>
    <w:p>
      <w:r>
        <w:t>status_500:错误: 笼位:hyb压测笼架110621470-2-J 已被使用，请刷新页面: 1</w:t>
      </w:r>
    </w:p>
    <w:p>
      <w:r>
        <w:t>status_500:错误: 笼位:hyb压测笼架110621470-3-A 已被使用，请刷新页面: 1</w:t>
      </w:r>
    </w:p>
    <w:p>
      <w:r>
        <w:t>status_500:错误: 笼位:hyb压测笼架110621470-3-B 已被使用，请刷新页面: 1</w:t>
      </w:r>
    </w:p>
    <w:p>
      <w:r>
        <w:t>status_500:错误: 笼位:hyb压测笼架110621470-3-D 已被使用，请刷新页面: 1</w:t>
      </w:r>
    </w:p>
    <w:p>
      <w:r>
        <w:t>status_500:错误: 笼位:hyb压测笼架110621470-3-E 已被使用，请刷新页面: 1</w:t>
      </w:r>
    </w:p>
    <w:p>
      <w:r>
        <w:t>status_500:错误: 笼位:hyb压测笼架110621470-3-C 已被使用，请刷新页面: 1</w:t>
      </w:r>
    </w:p>
    <w:p>
      <w:r>
        <w:t>status_500:错误: 笼位:hyb压测笼架110621470-3-F 已被使用，请刷新页面: 1</w:t>
      </w:r>
    </w:p>
    <w:p>
      <w:r>
        <w:t>status_500:错误: 笼位:hyb压测笼架110621470-3-G 已被使用，请刷新页面: 1</w:t>
      </w:r>
    </w:p>
    <w:p>
      <w:r>
        <w:t>status_500:错误: 笼位:hyb压测笼架110621470-3-I 已被使用，请刷新页面: 1</w:t>
      </w:r>
    </w:p>
    <w:p>
      <w:r>
        <w:t>status_500:错误: 笼位:hyb压测笼架110621470-3-H 已被使用，请刷新页面: 1</w:t>
      </w:r>
    </w:p>
    <w:p>
      <w:r>
        <w:t>status_500:错误: 笼位:hyb压测笼架110621470-3-J 已被使用，请刷新页面: 1</w:t>
      </w:r>
    </w:p>
    <w:p>
      <w:r>
        <w:t>status_500:错误: 笼位:hyb压测笼架110621470-4-A 已被使用，请刷新页面: 1</w:t>
      </w:r>
    </w:p>
    <w:p>
      <w:r>
        <w:t>status_500:错误: 笼位:hyb压测笼架110621470-4-B 已被使用，请刷新页面: 1</w:t>
      </w:r>
    </w:p>
    <w:p>
      <w:r>
        <w:t>status_500:错误: 笼位:hyb压测笼架110621470-4-D 已被使用，请刷新页面: 1</w:t>
      </w:r>
    </w:p>
    <w:p>
      <w:r>
        <w:t>status_500:错误: 笼位:hyb压测笼架110621470-4-C 已被使用，请刷新页面: 1</w:t>
      </w:r>
    </w:p>
    <w:p>
      <w:r>
        <w:t>status_500:错误: 笼位:hyb压测笼架110621470-4-E 已被使用，请刷新页面: 1</w:t>
      </w:r>
    </w:p>
    <w:p>
      <w:r>
        <w:t>status_500:错误: 笼位:hyb压测笼架110621470-4-G 已被使用，请刷新页面: 1</w:t>
      </w:r>
    </w:p>
    <w:p>
      <w:r>
        <w:t>status_500:错误: 笼位:hyb压测笼架110621470-4-F 已被使用，请刷新页面: 1</w:t>
      </w:r>
    </w:p>
    <w:p>
      <w:r>
        <w:t>status_500:错误: 笼位:hyb压测笼架110621470-4-H 已被使用，请刷新页面: 1</w:t>
      </w:r>
    </w:p>
    <w:p>
      <w:r>
        <w:t>status_500:错误: 笼位:hyb压测笼架110621470-4-I 已被使用，请刷新页面: 1</w:t>
      </w:r>
    </w:p>
    <w:p>
      <w:r>
        <w:t>status_500:错误: 笼位:hyb压测笼架110621470-4-J 已被使用，请刷新页面: 1</w:t>
      </w:r>
    </w:p>
    <w:p>
      <w:r>
        <w:t>status_500:错误: 笼位:hyb压测笼架110621470-5-D 已被使用，请刷新页面: 1</w:t>
      </w:r>
    </w:p>
    <w:p>
      <w:r>
        <w:t>status_500:错误: 笼位:hyb压测笼架110621470-5-A 已被使用，请刷新页面: 1</w:t>
      </w:r>
    </w:p>
    <w:p>
      <w:r>
        <w:t>status_500:错误: 笼位:hyb压测笼架110621470-5-B 已被使用，请刷新页面: 1</w:t>
      </w:r>
    </w:p>
    <w:p>
      <w:r>
        <w:t>status_500:错误: 笼位:hyb压测笼架110621470-5-C 已被使用，请刷新页面: 1</w:t>
      </w:r>
    </w:p>
    <w:p>
      <w:r>
        <w:t>status_500:错误: 笼位:hyb压测笼架110621470-5-E 已被使用，请刷新页面: 1</w:t>
      </w:r>
    </w:p>
    <w:p>
      <w:r>
        <w:t>status_500:错误: 笼位:hyb压测笼架110621470-5-G 已被使用，请刷新页面: 1</w:t>
      </w:r>
    </w:p>
    <w:p>
      <w:r>
        <w:t>status_500:错误: 笼位:hyb压测笼架110621470-5-F 已被使用，请刷新页面: 1</w:t>
      </w:r>
    </w:p>
    <w:p>
      <w:r>
        <w:t>status_500:错误: 笼位:hyb压测笼架110621470-5-H 已被使用，请刷新页面: 1</w:t>
      </w:r>
    </w:p>
    <w:p>
      <w:r>
        <w:t>status_500:错误: 笼位:hyb压测笼架110621470-5-I 已被使用，请刷新页面: 1</w:t>
      </w:r>
    </w:p>
    <w:p>
      <w:r>
        <w:t>status_500:错误: 笼位:hyb压测笼架110621470-5-J 已被使用，请刷新页面: 1</w:t>
      </w:r>
    </w:p>
    <w:p>
      <w:r>
        <w:t>status_500:错误: 笼位:hyb压测笼架110621470-6-A 已被使用，请刷新页面: 1</w:t>
      </w:r>
    </w:p>
    <w:p>
      <w:r>
        <w:t>status_500:错误: 笼位:hyb压测笼架110621470-6-B 已被使用，请刷新页面: 1</w:t>
      </w:r>
    </w:p>
    <w:p>
      <w:r>
        <w:t>status_500:错误: 笼位:hyb压测笼架110621470-6-C 已被使用，请刷新页面: 1</w:t>
      </w:r>
    </w:p>
    <w:p>
      <w:r>
        <w:t>status_500:错误: 笼位:hyb压测笼架110621470-6-D 已被使用，请刷新页面: 1</w:t>
      </w:r>
    </w:p>
    <w:p>
      <w:r>
        <w:t>status_500:错误: 笼位:hyb压测笼架110621470-6-E 已被使用，请刷新页面: 1</w:t>
      </w:r>
    </w:p>
    <w:p>
      <w:r>
        <w:t>status_500:错误: 笼位:hyb压测笼架110621470-6-F 已被使用，请刷新页面: 1</w:t>
      </w:r>
    </w:p>
    <w:p>
      <w:r>
        <w:t>status_500:错误: 笼位:hyb压测笼架110621470-6-G 已被使用，请刷新页面: 1</w:t>
      </w:r>
    </w:p>
    <w:p>
      <w:r>
        <w:t>status_500:错误: 笼位:hyb压测笼架110621470-6-H 已被使用，请刷新页面: 1</w:t>
      </w:r>
    </w:p>
    <w:p>
      <w:r>
        <w:t>status_500:错误: 笼位:hyb压测笼架110621470-6-I 已被使用，请刷新页面: 1</w:t>
      </w:r>
    </w:p>
    <w:p>
      <w:r>
        <w:t>status_500:错误: 笼位:hyb压测笼架110621470-7-A 已被使用，请刷新页面: 1</w:t>
      </w:r>
    </w:p>
    <w:p>
      <w:r>
        <w:t>status_500:错误: 笼位:hyb压测笼架110621470-6-J 已被使用，请刷新页面: 1</w:t>
      </w:r>
    </w:p>
    <w:p>
      <w:r>
        <w:t>status_500:错误: 笼位:hyb压测笼架110621470-7-C 已被使用，请刷新页面: 1</w:t>
      </w:r>
    </w:p>
    <w:p>
      <w:r>
        <w:t>status_500:错误: 笼位:hyb压测笼架110621470-7-B 已被使用，请刷新页面: 1</w:t>
      </w:r>
    </w:p>
    <w:p>
      <w:r>
        <w:t>status_500:错误: 笼位:hyb压测笼架110621470-7-D 已被使用，请刷新页面: 1</w:t>
      </w:r>
    </w:p>
    <w:p>
      <w:r>
        <w:t>status_500:错误: 笼位:hyb压测笼架110621470-7-E 已被使用，请刷新页面: 1</w:t>
      </w:r>
    </w:p>
    <w:p>
      <w:r>
        <w:t>status_500:错误: 笼位:hyb压测笼架110621470-7-F 已被使用，请刷新页面: 1</w:t>
      </w:r>
    </w:p>
    <w:p>
      <w:r>
        <w:t>status_500:错误: 笼位:hyb压测笼架110621470-7-G 已被使用，请刷新页面: 1</w:t>
      </w:r>
    </w:p>
    <w:p>
      <w:r>
        <w:t>status_500:错误: 笼位:hyb压测笼架110621470-7-I 已被使用，请刷新页面: 1</w:t>
      </w:r>
    </w:p>
    <w:p>
      <w:r>
        <w:t>status_500:错误: 笼位:hyb压测笼架110621470-7-H 已被使用，请刷新页面: 1</w:t>
      </w:r>
    </w:p>
    <w:p>
      <w:r>
        <w:t>status_500:错误: 笼位:hyb压测笼架110621470-7-J 已被使用，请刷新页面: 1</w:t>
      </w:r>
    </w:p>
    <w:p>
      <w:r>
        <w:t>status_500:错误: 笼位:hyb压测笼架110621470-8-A 已被使用，请刷新页面: 1</w:t>
      </w:r>
    </w:p>
    <w:p>
      <w:r>
        <w:t>status_500:错误: 笼位:hyb压测笼架110621470-8-B 已被使用，请刷新页面: 1</w:t>
      </w:r>
    </w:p>
    <w:p>
      <w:r>
        <w:t>status_500:错误: 笼位:hyb压测笼架110621470-8-C 已被使用，请刷新页面: 1</w:t>
      </w:r>
    </w:p>
    <w:p>
      <w:r>
        <w:t>status_500:错误: 笼位:hyb压测笼架110621470-8-D 已被使用，请刷新页面: 1</w:t>
      </w:r>
    </w:p>
    <w:p>
      <w:r>
        <w:t>status_500:错误: 笼位:hyb压测笼架110621470-8-F 已被使用，请刷新页面: 1</w:t>
      </w:r>
    </w:p>
    <w:p>
      <w:r>
        <w:t>status_500:错误: 笼位:hyb压测笼架110621470-8-G 已被使用，请刷新页面: 1</w:t>
      </w:r>
    </w:p>
    <w:p>
      <w:r>
        <w:t>status_500:错误: 笼位:hyb压测笼架110621470-8-E 已被使用，请刷新页面: 1</w:t>
      </w:r>
    </w:p>
    <w:p>
      <w:r>
        <w:t>status_500:错误: 笼位:hyb压测笼架110621470-8-H 已被使用，请刷新页面: 1</w:t>
      </w:r>
    </w:p>
    <w:p>
      <w:r>
        <w:t>status_500:错误: 笼位:hyb压测笼架110621470-8-I 已被使用，请刷新页面: 1</w:t>
      </w:r>
    </w:p>
    <w:p>
      <w:r>
        <w:t>status_500:错误: 笼位:hyb压测笼架110621470-9-A 已被使用，请刷新页面: 1</w:t>
      </w:r>
    </w:p>
    <w:p>
      <w:r>
        <w:t>status_500:错误: 笼位:hyb压测笼架110621470-8-J 已被使用，请刷新页面: 1</w:t>
      </w:r>
    </w:p>
    <w:p>
      <w:r>
        <w:t>status_500:错误: 笼位:hyb压测笼架110621470-9-C 已被使用，请刷新页面: 1</w:t>
      </w:r>
    </w:p>
    <w:p>
      <w:r>
        <w:t>status_500:错误: 笼位:hyb压测笼架110621470-9-B 已被使用，请刷新页面: 1</w:t>
      </w:r>
    </w:p>
    <w:p>
      <w:r>
        <w:t>status_500:错误: 笼位:hyb压测笼架110621470-9-D 已被使用，请刷新页面: 1</w:t>
      </w:r>
    </w:p>
    <w:p>
      <w:r>
        <w:t>status_500:错误: 笼位:hyb压测笼架110621470-9-F 已被使用，请刷新页面: 1</w:t>
      </w:r>
    </w:p>
    <w:p>
      <w:r>
        <w:t>status_500:错误: 笼位:hyb压测笼架110621470-9-E 已被使用，请刷新页面: 1</w:t>
      </w:r>
    </w:p>
    <w:p>
      <w:r>
        <w:t>status_500:错误: 笼位:hyb压测笼架110621470-9-G 已被使用，请刷新页面: 1</w:t>
      </w:r>
    </w:p>
    <w:p>
      <w:r>
        <w:t>status_500:错误: 笼位:hyb压测笼架110621470-9-H 已被使用，请刷新页面: 1</w:t>
      </w:r>
    </w:p>
    <w:p>
      <w:r>
        <w:t>status_500:错误: 笼位:hyb压测笼架110621470-9-I 已被使用，请刷新页面: 1</w:t>
      </w:r>
    </w:p>
    <w:p>
      <w:r>
        <w:t>status_500:错误: 笼位:hyb压测笼架110621470-9-J 已被使用，请刷新页面: 1</w:t>
      </w:r>
    </w:p>
    <w:p>
      <w:r>
        <w:t>status_500:错误: 笼位:hyb压测笼架110621470-10-B 已被使用，请刷新页面: 1</w:t>
      </w:r>
    </w:p>
    <w:p>
      <w:r>
        <w:t>status_500:错误: 笼位:hyb压测笼架110621470-10-C 已被使用，请刷新页面: 1</w:t>
      </w:r>
    </w:p>
    <w:p>
      <w:r>
        <w:t>status_500:错误: 笼位:hyb压测笼架110621470-10-E 已被使用，请刷新页面: 1</w:t>
      </w:r>
    </w:p>
    <w:p>
      <w:r>
        <w:t>status_500:错误: 笼位:hyb压测笼架110621470-10-D 已被使用，请刷新页面: 1</w:t>
      </w:r>
    </w:p>
    <w:p>
      <w:r>
        <w:t>status_500:错误: 笼位:hyb压测笼架110621470-10-A 已被使用，请刷新页面: 1</w:t>
      </w:r>
    </w:p>
    <w:p>
      <w:r>
        <w:t>status_500:错误: 笼位:hyb压测笼架110621470-10-F 已被使用，请刷新页面: 1</w:t>
      </w:r>
    </w:p>
    <w:p>
      <w:r>
        <w:t>status_500:错误: 笼位:hyb压测笼架110621470-10-G 已被使用，请刷新页面: 1</w:t>
      </w:r>
    </w:p>
    <w:p>
      <w:r>
        <w:t>status_500:错误: 笼位:hyb压测笼架110621470-10-H 已被使用，请刷新页面: 1</w:t>
      </w:r>
    </w:p>
    <w:p>
      <w:r>
        <w:t>status_500:错误: 笼位:hyb压测笼架110621470-10-I 已被使用，请刷新页面: 1</w:t>
      </w:r>
    </w:p>
    <w:p>
      <w:r>
        <w:t>status_500:错误: 笼位:hyb压测笼架110249342-1-A 已被使用，请刷新页面: 1</w:t>
      </w:r>
    </w:p>
    <w:p>
      <w:r>
        <w:t>status_500:错误: 笼位:hyb压测笼架110249342-1-C 已被使用，请刷新页面: 1</w:t>
      </w:r>
    </w:p>
    <w:p>
      <w:r>
        <w:t>status_500:错误: 笼位:hyb压测笼架110249342-1-B 已被使用，请刷新页面: 1</w:t>
      </w:r>
    </w:p>
    <w:p>
      <w:r>
        <w:t>status_500:错误: 笼位:hyb压测笼架110249342-1-D 已被使用，请刷新页面: 1</w:t>
      </w:r>
    </w:p>
    <w:p>
      <w:r>
        <w:t>status_500:错误: 笼位:hyb压测笼架110249342-1-E 已被使用，请刷新页面: 1</w:t>
      </w:r>
    </w:p>
    <w:p>
      <w:r>
        <w:t>status_500:错误: 笼位:hyb压测笼架110249342-1-F 已被使用，请刷新页面: 1</w:t>
      </w:r>
    </w:p>
    <w:p>
      <w:r>
        <w:t>status_500:错误: 笼位:hyb压测笼架110249342-1-H 已被使用，请刷新页面: 1</w:t>
      </w:r>
    </w:p>
    <w:p>
      <w:r>
        <w:t>status_500:错误: 笼位:hyb压测笼架110249342-1-G 已被使用，请刷新页面: 1</w:t>
      </w:r>
    </w:p>
    <w:p>
      <w:r>
        <w:t>status_500:错误: 笼位:hyb压测笼架110249342-1-I 已被使用，请刷新页面: 1</w:t>
      </w:r>
    </w:p>
    <w:p>
      <w:r>
        <w:t>status_500:错误: 笼位:hyb压测笼架110249342-2-A 已被使用，请刷新页面: 1</w:t>
      </w:r>
    </w:p>
    <w:p>
      <w:r>
        <w:t>status_500:错误: 笼位:hyb压测笼架110249342-1-J 已被使用，请刷新页面: 1</w:t>
      </w:r>
    </w:p>
    <w:p>
      <w:r>
        <w:t>status_500:错误: 笼位:hyb压测笼架110249342-2-B 已被使用，请刷新页面: 1</w:t>
      </w:r>
    </w:p>
    <w:p>
      <w:r>
        <w:t>status_500:错误: 笼位:hyb压测笼架110249342-2-C 已被使用，请刷新页面: 1</w:t>
      </w:r>
    </w:p>
    <w:p>
      <w:r>
        <w:t>status_500:错误: 笼位:hyb压测笼架110249342-2-D 已被使用，请刷新页面: 1</w:t>
      </w:r>
    </w:p>
    <w:p>
      <w:r>
        <w:t>status_500:错误: 笼位:hyb压测笼架110621470-10-J 已被使用，请刷新页面: 1</w:t>
      </w:r>
    </w:p>
    <w:p>
      <w:r>
        <w:t>status_500:错误: 笼位:hyb压测笼架110249342-2-F 已被使用，请刷新页面: 1</w:t>
      </w:r>
    </w:p>
    <w:p>
      <w:r>
        <w:t>status_500:错误: 笼位:hyb压测笼架110249342-2-E 已被使用，请刷新页面: 1</w:t>
      </w:r>
    </w:p>
    <w:p>
      <w:r>
        <w:t>status_500:错误: 笼位:hyb压测笼架110249342-2-G 已被使用，请刷新页面: 1</w:t>
      </w:r>
    </w:p>
    <w:p>
      <w:r>
        <w:t>status_500:错误: 笼位:hyb压测笼架110249342-2-H 已被使用，请刷新页面: 1</w:t>
      </w:r>
    </w:p>
    <w:p>
      <w:r>
        <w:t>status_500:错误: 笼位:hyb压测笼架110249342-2-I 已被使用，请刷新页面: 1</w:t>
      </w:r>
    </w:p>
    <w:p>
      <w:r>
        <w:t>status_500:错误: 笼位:hyb压测笼架110249342-2-J 已被使用，请刷新页面: 1</w:t>
      </w:r>
    </w:p>
    <w:p>
      <w:r>
        <w:t>status_500:错误: 笼位:hyb压测笼架110249342-4-J 已被使用，请刷新页面: 1</w:t>
      </w:r>
    </w:p>
    <w:p>
      <w:r>
        <w:t>status_500:错误: 笼位:hyb压测笼架110249342-3-A 已被使用，请刷新页面: 1</w:t>
      </w:r>
    </w:p>
    <w:p>
      <w:r>
        <w:t>status_500:错误: 笼位:hyb压测笼架110249342-3-C 已被使用，请刷新页面: 1</w:t>
      </w:r>
    </w:p>
    <w:p>
      <w:r>
        <w:t>status_500:错误: 笼位:hyb压测笼架110249342-3-B 已被使用，请刷新页面: 1</w:t>
      </w:r>
    </w:p>
    <w:p>
      <w:r>
        <w:t>status_500:错误: 笼位:hyb压测笼架110249342-3-E 已被使用，请刷新页面: 1</w:t>
      </w:r>
    </w:p>
    <w:p>
      <w:r>
        <w:t>status_500:错误: 笼位:hyb压测笼架110249342-3-D 已被使用，请刷新页面: 1</w:t>
      </w:r>
    </w:p>
    <w:p>
      <w:r>
        <w:t>status_500:错误: 笼位:hyb压测笼架110249342-3-F 已被使用，请刷新页面: 1</w:t>
      </w:r>
    </w:p>
    <w:p>
      <w:r>
        <w:t>status_500:错误: 笼位:hyb压测笼架110249342-3-G 已被使用，请刷新页面: 1</w:t>
      </w:r>
    </w:p>
    <w:p>
      <w:r>
        <w:t>status_500:错误: 笼位:hyb压测笼架110249342-3-I 已被使用，请刷新页面: 1</w:t>
      </w:r>
    </w:p>
    <w:p>
      <w:r>
        <w:t>status_500:错误: 笼位:hyb压测笼架110249342-3-H 已被使用，请刷新页面: 1</w:t>
      </w:r>
    </w:p>
    <w:p>
      <w:r>
        <w:t>status_500:错误: 笼位:hyb压测笼架110249342-3-J 已被使用，请刷新页面: 1</w:t>
      </w:r>
    </w:p>
    <w:p>
      <w:r>
        <w:t>status_500:错误: 笼位:hyb压测笼架110249342-4-A 已被使用，请刷新页面: 1</w:t>
      </w:r>
    </w:p>
    <w:p>
      <w:r>
        <w:t>status_500:错误: 笼位:hyb压测笼架110249342-4-B 已被使用，请刷新页面: 1</w:t>
      </w:r>
    </w:p>
    <w:p>
      <w:r>
        <w:t>status_500:错误: 笼位:hyb压测笼架110249342-4-C 已被使用，请刷新页面: 1</w:t>
      </w:r>
    </w:p>
    <w:p>
      <w:r>
        <w:t>status_500:错误: 笼位:hyb压测笼架110249342-4-D 已被使用，请刷新页面: 1</w:t>
      </w:r>
    </w:p>
    <w:p>
      <w:r>
        <w:t>status_500:错误: 笼位:hyb压测笼架110249342-4-E 已被使用，请刷新页面: 1</w:t>
      </w:r>
    </w:p>
    <w:p>
      <w:r>
        <w:t>status_500:错误: 笼位:hyb压测笼架110249342-4-F 已被使用，请刷新页面: 1</w:t>
      </w:r>
    </w:p>
    <w:p>
      <w:r>
        <w:t>status_500:错误: 笼位:hyb压测笼架110249342-4-G 已被使用，请刷新页面: 1</w:t>
      </w:r>
    </w:p>
    <w:p>
      <w:r>
        <w:t>status_500:错误: 笼位:hyb压测笼架110249342-4-H 已被使用，请刷新页面: 1</w:t>
      </w:r>
    </w:p>
    <w:p>
      <w:r>
        <w:t>status_500:错误: 笼位:hyb压测笼架110249342-4-I 已被使用，请刷新页面: 1</w:t>
      </w:r>
    </w:p>
    <w:p>
      <w:r>
        <w:t>status_500:错误: 笼位:hyb压测笼架110249342-5-D 已被使用，请刷新页面: 1</w:t>
      </w:r>
    </w:p>
    <w:p>
      <w:r>
        <w:t>status_500:错误: 笼位:hyb压测笼架110249342-5-C 已被使用，请刷新页面: 1</w:t>
      </w:r>
    </w:p>
    <w:p>
      <w:r>
        <w:t>status_500:错误: 笼位:hyb压测笼架110249342-5-B 已被使用，请刷新页面: 1</w:t>
      </w:r>
    </w:p>
    <w:p>
      <w:r>
        <w:t>status_500:错误: 笼位:hyb压测笼架110249342-5-A 已被使用，请刷新页面: 1</w:t>
      </w:r>
    </w:p>
    <w:p>
      <w:r>
        <w:t>status_500:错误: 笼位:hyb压测笼架110249342-5-E 已被使用，请刷新页面: 1</w:t>
      </w:r>
    </w:p>
    <w:p>
      <w:r>
        <w:t>status_500:错误: 笼位:hyb压测笼架110249342-5-G 已被使用，请刷新页面: 1</w:t>
      </w:r>
    </w:p>
    <w:p>
      <w:r>
        <w:t>status_500:错误: 笼位:hyb压测笼架110249342-5-F 已被使用，请刷新页面: 1</w:t>
      </w:r>
    </w:p>
    <w:p>
      <w:r>
        <w:t>status_500:错误: 笼位:hyb压测笼架110249342-5-H 已被使用，请刷新页面: 1</w:t>
      </w:r>
    </w:p>
    <w:p>
      <w:r>
        <w:t>status_500:错误: 笼位:hyb压测笼架110249342-5-I 已被使用，请刷新页面: 1</w:t>
      </w:r>
    </w:p>
    <w:p>
      <w:r>
        <w:t>status_500:错误: 笼位:hyb压测笼架110249342-5-J 已被使用，请刷新页面: 1</w:t>
      </w:r>
    </w:p>
    <w:p>
      <w:r>
        <w:t>status_500:错误: 笼位:hyb压测笼架110249342-6-A 已被使用，请刷新页面: 1</w:t>
      </w:r>
    </w:p>
    <w:p>
      <w:r>
        <w:t>status_500:错误: 笼位:hyb压测笼架110249342-6-B 已被使用，请刷新页面: 1</w:t>
      </w:r>
    </w:p>
    <w:p>
      <w:r>
        <w:t>status_500:错误: 笼位:hyb压测笼架110249342-6-E 已被使用，请刷新页面: 1</w:t>
      </w:r>
    </w:p>
    <w:p>
      <w:r>
        <w:t>status_500:错误: 笼位:hyb压测笼架110249342-6-C 已被使用，请刷新页面: 1</w:t>
      </w:r>
    </w:p>
    <w:p>
      <w:r>
        <w:t>status_500:错误: 笼位:hyb压测笼架110249342-6-F 已被使用，请刷新页面: 1</w:t>
      </w:r>
    </w:p>
    <w:p>
      <w:r>
        <w:t>status_500:错误: 笼位:hyb压测笼架110249342-6-D 已被使用，请刷新页面: 1</w:t>
      </w:r>
    </w:p>
    <w:p>
      <w:r>
        <w:t>status_500:错误: 笼位:hyb压测笼架110249342-6-G 已被使用，请刷新页面: 1</w:t>
      </w:r>
    </w:p>
    <w:p>
      <w:r>
        <w:t>status_500:错误: 笼位:hyb压测笼架110249342-6-H 已被使用，请刷新页面: 1</w:t>
      </w:r>
    </w:p>
    <w:p>
      <w:r>
        <w:t>status_500:错误: 笼位:hyb压测笼架110249342-6-J 已被使用，请刷新页面: 1</w:t>
      </w:r>
    </w:p>
    <w:p>
      <w:r>
        <w:t>status_500:错误: 笼位:hyb压测笼架110249342-6-I 已被使用，请刷新页面: 1</w:t>
      </w:r>
    </w:p>
    <w:p>
      <w:r>
        <w:t>status_500:错误: 笼位:hyb压测笼架110249342-7-B 已被使用，请刷新页面: 1</w:t>
      </w:r>
    </w:p>
    <w:p>
      <w:r>
        <w:t>status_500:错误: 笼位:hyb压测笼架110249342-7-A 已被使用，请刷新页面: 1</w:t>
      </w:r>
    </w:p>
    <w:p>
      <w:r>
        <w:t>status_500:错误: 笼位:hyb压测笼架110249342-7-C 已被使用，请刷新页面: 1</w:t>
      </w:r>
    </w:p>
    <w:p>
      <w:r>
        <w:t>status_500:错误: 笼位:hyb压测笼架110249342-7-D 已被使用，请刷新页面: 1</w:t>
      </w:r>
    </w:p>
    <w:p>
      <w:r>
        <w:t>status_500:错误: 笼位:hyb压测笼架110249342-7-E 已被使用，请刷新页面: 1</w:t>
      </w:r>
    </w:p>
    <w:p>
      <w:r>
        <w:t>status_500:错误: 笼位:hyb压测笼架110249342-7-F 已被使用，请刷新页面: 1</w:t>
      </w:r>
    </w:p>
    <w:p>
      <w:r>
        <w:t>status_500:错误: 笼位:hyb压测笼架110249342-7-H 已被使用，请刷新页面: 1</w:t>
      </w:r>
    </w:p>
    <w:p>
      <w:r>
        <w:t>status_500:错误: 笼位:hyb压测笼架110249342-7-I 已被使用，请刷新页面: 1</w:t>
      </w:r>
    </w:p>
    <w:p>
      <w:r>
        <w:t>status_500:错误: 笼位:hyb压测笼架110249342-7-G 已被使用，请刷新页面: 1</w:t>
      </w:r>
    </w:p>
    <w:p>
      <w:r>
        <w:t>status_500:错误: 笼位:hyb压测笼架110249342-8-A 已被使用，请刷新页面: 1</w:t>
      </w:r>
    </w:p>
    <w:p>
      <w:r>
        <w:t>status_500:错误: 笼位:hyb压测笼架110249342-7-J 已被使用，请刷新页面: 1</w:t>
      </w:r>
    </w:p>
    <w:p>
      <w:r>
        <w:t>status_500:错误: 笼位:hyb压测笼架110249342-8-C 已被使用，请刷新页面: 1</w:t>
      </w:r>
    </w:p>
    <w:p>
      <w:r>
        <w:t>status_500:错误: 笼位:hyb压测笼架110249342-8-B 已被使用，请刷新页面: 1</w:t>
      </w:r>
    </w:p>
    <w:p>
      <w:r>
        <w:t>status_500:错误: 笼位:hyb压测笼架110249342-8-D 已被使用，请刷新页面: 1</w:t>
      </w:r>
    </w:p>
    <w:p>
      <w:r>
        <w:t>status_500:错误: 笼位:hyb压测笼架110249342-8-E 已被使用，请刷新页面: 1</w:t>
      </w:r>
    </w:p>
    <w:p>
      <w:r>
        <w:t>status_500:错误: 笼位:hyb压测笼架110249342-8-F 已被使用，请刷新页面: 1</w:t>
      </w:r>
    </w:p>
    <w:p>
      <w:r>
        <w:t>status_500:错误: 笼位:hyb压测笼架110249342-8-G 已被使用，请刷新页面: 1</w:t>
      </w:r>
    </w:p>
    <w:p>
      <w:r>
        <w:t>status_500:错误: 笼位:hyb压测笼架110249342-8-H 已被使用，请刷新页面: 1</w:t>
      </w:r>
    </w:p>
    <w:p>
      <w:r>
        <w:t>status_500:错误: 笼位:hyb压测笼架110249342-9-A 已被使用，请刷新页面: 1</w:t>
      </w:r>
    </w:p>
    <w:p>
      <w:r>
        <w:t>status_500:错误: 笼位:hyb压测笼架110249342-8-I 已被使用，请刷新页面: 1</w:t>
      </w:r>
    </w:p>
    <w:p>
      <w:r>
        <w:t>status_500:错误: 笼位:hyb压测笼架110249342-8-J 已被使用，请刷新页面: 1</w:t>
      </w:r>
    </w:p>
    <w:p>
      <w:r>
        <w:t>status_500:错误: 笼位:hyb压测笼架110249342-9-B 已被使用，请刷新页面: 1</w:t>
      </w:r>
    </w:p>
    <w:p>
      <w:r>
        <w:t>status_500:错误: 笼位:hyb压测笼架110249342-9-C 已被使用，请刷新页面: 1</w:t>
      </w:r>
    </w:p>
    <w:p>
      <w:r>
        <w:t>status_500:错误: 笼位:hyb压测笼架110249342-9-D 已被使用，请刷新页面: 1</w:t>
      </w:r>
    </w:p>
    <w:p>
      <w:r>
        <w:t>status_500:错误: 笼位:hyb压测笼架110249342-9-F 已被使用，请刷新页面: 1</w:t>
      </w:r>
    </w:p>
    <w:p>
      <w:r>
        <w:t>status_500:错误: 笼位:hyb压测笼架110249342-9-G 已被使用，请刷新页面: 1</w:t>
      </w:r>
    </w:p>
    <w:p>
      <w:r>
        <w:t>status_500:错误: 笼位:hyb压测笼架110249342-9-I 已被使用，请刷新页面: 1</w:t>
      </w:r>
    </w:p>
    <w:p>
      <w:r>
        <w:t>status_500:错误: 笼位:hyb压测笼架110249342-9-H 已被使用，请刷新页面: 1</w:t>
      </w:r>
    </w:p>
    <w:p>
      <w:r>
        <w:t>status_500:错误: 笼位:hyb压测笼架110249342-9-J 已被使用，请刷新页面: 1</w:t>
      </w:r>
    </w:p>
    <w:p>
      <w:r>
        <w:t>status_500:错误: 笼位:hyb压测笼架110249342-10-B 已被使用，请刷新页面: 1</w:t>
      </w:r>
    </w:p>
    <w:p>
      <w:r>
        <w:t>status_500:错误: 笼位:hyb压测笼架110249342-10-A 已被使用，请刷新页面: 1</w:t>
      </w:r>
    </w:p>
    <w:p>
      <w:r>
        <w:t>status_500:错误: 笼位:hyb压测笼架110249342-10-C 已被使用，请刷新页面: 1</w:t>
      </w:r>
    </w:p>
    <w:p>
      <w:r>
        <w:t>status_500:错误: 笼位:hyb压测笼架110249342-10-E 已被使用，请刷新页面: 1</w:t>
      </w:r>
    </w:p>
    <w:p>
      <w:r>
        <w:t>status_500:错误: 笼位:hyb压测笼架110249342-10-D 已被使用，请刷新页面: 1</w:t>
      </w:r>
    </w:p>
    <w:p>
      <w:r>
        <w:t>status_500:错误: 笼位:hyb压测笼架110249342-10-F 已被使用，请刷新页面: 1</w:t>
      </w:r>
    </w:p>
    <w:p>
      <w:r>
        <w:t>status_500:错误: 笼位:hyb压测笼架110249342-10-G 已被使用，请刷新页面: 1</w:t>
      </w:r>
    </w:p>
    <w:p>
      <w:r>
        <w:t>status_500:错误: 笼位:hyb压测笼架110249342-10-I 已被使用，请刷新页面: 1</w:t>
      </w:r>
    </w:p>
    <w:p>
      <w:r>
        <w:t>status_500:错误: 笼位:hyb压测笼架110249342-10-H 已被使用，请刷新页面: 1</w:t>
      </w:r>
    </w:p>
    <w:p>
      <w:r>
        <w:t>status_500:错误: 笼位:hyb压测笼架110249342-10-J 已被使用，请刷新页面: 1</w:t>
      </w:r>
    </w:p>
    <w:p>
      <w:r>
        <w:t>status_500:错误: 笼位:hyb压测笼架102164000-1-A 已被使用，请刷新页面: 1</w:t>
      </w:r>
    </w:p>
    <w:p>
      <w:r>
        <w:t>status_500:错误: 笼位:hyb压测笼架102164000-1-B 已被使用，请刷新页面: 1</w:t>
      </w:r>
    </w:p>
    <w:p>
      <w:r>
        <w:t>status_500:错误: 笼位:hyb压测笼架102164000-1-C 已被使用，请刷新页面: 1</w:t>
      </w:r>
    </w:p>
    <w:p>
      <w:r>
        <w:t>status_500:错误: 笼位:hyb压测笼架110249342-9-E 已被使用，请刷新页面: 1</w:t>
      </w:r>
    </w:p>
    <w:p>
      <w:r>
        <w:t>status_500:错误: 笼位:hyb压测笼架102164000-1-E 已被使用，请刷新页面: 1</w:t>
      </w:r>
    </w:p>
    <w:p>
      <w:r>
        <w:t>status_500:错误: 笼位:hyb压测笼架102164000-1-G 已被使用，请刷新页面: 1</w:t>
      </w:r>
    </w:p>
    <w:p>
      <w:r>
        <w:t>status_500:错误: 笼位:hyb压测笼架102164000-1-F 已被使用，请刷新页面: 1</w:t>
      </w:r>
    </w:p>
    <w:p>
      <w:r>
        <w:t>status_500:错误: 笼位:hyb压测笼架102164000-1-H 已被使用，请刷新页面: 1</w:t>
      </w:r>
    </w:p>
    <w:p>
      <w:r>
        <w:t>status_500:错误: 笼位:hyb压测笼架102164000-1-I 已被使用，请刷新页面: 1</w:t>
      </w:r>
    </w:p>
    <w:p>
      <w:r>
        <w:t>status_500:错误: 笼位:hyb压测笼架102164000-1-J 已被使用，请刷新页面: 1</w:t>
      </w:r>
    </w:p>
    <w:p>
      <w:r>
        <w:t>status_500:错误: 笼位:hyb压测笼架102164000-2-C 已被使用，请刷新页面: 1</w:t>
      </w:r>
    </w:p>
    <w:p>
      <w:r>
        <w:t>status_500:错误: 笼位:hyb压测笼架102164000-2-A 已被使用，请刷新页面: 1</w:t>
      </w:r>
    </w:p>
    <w:p>
      <w:r>
        <w:t>status_500:错误: 笼位:hyb压测笼架102164000-2-B 已被使用，请刷新页面: 1</w:t>
      </w:r>
    </w:p>
    <w:p>
      <w:r>
        <w:t>status_500:错误: 笼位:hyb压测笼架102164000-2-D 已被使用，请刷新页面: 1</w:t>
      </w:r>
    </w:p>
    <w:p>
      <w:r>
        <w:t>status_500:错误: 笼位:hyb压测笼架102164000-2-E 已被使用，请刷新页面: 1</w:t>
      </w:r>
    </w:p>
    <w:p>
      <w:r>
        <w:t>status_500:错误: 笼位:hyb压测笼架102164000-2-F 已被使用，请刷新页面: 1</w:t>
      </w:r>
    </w:p>
    <w:p>
      <w:r>
        <w:t>status_500:错误: 笼位:hyb压测笼架102164000-2-G 已被使用，请刷新页面: 1</w:t>
      </w:r>
    </w:p>
    <w:p>
      <w:r>
        <w:t>status_500:错误: 笼位:hyb压测笼架102164000-2-H 已被使用，请刷新页面: 1</w:t>
      </w:r>
    </w:p>
    <w:p>
      <w:r>
        <w:t>status_500:错误: 笼位:hyb压测笼架102164000-1-D 已被使用，请刷新页面: 1</w:t>
      </w:r>
    </w:p>
    <w:p>
      <w:r>
        <w:t>status_500:错误: 笼位:hyb压测笼架102164000-2-I 已被使用，请刷新页面: 1</w:t>
      </w:r>
    </w:p>
    <w:p>
      <w:r>
        <w:t>status_500:错误: 笼位:hyb压测笼架102164000-2-J 已被使用，请刷新页面: 1</w:t>
      </w:r>
    </w:p>
    <w:p>
      <w:r>
        <w:t>status_500:错误: 笼位:hyb压测笼架102164000-3-B 已被使用，请刷新页面: 1</w:t>
      </w:r>
    </w:p>
    <w:p>
      <w:r>
        <w:t>status_500:错误: 笼位:hyb压测笼架102164000-3-A 已被使用，请刷新页面: 1</w:t>
      </w:r>
    </w:p>
    <w:p>
      <w:r>
        <w:t>status_500:错误: 笼位:hyb压测笼架102164000-3-C 已被使用，请刷新页面: 1</w:t>
      </w:r>
    </w:p>
    <w:p>
      <w:r>
        <w:t>status_500:错误: 笼位:hyb压测笼架102164000-3-E 已被使用，请刷新页面: 1</w:t>
      </w:r>
    </w:p>
    <w:p>
      <w:r>
        <w:t>status_500:错误: 笼位:hyb压测笼架102164000-3-D 已被使用，请刷新页面: 1</w:t>
      </w:r>
    </w:p>
    <w:p>
      <w:r>
        <w:t>status_500:错误: 笼位:hyb压测笼架102164000-3-F 已被使用，请刷新页面: 1</w:t>
      </w:r>
    </w:p>
    <w:p>
      <w:r>
        <w:t>status_500:错误: 笼位:hyb压测笼架102164000-3-G 已被使用，请刷新页面: 1</w:t>
      </w:r>
    </w:p>
    <w:p>
      <w:r>
        <w:t>status_500:错误: 笼位:hyb压测笼架102164000-3-H 已被使用，请刷新页面: 1</w:t>
      </w:r>
    </w:p>
    <w:p>
      <w:r>
        <w:t>status_500:错误: 笼位:hyb压测笼架102164000-3-I 已被使用，请刷新页面: 1</w:t>
      </w:r>
    </w:p>
    <w:p>
      <w:r>
        <w:t>status_500:错误: 笼位:hyb压测笼架102164000-3-J 已被使用，请刷新页面: 1</w:t>
      </w:r>
    </w:p>
    <w:p>
      <w:r>
        <w:t>status_500:错误: 笼位:hyb压测笼架102164000-4-A 已被使用，请刷新页面: 1</w:t>
      </w:r>
    </w:p>
    <w:p>
      <w:r>
        <w:t>status_500:错误: 笼位:hyb压测笼架102164000-4-B 已被使用，请刷新页面: 1</w:t>
      </w:r>
    </w:p>
    <w:p>
      <w:r>
        <w:t>status_500:错误: 笼位:hyb压测笼架102164000-4-C 已被使用，请刷新页面: 1</w:t>
      </w:r>
    </w:p>
    <w:p>
      <w:r>
        <w:t>status_500:错误: 笼位:hyb压测笼架102164000-4-D 已被使用，请刷新页面: 1</w:t>
      </w:r>
    </w:p>
    <w:p>
      <w:r>
        <w:t>status_500:错误: 笼位:hyb压测笼架102164000-4-E 已被使用，请刷新页面: 1</w:t>
      </w:r>
    </w:p>
    <w:p>
      <w:r>
        <w:t>status_500:错误: 笼位:hyb压测笼架102164000-4-F 已被使用，请刷新页面: 1</w:t>
      </w:r>
    </w:p>
    <w:p>
      <w:r>
        <w:t>status_500:错误: 笼位:hyb压测笼架102164000-4-G 已被使用，请刷新页面: 1</w:t>
      </w:r>
    </w:p>
    <w:p>
      <w:r>
        <w:t>status_500:错误: 笼位:hyb压测笼架102164000-4-H 已被使用，请刷新页面: 1</w:t>
      </w:r>
    </w:p>
    <w:p>
      <w:r>
        <w:t>status_500:错误: 笼位:hyb压测笼架102164000-4-I 已被使用，请刷新页面: 1</w:t>
      </w:r>
    </w:p>
    <w:p>
      <w:r>
        <w:t>status_500:错误: 笼位:hyb压测笼架102164000-4-J 已被使用，请刷新页面: 1</w:t>
      </w:r>
    </w:p>
    <w:p>
      <w:r>
        <w:t>status_500:错误: 笼位:hyb压测笼架102164000-5-A 已被使用，请刷新页面: 1</w:t>
      </w:r>
    </w:p>
    <w:p>
      <w:r>
        <w:t>status_500:错误: 笼位:hyb压测笼架102164000-5-B 已被使用，请刷新页面: 1</w:t>
      </w:r>
    </w:p>
    <w:p>
      <w:r>
        <w:t>status_500:错误: 笼位:hyb压测笼架102164000-5-E 已被使用，请刷新页面: 1</w:t>
      </w:r>
    </w:p>
    <w:p>
      <w:r>
        <w:t>status_500:错误: 笼位:hyb压测笼架102164000-5-C 已被使用，请刷新页面: 1</w:t>
      </w:r>
    </w:p>
    <w:p>
      <w:r>
        <w:t>status_500:错误: 笼位:hyb压测笼架102164000-5-D 已被使用，请刷新页面: 1</w:t>
      </w:r>
    </w:p>
    <w:p>
      <w:r>
        <w:t>status_500:错误: 笼位:hyb压测笼架102164000-5-F 已被使用，请刷新页面: 1</w:t>
      </w:r>
    </w:p>
    <w:p>
      <w:r>
        <w:t>status_500:错误: 笼位:hyb压测笼架102164000-5-G 已被使用，请刷新页面: 1</w:t>
      </w:r>
    </w:p>
    <w:p>
      <w:r>
        <w:t>status_500:错误: 笼位:hyb压测笼架102164000-5-I 已被使用，请刷新页面: 1</w:t>
      </w:r>
    </w:p>
    <w:p>
      <w:r>
        <w:t>status_500:错误: 笼位:hyb压测笼架102164000-5-H 已被使用，请刷新页面: 1</w:t>
      </w:r>
    </w:p>
    <w:p>
      <w:r>
        <w:t>status_500:错误: 笼位:hyb压测笼架102164000-6-A 已被使用，请刷新页面: 1</w:t>
      </w:r>
    </w:p>
    <w:p>
      <w:r>
        <w:t>status_500:错误: 笼位:hyb压测笼架102164000-5-J 已被使用，请刷新页面: 1</w:t>
      </w:r>
    </w:p>
    <w:p>
      <w:r>
        <w:t>status_500:错误: 笼位:hyb压测笼架102164000-6-B 已被使用，请刷新页面: 1</w:t>
      </w:r>
    </w:p>
    <w:p>
      <w:r>
        <w:t>status_500:错误: 笼位:hyb压测笼架102164000-6-C 已被使用，请刷新页面: 1</w:t>
      </w:r>
    </w:p>
    <w:p>
      <w:r>
        <w:t>status_500:错误: 笼位:hyb压测笼架102164000-6-D 已被使用，请刷新页面: 1</w:t>
      </w:r>
    </w:p>
    <w:p>
      <w:r>
        <w:t>status_500:错误: 笼位:hyb压测笼架102164000-6-F 已被使用，请刷新页面: 1</w:t>
      </w:r>
    </w:p>
    <w:p>
      <w:r>
        <w:t>status_500:错误: 笼位:hyb压测笼架102164000-6-H 已被使用，请刷新页面: 1</w:t>
      </w:r>
    </w:p>
    <w:p>
      <w:r>
        <w:t>status_500:错误: 笼位:hyb压测笼架102164000-6-E 已被使用，请刷新页面: 1</w:t>
      </w:r>
    </w:p>
    <w:p>
      <w:r>
        <w:t>status_500:错误: 笼位:hyb压测笼架102164000-6-G 已被使用，请刷新页面: 1</w:t>
      </w:r>
    </w:p>
    <w:p>
      <w:r>
        <w:t>status_500:错误: 笼位:hyb压测笼架102164000-6-I 已被使用，请刷新页面: 1</w:t>
      </w:r>
    </w:p>
    <w:p>
      <w:r>
        <w:t>status_500:错误: 笼位:hyb压测笼架102164000-6-J 已被使用，请刷新页面: 1</w:t>
      </w:r>
    </w:p>
    <w:p>
      <w:r>
        <w:t>status_500:错误: 笼位:hyb压测笼架102164000-7-A 已被使用，请刷新页面: 1</w:t>
      </w:r>
    </w:p>
    <w:p>
      <w:r>
        <w:t>status_500:错误: 笼位:hyb压测笼架102164000-7-B 已被使用，请刷新页面: 1</w:t>
      </w:r>
    </w:p>
    <w:p>
      <w:r>
        <w:t>status_500:错误: 笼位:hyb压测笼架102164000-7-C 已被使用，请刷新页面: 1</w:t>
      </w:r>
    </w:p>
    <w:p>
      <w:r>
        <w:t>status_500:错误: 笼位:hyb压测笼架102164000-7-D 已被使用，请刷新页面: 1</w:t>
      </w:r>
    </w:p>
    <w:p>
      <w:r>
        <w:t>status_500:错误: 笼位:hyb压测笼架102164000-7-E 已被使用，请刷新页面: 1</w:t>
      </w:r>
    </w:p>
    <w:p>
      <w:r>
        <w:t>status_500:错误: 笼位:hyb压测笼架102164000-7-F 已被使用，请刷新页面: 1</w:t>
      </w:r>
    </w:p>
    <w:p>
      <w:r>
        <w:t>status_500:错误: 笼位:hyb压测笼架102164000-7-H 已被使用，请刷新页面: 1</w:t>
      </w:r>
    </w:p>
    <w:p>
      <w:r>
        <w:t>status_500:错误: 笼位:hyb压测笼架102164000-7-G 已被使用，请刷新页面: 1</w:t>
      </w:r>
    </w:p>
    <w:p>
      <w:r>
        <w:t>status_500:错误: 笼位:hyb压测笼架102164000-7-I 已被使用，请刷新页面: 1</w:t>
      </w:r>
    </w:p>
    <w:p>
      <w:r>
        <w:t>status_500:错误: 笼位:hyb压测笼架102164000-7-J 已被使用，请刷新页面: 1</w:t>
      </w:r>
    </w:p>
    <w:p>
      <w:r>
        <w:t>status_500:错误: 笼位:hyb压测笼架102164000-8-A 已被使用，请刷新页面: 1</w:t>
      </w:r>
    </w:p>
    <w:p>
      <w:r>
        <w:t>status_500:错误: 笼位:hyb压测笼架102164000-8-B 已被使用，请刷新页面: 1</w:t>
      </w:r>
    </w:p>
    <w:p>
      <w:r>
        <w:t>status_500:错误: 笼位:hyb压测笼架102164000-8-C 已被使用，请刷新页面: 1</w:t>
      </w:r>
    </w:p>
    <w:p>
      <w:r>
        <w:t>status_500:错误: 笼位:hyb压测笼架102164000-8-D 已被使用，请刷新页面: 1</w:t>
      </w:r>
    </w:p>
    <w:p>
      <w:r>
        <w:t>status_500:错误: 笼位:hyb压测笼架102164000-8-F 已被使用，请刷新页面: 1</w:t>
      </w:r>
    </w:p>
    <w:p>
      <w:r>
        <w:t>status_500:错误: 笼位:hyb压测笼架102164000-8-E 已被使用，请刷新页面: 1</w:t>
      </w:r>
    </w:p>
    <w:p>
      <w:r>
        <w:t>status_500:错误: 笼位:hyb压测笼架102164000-8-G 已被使用，请刷新页面: 1</w:t>
      </w:r>
    </w:p>
    <w:p>
      <w:r>
        <w:t>status_500:错误: 笼位:hyb压测笼架102164000-8-H 已被使用，请刷新页面: 1</w:t>
      </w:r>
    </w:p>
    <w:p>
      <w:r>
        <w:t>status_500:错误: 笼位:hyb压测笼架102164000-8-I 已被使用，请刷新页面: 1</w:t>
      </w:r>
    </w:p>
    <w:p>
      <w:r>
        <w:t>status_500:错误: 笼位:hyb压测笼架102164000-8-J 已被使用，请刷新页面: 1</w:t>
      </w:r>
    </w:p>
    <w:p>
      <w:r>
        <w:t>status_500:错误: 笼位:hyb压测笼架102164000-9-A 已被使用，请刷新页面: 1</w:t>
      </w:r>
    </w:p>
    <w:p>
      <w:r>
        <w:t>status_500:错误: 笼位:hyb压测笼架102164000-9-B 已被使用，请刷新页面: 1</w:t>
      </w:r>
    </w:p>
    <w:p>
      <w:r>
        <w:t>status_500:错误: 笼位:hyb压测笼架102164000-9-C 已被使用，请刷新页面: 1</w:t>
      </w:r>
    </w:p>
    <w:p>
      <w:r>
        <w:t>status_500:错误: 笼位:hyb压测笼架102164000-9-D 已被使用，请刷新页面: 1</w:t>
      </w:r>
    </w:p>
    <w:p>
      <w:r>
        <w:t>status_500:错误: 笼位:hyb压测笼架102164000-9-E 已被使用，请刷新页面: 1</w:t>
      </w:r>
    </w:p>
    <w:p>
      <w:r>
        <w:t>status_500:错误: 笼位:hyb压测笼架102164000-9-F 已被使用，请刷新页面: 1</w:t>
      </w:r>
    </w:p>
    <w:p>
      <w:r>
        <w:t>status_500:错误: 笼位:hyb压测笼架102164000-9-G 已被使用，请刷新页面: 1</w:t>
      </w:r>
    </w:p>
    <w:p>
      <w:r>
        <w:t>status_500:错误: 笼位:hyb压测笼架102164000-9-H 已被使用，请刷新页面: 1</w:t>
      </w:r>
    </w:p>
    <w:p>
      <w:r>
        <w:t>status_500:错误: 笼位:hyb压测笼架102164000-9-J 已被使用，请刷新页面: 1</w:t>
      </w:r>
    </w:p>
    <w:p>
      <w:r>
        <w:t>status_500:错误: 笼位:hyb压测笼架102164000-10-A 已被使用，请刷新页面: 1</w:t>
      </w:r>
    </w:p>
    <w:p>
      <w:r>
        <w:t>status_500:错误: 笼位:hyb压测笼架102164000-10-C 已被使用，请刷新页面: 1</w:t>
      </w:r>
    </w:p>
    <w:p>
      <w:r>
        <w:t>status_500:错误: 笼位:hyb压测笼架102164000-10-B 已被使用，请刷新页面: 1</w:t>
      </w:r>
    </w:p>
    <w:p>
      <w:r>
        <w:t>status_500:错误: 笼位:hyb压测笼架102164000-9-I 已被使用，请刷新页面: 1</w:t>
      </w:r>
    </w:p>
    <w:p>
      <w:r>
        <w:t>status_500:错误: 笼位:hyb压测笼架102164000-10-D 已被使用，请刷新页面: 1</w:t>
      </w:r>
    </w:p>
    <w:p>
      <w:r>
        <w:t>status_500:错误: 笼位:hyb压测笼架102164000-10-F 已被使用，请刷新页面: 1</w:t>
      </w:r>
    </w:p>
    <w:p>
      <w:r>
        <w:t>status_500:错误: 笼位:hyb压测笼架102164000-10-E 已被使用，请刷新页面: 1</w:t>
      </w:r>
    </w:p>
    <w:p>
      <w:r>
        <w:t>status_500:错误: 笼位:hyb压测笼架102164000-10-G 已被使用，请刷新页面: 1</w:t>
      </w:r>
    </w:p>
    <w:p>
      <w:r>
        <w:t>status_500:错误: 笼位:hyb压测笼架102164000-10-H 已被使用，请刷新页面: 1</w:t>
      </w:r>
    </w:p>
    <w:p>
      <w:r>
        <w:t>status_500:错误: 笼位:hyb压测笼架102164000-10-I 已被使用，请刷新页面: 1</w:t>
      </w:r>
    </w:p>
    <w:p>
      <w:r>
        <w:t>status_500:错误: 笼位:hyb压测笼架102164000-10-J 已被使用，请刷新页面: 1</w:t>
      </w:r>
    </w:p>
    <w:p>
      <w:r>
        <w:t>status_500:错误: 笼位:hyb压测笼架104672762-1-A 已被使用，请刷新页面: 1</w:t>
      </w:r>
    </w:p>
    <w:p>
      <w:r>
        <w:t>status_500:错误: 笼位:hyb压测笼架104672762-1-B 已被使用，请刷新页面: 1</w:t>
      </w:r>
    </w:p>
    <w:p>
      <w:r>
        <w:t>status_500:错误: 笼位:hyb压测笼架104672762-1-C 已被使用，请刷新页面: 1</w:t>
      </w:r>
    </w:p>
    <w:p>
      <w:r>
        <w:t>status_500:错误: 笼位:hyb压测笼架104672762-1-D 已被使用，请刷新页面: 1</w:t>
      </w:r>
    </w:p>
    <w:p>
      <w:r>
        <w:t>status_500:错误: 笼位:hyb压测笼架104672762-1-G 已被使用，请刷新页面: 1</w:t>
      </w:r>
    </w:p>
    <w:p>
      <w:r>
        <w:t>status_500:错误: 笼位:hyb压测笼架104672762-1-E 已被使用，请刷新页面: 1</w:t>
      </w:r>
    </w:p>
    <w:p>
      <w:r>
        <w:t>status_500:错误: 笼位:hyb压测笼架104672762-1-F 已被使用，请刷新页面: 1</w:t>
      </w:r>
    </w:p>
    <w:p>
      <w:r>
        <w:t>status_500:错误: 笼位:hyb压测笼架104672762-1-H 已被使用，请刷新页面: 1</w:t>
      </w:r>
    </w:p>
    <w:p>
      <w:r>
        <w:t>status_500:错误: 笼位:hyb压测笼架104672762-2-A 已被使用，请刷新页面: 1</w:t>
      </w:r>
    </w:p>
    <w:p>
      <w:r>
        <w:t>status_500:错误: 笼位:hyb压测笼架104672762-1-I 已被使用，请刷新页面: 1</w:t>
      </w:r>
    </w:p>
    <w:p>
      <w:r>
        <w:t>status_500:错误: 笼位:hyb压测笼架104672762-1-J 已被使用，请刷新页面: 1</w:t>
      </w:r>
    </w:p>
    <w:p>
      <w:r>
        <w:t>status_500:错误: 笼位:hyb压测笼架104672762-2-C 已被使用，请刷新页面: 1</w:t>
      </w:r>
    </w:p>
    <w:p>
      <w:r>
        <w:t>status_500:错误: 笼位:hyb压测笼架104672762-2-B 已被使用，请刷新页面: 1</w:t>
      </w:r>
    </w:p>
    <w:p>
      <w:r>
        <w:t>status_500:错误: 笼位:hyb压测笼架104672762-2-D 已被使用，请刷新页面: 1</w:t>
      </w:r>
    </w:p>
    <w:p>
      <w:r>
        <w:t>status_500:错误: 笼位:hyb压测笼架104672762-2-E 已被使用，请刷新页面: 1</w:t>
      </w:r>
    </w:p>
    <w:p>
      <w:r>
        <w:t>status_500:错误: 笼位:hyb压测笼架104672762-2-F 已被使用，请刷新页面: 1</w:t>
      </w:r>
    </w:p>
    <w:p>
      <w:r>
        <w:t>status_500:错误: 笼位:hyb压测笼架104672762-2-G 已被使用，请刷新页面: 1</w:t>
      </w:r>
    </w:p>
    <w:p>
      <w:r>
        <w:t>status_500:错误: 笼位:hyb压测笼架104672762-2-I 已被使用，请刷新页面: 1</w:t>
      </w:r>
    </w:p>
    <w:p>
      <w:r>
        <w:t>status_500:错误: 笼位:hyb压测笼架104672762-2-H 已被使用，请刷新页面: 1</w:t>
      </w:r>
    </w:p>
    <w:p>
      <w:r>
        <w:t>status_500:错误: 笼位:hyb压测笼架104672762-3-A 已被使用，请刷新页面: 1</w:t>
      </w:r>
    </w:p>
    <w:p>
      <w:r>
        <w:t>status_500:错误: 笼位:hyb压测笼架104672762-2-J 已被使用，请刷新页面: 1</w:t>
      </w:r>
    </w:p>
    <w:p>
      <w:r>
        <w:t>status_500:错误: 笼位:hyb压测笼架104672762-3-B 已被使用，请刷新页面: 1</w:t>
      </w:r>
    </w:p>
    <w:p>
      <w:r>
        <w:t>status_500:错误: 笼位:hyb压测笼架104672762-3-C 已被使用，请刷新页面: 1</w:t>
      </w:r>
    </w:p>
    <w:p>
      <w:r>
        <w:t>status_500:错误: 笼位:hyb压测笼架104672762-3-D 已被使用，请刷新页面: 1</w:t>
      </w:r>
    </w:p>
    <w:p>
      <w:r>
        <w:t>status_500:错误: 笼位:hyb压测笼架104672762-3-E 已被使用，请刷新页面: 1</w:t>
      </w:r>
    </w:p>
    <w:p>
      <w:r>
        <w:t>status_500:错误: 笼位:hyb压测笼架104672762-3-F 已被使用，请刷新页面: 1</w:t>
      </w:r>
    </w:p>
    <w:p>
      <w:r>
        <w:t>status_500:错误: 笼位:hyb压测笼架104672762-3-G 已被使用，请刷新页面: 1</w:t>
      </w:r>
    </w:p>
    <w:p>
      <w:r>
        <w:t>status_500:错误: 笼位:hyb压测笼架104672762-3-H 已被使用，请刷新页面: 1</w:t>
      </w:r>
    </w:p>
    <w:p>
      <w:r>
        <w:t>status_500:错误: 笼位:hyb压测笼架104672762-3-I 已被使用，请刷新页面: 1</w:t>
      </w:r>
    </w:p>
    <w:p>
      <w:r>
        <w:t>status_500:错误: 笼位:hyb压测笼架104672762-3-J 已被使用，请刷新页面: 1</w:t>
      </w:r>
    </w:p>
    <w:p>
      <w:r>
        <w:t>status_500:错误: 笼位:hyb压测笼架104672762-4-A 已被使用，请刷新页面: 1</w:t>
      </w:r>
    </w:p>
    <w:p>
      <w:r>
        <w:t>status_500:错误: 笼位:hyb压测笼架104672762-4-C 已被使用，请刷新页面: 1</w:t>
      </w:r>
    </w:p>
    <w:p>
      <w:r>
        <w:t>status_500:错误: 笼位:hyb压测笼架104672762-4-B 已被使用，请刷新页面: 1</w:t>
      </w:r>
    </w:p>
    <w:p>
      <w:r>
        <w:t>status_500:错误: 笼位:hyb压测笼架104672762-4-D 已被使用，请刷新页面: 1</w:t>
      </w:r>
    </w:p>
    <w:p>
      <w:r>
        <w:t>status_500:错误: 笼位:hyb压测笼架104672762-4-E 已被使用，请刷新页面: 1</w:t>
      </w:r>
    </w:p>
    <w:p>
      <w:r>
        <w:t>status_500:错误: 笼位:hyb压测笼架104672762-4-F 已被使用，请刷新页面: 1</w:t>
      </w:r>
    </w:p>
    <w:p>
      <w:r>
        <w:t>status_500:错误: 笼位:hyb压测笼架104672762-4-H 已被使用，请刷新页面: 1</w:t>
      </w:r>
    </w:p>
    <w:p>
      <w:r>
        <w:t>status_500:错误: 笼位:hyb压测笼架104672762-4-I 已被使用，请刷新页面: 1</w:t>
      </w:r>
    </w:p>
    <w:p>
      <w:r>
        <w:t>status_500:错误: 笼位:hyb压测笼架104672762-4-J 已被使用，请刷新页面: 1</w:t>
      </w:r>
    </w:p>
    <w:p>
      <w:r>
        <w:t>status_500:错误: 笼位:hyb压测笼架104672762-4-G 已被使用，请刷新页面: 1</w:t>
      </w:r>
    </w:p>
    <w:p>
      <w:r>
        <w:t>status_500:错误: 笼位:hyb压测笼架104672762-5-A 已被使用，请刷新页面: 1</w:t>
      </w:r>
    </w:p>
    <w:p>
      <w:r>
        <w:t>status_500:错误: 笼位:hyb压测笼架104672762-5-B 已被使用，请刷新页面: 1</w:t>
      </w:r>
    </w:p>
    <w:p>
      <w:r>
        <w:t>status_500:错误: 笼位:hyb压测笼架104672762-5-C 已被使用，请刷新页面: 1</w:t>
      </w:r>
    </w:p>
    <w:p>
      <w:r>
        <w:t>status_500:错误: 笼位:hyb压测笼架104672762-5-D 已被使用，请刷新页面: 1</w:t>
      </w:r>
    </w:p>
    <w:p>
      <w:r>
        <w:t>status_500:错误: 笼位:hyb压测笼架104672762-5-F 已被使用，请刷新页面: 1</w:t>
      </w:r>
    </w:p>
    <w:p>
      <w:r>
        <w:t>status_500:错误: 笼位:hyb压测笼架104672762-5-E 已被使用，请刷新页面: 1</w:t>
      </w:r>
    </w:p>
    <w:p>
      <w:r>
        <w:t>status_500:错误: 笼位:hyb压测笼架104672762-5-G 已被使用，请刷新页面: 1</w:t>
      </w:r>
    </w:p>
    <w:p>
      <w:r>
        <w:t>status_500:错误: 笼位:hyb压测笼架104672762-5-I 已被使用，请刷新页面: 1</w:t>
      </w:r>
    </w:p>
    <w:p>
      <w:r>
        <w:t>status_500:错误: 笼位:hyb压测笼架104672762-5-H 已被使用，请刷新页面: 1</w:t>
      </w:r>
    </w:p>
    <w:p>
      <w:r>
        <w:t>status_500:错误: 笼位:hyb压测笼架104672762-5-J 已被使用，请刷新页面: 1</w:t>
      </w:r>
    </w:p>
    <w:p>
      <w:r>
        <w:t>status_500:错误: 笼位:hyb压测笼架104672762-6-A 已被使用，请刷新页面: 1</w:t>
      </w:r>
    </w:p>
    <w:p>
      <w:r>
        <w:t>status_500:错误: 笼位:hyb压测笼架104672762-6-C 已被使用，请刷新页面: 1</w:t>
      </w:r>
    </w:p>
    <w:p>
      <w:r>
        <w:t>status_500:错误: 笼位:hyb压测笼架104672762-6-B 已被使用，请刷新页面: 1</w:t>
      </w:r>
    </w:p>
    <w:p>
      <w:r>
        <w:t>status_500:错误: 笼位:hyb压测笼架104672762-6-E 已被使用，请刷新页面: 1</w:t>
      </w:r>
    </w:p>
    <w:p>
      <w:r>
        <w:t>status_500:错误: 笼位:hyb压测笼架104672762-6-F 已被使用，请刷新页面: 1</w:t>
      </w:r>
    </w:p>
    <w:p>
      <w:r>
        <w:t>status_500:错误: 笼位:hyb压测笼架104672762-6-G 已被使用，请刷新页面: 1</w:t>
      </w:r>
    </w:p>
    <w:p>
      <w:r>
        <w:t>status_500:错误: 笼位:hyb压测笼架104672762-6-H 已被使用，请刷新页面: 1</w:t>
      </w:r>
    </w:p>
    <w:p>
      <w:r>
        <w:t>status_500:错误: 笼位:hyb压测笼架104672762-6-I 已被使用，请刷新页面: 1</w:t>
      </w:r>
    </w:p>
    <w:p>
      <w:r>
        <w:t>status_500:错误: 笼位:hyb压测笼架104672762-6-J 已被使用，请刷新页面: 1</w:t>
      </w:r>
    </w:p>
    <w:p>
      <w:r>
        <w:t>status_500:错误: 笼位:hyb压测笼架104672762-7-B 已被使用，请刷新页面: 1</w:t>
      </w:r>
    </w:p>
    <w:p>
      <w:r>
        <w:t>status_500:错误: 笼位:hyb压测笼架104672762-7-A 已被使用，请刷新页面: 1</w:t>
      </w:r>
    </w:p>
    <w:p>
      <w:r>
        <w:t>status_500:错误: 笼位:hyb压测笼架104672762-7-C 已被使用，请刷新页面: 1</w:t>
      </w:r>
    </w:p>
    <w:p>
      <w:r>
        <w:t>status_500:错误: 笼位:hyb压测笼架104672762-7-E 已被使用，请刷新页面: 1</w:t>
      </w:r>
    </w:p>
    <w:p>
      <w:r>
        <w:t>status_500:错误: 笼位:hyb压测笼架104672762-7-D 已被使用，请刷新页面: 1</w:t>
      </w:r>
    </w:p>
    <w:p>
      <w:r>
        <w:t>status_500:错误: 笼位:hyb压测笼架104672762-7-F 已被使用，请刷新页面: 1</w:t>
      </w:r>
    </w:p>
    <w:p>
      <w:r>
        <w:t>status_500:错误: 笼位:hyb压测笼架104672762-7-H 已被使用，请刷新页面: 1</w:t>
      </w:r>
    </w:p>
    <w:p>
      <w:r>
        <w:t>status_500:错误: 笼位:hyb压测笼架104672762-7-J 已被使用，请刷新页面: 1</w:t>
      </w:r>
    </w:p>
    <w:p>
      <w:r>
        <w:t>status_500:错误: 笼位:hyb压测笼架104672762-7-G 已被使用，请刷新页面: 1</w:t>
      </w:r>
    </w:p>
    <w:p>
      <w:r>
        <w:t>status_500:错误: 笼位:hyb压测笼架104672762-7-I 已被使用，请刷新页面: 1</w:t>
      </w:r>
    </w:p>
    <w:p>
      <w:r>
        <w:t>status_500:错误: 笼位:hyb压测笼架104672762-8-A 已被使用，请刷新页面: 1</w:t>
      </w:r>
    </w:p>
    <w:p>
      <w:r>
        <w:t>status_500:错误: 笼位:hyb压测笼架104672762-8-D 已被使用，请刷新页面: 1</w:t>
      </w:r>
    </w:p>
    <w:p>
      <w:r>
        <w:t>status_500:错误: 笼位:hyb压测笼架104672762-8-B 已被使用，请刷新页面: 1</w:t>
      </w:r>
    </w:p>
    <w:p>
      <w:r>
        <w:t>status_500:错误: 笼位:hyb压测笼架104672762-8-C 已被使用，请刷新页面: 1</w:t>
      </w:r>
    </w:p>
    <w:p>
      <w:r>
        <w:t>status_500:错误: 笼位:hyb压测笼架104672762-8-E 已被使用，请刷新页面: 1</w:t>
      </w:r>
    </w:p>
    <w:p>
      <w:r>
        <w:t>status_500:错误: 笼位:hyb压测笼架104672762-6-D 已被使用，请刷新页面: 1</w:t>
      </w:r>
    </w:p>
    <w:p>
      <w:r>
        <w:t>status_500:错误: 笼位:hyb压测笼架104672762-8-F 已被使用，请刷新页面: 1</w:t>
      </w:r>
    </w:p>
    <w:p>
      <w:r>
        <w:t>status_500:错误: 笼位:hyb压测笼架104672762-8-G 已被使用，请刷新页面: 1</w:t>
      </w:r>
    </w:p>
    <w:p>
      <w:r>
        <w:t>status_500:错误: 笼位:hyb压测笼架104672762-8-I 已被使用，请刷新页面: 1</w:t>
      </w:r>
    </w:p>
    <w:p>
      <w:r>
        <w:t>status_500:错误: 笼位:hyb压测笼架104672762-8-J 已被使用，请刷新页面: 1</w:t>
      </w:r>
    </w:p>
    <w:p>
      <w:r>
        <w:t>status_500:错误: 笼位:hyb压测笼架104672762-8-H 已被使用，请刷新页面: 1</w:t>
      </w:r>
    </w:p>
    <w:p>
      <w:r>
        <w:t>status_500:错误: 笼位:hyb压测笼架104672762-9-A 已被使用，请刷新页面: 1</w:t>
      </w:r>
    </w:p>
    <w:p>
      <w:r>
        <w:t>status_500:错误: 笼位:hyb压测笼架104672762-9-B 已被使用，请刷新页面: 1</w:t>
      </w:r>
    </w:p>
    <w:p>
      <w:r>
        <w:t>status_500:错误: 笼位:hyb压测笼架104672762-9-C 已被使用，请刷新页面: 1</w:t>
      </w:r>
    </w:p>
    <w:p>
      <w:r>
        <w:t>status_500:错误: 笼位:hyb压测笼架104672762-9-D 已被使用，请刷新页面: 1</w:t>
      </w:r>
    </w:p>
    <w:p>
      <w:r>
        <w:t>status_500:错误: 笼位:hyb压测笼架104672762-9-E 已被使用，请刷新页面: 1</w:t>
      </w:r>
    </w:p>
    <w:p>
      <w:r>
        <w:t>status_500:错误: 笼位:hyb压测笼架104672762-9-F 已被使用，请刷新页面: 1</w:t>
      </w:r>
    </w:p>
    <w:p>
      <w:r>
        <w:t>status_500:错误: 笼位:hyb压测笼架104672762-9-H 已被使用，请刷新页面: 1</w:t>
      </w:r>
    </w:p>
    <w:p>
      <w:r>
        <w:t>status_500:错误: 笼位:hyb压测笼架104672762-9-G 已被使用，请刷新页面: 1</w:t>
      </w:r>
    </w:p>
    <w:p>
      <w:r>
        <w:t>status_500:错误: 笼位:hyb压测笼架104672762-9-J 已被使用，请刷新页面: 1</w:t>
      </w:r>
    </w:p>
    <w:p>
      <w:r>
        <w:t>status_500:错误: 笼位:hyb压测笼架104672762-9-I 已被使用，请刷新页面: 1</w:t>
      </w:r>
    </w:p>
    <w:p>
      <w:r>
        <w:t>status_500:错误: 笼位:hyb压测笼架104672762-10-A 已被使用，请刷新页面: 1</w:t>
      </w:r>
    </w:p>
    <w:p>
      <w:r>
        <w:t>status_500:错误: 笼位:hyb压测笼架104672762-10-B 已被使用，请刷新页面: 1</w:t>
      </w:r>
    </w:p>
    <w:p>
      <w:r>
        <w:t>status_500:错误: 笼位:hyb压测笼架104672762-10-C 已被使用，请刷新页面: 1</w:t>
      </w:r>
    </w:p>
    <w:p>
      <w:r>
        <w:t>status_500:错误: 笼位:hyb压测笼架104672762-10-D 已被使用，请刷新页面: 1</w:t>
      </w:r>
    </w:p>
    <w:p>
      <w:r>
        <w:t>status_500:错误: 笼位:hyb压测笼架104672762-10-F 已被使用，请刷新页面: 1</w:t>
      </w:r>
    </w:p>
    <w:p>
      <w:r>
        <w:t>status_500:错误: 笼位:hyb压测笼架104672762-10-E 已被使用，请刷新页面: 1</w:t>
      </w:r>
    </w:p>
    <w:p>
      <w:r>
        <w:t>status_500:错误: 笼位:hyb压测笼架104672762-10-G 已被使用，请刷新页面: 1</w:t>
      </w:r>
    </w:p>
    <w:p>
      <w:r>
        <w:t>status_500:错误: 笼位:hyb压测笼架104672762-10-H 已被使用，请刷新页面: 1</w:t>
      </w:r>
    </w:p>
    <w:p>
      <w:r>
        <w:t>status_500:错误: 笼位:hyb压测笼架104672762-10-I 已被使用，请刷新页面: 1</w:t>
      </w:r>
    </w:p>
    <w:p>
      <w:r>
        <w:t>status_500:错误: 笼位:hyb压测笼架104672762-10-J 已被使用，请刷新页面: 1</w:t>
      </w:r>
    </w:p>
    <w:p>
      <w:r>
        <w:t>status_500:错误: 笼位:hyb压测笼架100874268-1-A 已被使用，请刷新页面: 1</w:t>
      </w:r>
    </w:p>
    <w:p>
      <w:r>
        <w:t>status_500:错误: 笼位:hyb压测笼架100874268-1-B 已被使用，请刷新页面: 1</w:t>
      </w:r>
    </w:p>
    <w:p>
      <w:r>
        <w:t>status_500:错误: 笼位:hyb压测笼架100874268-1-C 已被使用，请刷新页面: 1</w:t>
      </w:r>
    </w:p>
    <w:p>
      <w:r>
        <w:t>status_500:错误: 笼位:hyb压测笼架100874268-1-D 已被使用，请刷新页面: 1</w:t>
      </w:r>
    </w:p>
    <w:p>
      <w:r>
        <w:t>status_500:错误: 笼位:hyb压测笼架100874268-1-E 已被使用，请刷新页面: 1</w:t>
      </w:r>
    </w:p>
    <w:p>
      <w:r>
        <w:t>status_500:错误: 笼位:hyb压测笼架100874268-1-F 已被使用，请刷新页面: 1</w:t>
      </w:r>
    </w:p>
    <w:p>
      <w:r>
        <w:t>status_500:错误: 笼位:hyb压测笼架100874268-1-G 已被使用，请刷新页面: 1</w:t>
      </w:r>
    </w:p>
    <w:p>
      <w:r>
        <w:t>status_500:错误: 笼位:hyb压测笼架100874268-1-H 已被使用，请刷新页面: 1</w:t>
      </w:r>
    </w:p>
    <w:p>
      <w:r>
        <w:t>status_500:错误: 笼位:hyb压测笼架100874268-1-I 已被使用，请刷新页面: 1</w:t>
      </w:r>
    </w:p>
    <w:p>
      <w:r>
        <w:t>status_500:错误: 笼位:hyb压测笼架100874268-1-J 已被使用，请刷新页面: 1</w:t>
      </w:r>
    </w:p>
    <w:p>
      <w:r>
        <w:t>status_500:错误: 笼位:hyb压测笼架100874268-2-A 已被使用，请刷新页面: 1</w:t>
      </w:r>
    </w:p>
    <w:p>
      <w:r>
        <w:t>status_500:错误: 笼位:hyb压测笼架100874268-2-B 已被使用，请刷新页面: 1</w:t>
      </w:r>
    </w:p>
    <w:p>
      <w:r>
        <w:t>status_500:错误: 笼位:hyb压测笼架100874268-2-C 已被使用，请刷新页面: 1</w:t>
      </w:r>
    </w:p>
    <w:p>
      <w:r>
        <w:t>status_500:错误: 笼位:hyb压测笼架100874268-2-D 已被使用，请刷新页面: 1</w:t>
      </w:r>
    </w:p>
    <w:p>
      <w:r>
        <w:t>status_500:错误: 笼位:hyb压测笼架100874268-2-E 已被使用，请刷新页面: 1</w:t>
      </w:r>
    </w:p>
    <w:p>
      <w:r>
        <w:t>status_500:错误: 笼位:hyb压测笼架100874268-2-F 已被使用，请刷新页面: 1</w:t>
      </w:r>
    </w:p>
    <w:p>
      <w:r>
        <w:t>status_500:错误: 笼位:hyb压测笼架100874268-2-G 已被使用，请刷新页面: 1</w:t>
      </w:r>
    </w:p>
    <w:p>
      <w:r>
        <w:t>status_500:错误: 笼位:hyb压测笼架100874268-2-H 已被使用，请刷新页面: 1</w:t>
      </w:r>
    </w:p>
    <w:p>
      <w:r>
        <w:t>status_500:错误: 笼位:hyb压测笼架100874268-2-I 已被使用，请刷新页面: 1</w:t>
      </w:r>
    </w:p>
    <w:p>
      <w:r>
        <w:t>status_500:错误: 笼位:hyb压测笼架100874268-3-A 已被使用，请刷新页面: 1</w:t>
      </w:r>
    </w:p>
    <w:p>
      <w:r>
        <w:t>status_500:错误: 笼位:hyb压测笼架100874268-2-J 已被使用，请刷新页面: 1</w:t>
      </w:r>
    </w:p>
    <w:p>
      <w:r>
        <w:t>status_500:错误: 笼位:hyb压测笼架100874268-3-B 已被使用，请刷新页面: 1</w:t>
      </w:r>
    </w:p>
    <w:p>
      <w:r>
        <w:t>status_500:错误: 笼位:hyb压测笼架100874268-3-C 已被使用，请刷新页面: 1</w:t>
      </w:r>
    </w:p>
    <w:p>
      <w:r>
        <w:t>status_500:错误: 笼位:hyb压测笼架100874268-3-E 已被使用，请刷新页面: 1</w:t>
      </w:r>
    </w:p>
    <w:p>
      <w:r>
        <w:t>status_500:错误: 笼位:hyb压测笼架100874268-3-F 已被使用，请刷新页面: 1</w:t>
      </w:r>
    </w:p>
    <w:p>
      <w:r>
        <w:t>status_500:错误: 笼位:hyb压测笼架100874268-3-D 已被使用，请刷新页面: 1</w:t>
      </w:r>
    </w:p>
    <w:p>
      <w:r>
        <w:t>status_500:错误: 笼位:hyb压测笼架100874268-3-G 已被使用，请刷新页面: 1</w:t>
      </w:r>
    </w:p>
    <w:p>
      <w:r>
        <w:t>status_500:错误: 笼位:hyb压测笼架100874268-3-I 已被使用，请刷新页面: 1</w:t>
      </w:r>
    </w:p>
    <w:p>
      <w:r>
        <w:t>status_500:错误: 笼位:hyb压测笼架100874268-3-H 已被使用，请刷新页面: 1</w:t>
      </w:r>
    </w:p>
    <w:p>
      <w:r>
        <w:t>status_500:错误: 笼位:hyb压测笼架100874268-3-J 已被使用，请刷新页面: 1</w:t>
      </w:r>
    </w:p>
    <w:p>
      <w:r>
        <w:t>status_500:错误: 笼位:hyb压测笼架100874268-4-A 已被使用，请刷新页面: 1</w:t>
      </w:r>
    </w:p>
    <w:p>
      <w:r>
        <w:t>status_500:错误: 笼位:hyb压测笼架100874268-4-B 已被使用，请刷新页面: 1</w:t>
      </w:r>
    </w:p>
    <w:p>
      <w:r>
        <w:t>status_500:错误: 笼位:hyb压测笼架100874268-4-C 已被使用，请刷新页面: 1</w:t>
      </w:r>
    </w:p>
    <w:p>
      <w:r>
        <w:t>status_500:错误: 笼位:hyb压测笼架100874268-4-E 已被使用，请刷新页面: 1</w:t>
      </w:r>
    </w:p>
    <w:p>
      <w:r>
        <w:t>status_500:错误: 笼位:hyb压测笼架100874268-4-G 已被使用，请刷新页面: 1</w:t>
      </w:r>
    </w:p>
    <w:p>
      <w:r>
        <w:t>status_500:错误: 笼位:hyb压测笼架100874268-4-F 已被使用，请刷新页面: 1</w:t>
      </w:r>
    </w:p>
    <w:p>
      <w:r>
        <w:t>status_500:错误: 笼位:hyb压测笼架100874268-4-D 已被使用，请刷新页面: 1</w:t>
      </w:r>
    </w:p>
    <w:p>
      <w:r>
        <w:t>status_500:错误: 笼位:hyb压测笼架100874268-4-H 已被使用，请刷新页面: 1</w:t>
      </w:r>
    </w:p>
    <w:p>
      <w:r>
        <w:t>status_500:错误: 笼位:hyb压测笼架100874268-4-I 已被使用，请刷新页面: 1</w:t>
      </w:r>
    </w:p>
    <w:p>
      <w:r>
        <w:t>status_500:错误: 笼位:hyb压测笼架100874268-4-J 已被使用，请刷新页面: 1</w:t>
      </w:r>
    </w:p>
    <w:p>
      <w:r>
        <w:t>status_500:错误: 笼位:hyb压测笼架100874268-5-A 已被使用，请刷新页面: 1</w:t>
      </w:r>
    </w:p>
    <w:p>
      <w:r>
        <w:t>status_500:错误: 笼位:hyb压测笼架100874268-5-C 已被使用，请刷新页面: 1</w:t>
      </w:r>
    </w:p>
    <w:p>
      <w:r>
        <w:t>status_500:错误: 笼位:hyb压测笼架100874268-5-B 已被使用，请刷新页面: 1</w:t>
      </w:r>
    </w:p>
    <w:p>
      <w:r>
        <w:t>status_500:错误: 笼位:hyb压测笼架100874268-5-D 已被使用，请刷新页面: 1</w:t>
      </w:r>
    </w:p>
    <w:p>
      <w:r>
        <w:t>status_500:错误: 笼位:hyb压测笼架100874268-5-E 已被使用，请刷新页面: 1</w:t>
      </w:r>
    </w:p>
    <w:p>
      <w:r>
        <w:t>status_500:错误: 笼位:hyb压测笼架100874268-5-G 已被使用，请刷新页面: 1</w:t>
      </w:r>
    </w:p>
    <w:p>
      <w:r>
        <w:t>status_500:错误: 笼位:hyb压测笼架100874268-5-F 已被使用，请刷新页面: 1</w:t>
      </w:r>
    </w:p>
    <w:p>
      <w:r>
        <w:t>status_500:错误: 笼位:hyb压测笼架100874268-5-H 已被使用，请刷新页面: 1</w:t>
      </w:r>
    </w:p>
    <w:p>
      <w:r>
        <w:t>status_500:错误: 笼位:hyb压测笼架100874268-5-I 已被使用，请刷新页面: 1</w:t>
      </w:r>
    </w:p>
    <w:p>
      <w:r>
        <w:t>status_500:错误: 笼位:hyb压测笼架100874268-5-J 已被使用，请刷新页面: 1</w:t>
      </w:r>
    </w:p>
    <w:p>
      <w:r>
        <w:t>status_500:错误: 笼位:hyb压测笼架100874268-6-A 已被使用，请刷新页面: 1</w:t>
      </w:r>
    </w:p>
    <w:p>
      <w:r>
        <w:t>status_500:错误: 笼位:hyb压测笼架100874268-6-B 已被使用，请刷新页面: 1</w:t>
      </w:r>
    </w:p>
    <w:p>
      <w:r>
        <w:t>status_500:错误: 笼位:hyb压测笼架100874268-6-D 已被使用，请刷新页面: 1</w:t>
      </w:r>
    </w:p>
    <w:p>
      <w:r>
        <w:t>status_500:错误: 笼位:hyb压测笼架100874268-6-C 已被使用，请刷新页面: 1</w:t>
      </w:r>
    </w:p>
    <w:p>
      <w:r>
        <w:t>status_500:错误: 笼位:hyb压测笼架100874268-6-E 已被使用，请刷新页面: 1</w:t>
      </w:r>
    </w:p>
    <w:p>
      <w:r>
        <w:t>status_500:错误: 笼位:hyb压测笼架100874268-6-F 已被使用，请刷新页面: 1</w:t>
      </w:r>
    </w:p>
    <w:p>
      <w:r>
        <w:t>status_500:错误: 笼位:hyb压测笼架100874268-6-H 已被使用，请刷新页面: 1</w:t>
      </w:r>
    </w:p>
    <w:p>
      <w:r>
        <w:t>status_500:错误: 笼位:hyb压测笼架100874268-6-G 已被使用，请刷新页面: 1</w:t>
      </w:r>
    </w:p>
    <w:p>
      <w:r>
        <w:t>status_500:错误: 笼位:hyb压测笼架100874268-6-I 已被使用，请刷新页面: 1</w:t>
      </w:r>
    </w:p>
    <w:p>
      <w:r>
        <w:t>status_500:错误: 笼位:hyb压测笼架100874268-7-B 已被使用，请刷新页面: 1</w:t>
      </w:r>
    </w:p>
    <w:p>
      <w:r>
        <w:t>status_500:错误: 笼位:hyb压测笼架100874268-6-J 已被使用，请刷新页面: 1</w:t>
      </w:r>
    </w:p>
    <w:p>
      <w:r>
        <w:t>status_500:错误: 笼位:hyb压测笼架100874268-7-A 已被使用，请刷新页面: 1</w:t>
      </w:r>
    </w:p>
    <w:p>
      <w:r>
        <w:t>status_500:错误: 笼位:hyb压测笼架100874268-7-C 已被使用，请刷新页面: 1</w:t>
      </w:r>
    </w:p>
    <w:p>
      <w:r>
        <w:t>status_500:错误: 笼位:hyb压测笼架100874268-7-E 已被使用，请刷新页面: 1</w:t>
      </w:r>
    </w:p>
    <w:p>
      <w:r>
        <w:t>status_500:错误: 笼位:hyb压测笼架100874268-7-D 已被使用，请刷新页面: 1</w:t>
      </w:r>
    </w:p>
    <w:p>
      <w:r>
        <w:t>status_500:错误: 笼位:hyb压测笼架100874268-7-G 已被使用，请刷新页面: 1</w:t>
      </w:r>
    </w:p>
    <w:p>
      <w:r>
        <w:t>status_500:错误: 笼位:hyb压测笼架100874268-7-H 已被使用，请刷新页面: 1</w:t>
      </w:r>
    </w:p>
    <w:p>
      <w:r>
        <w:t>status_500:错误: 笼位:hyb压测笼架100874268-7-J 已被使用，请刷新页面: 1</w:t>
      </w:r>
    </w:p>
    <w:p>
      <w:r>
        <w:t>status_500:错误: 笼位:hyb压测笼架100874268-7-F 已被使用，请刷新页面: 1</w:t>
      </w:r>
    </w:p>
    <w:p>
      <w:r>
        <w:t>status_500:错误: 笼位:hyb压测笼架100874268-7-I 已被使用，请刷新页面: 1</w:t>
      </w:r>
    </w:p>
    <w:p>
      <w:r>
        <w:t>status_500:错误: 笼位:hyb压测笼架100874268-8-B 已被使用，请刷新页面: 1</w:t>
      </w:r>
    </w:p>
    <w:p>
      <w:r>
        <w:t>status_500:错误: 笼位:hyb压测笼架100874268-8-A 已被使用，请刷新页面: 1</w:t>
      </w:r>
    </w:p>
    <w:p>
      <w:r>
        <w:t>status_500:错误: 笼位:hyb压测笼架100874268-8-C 已被使用，请刷新页面: 1</w:t>
      </w:r>
    </w:p>
    <w:p>
      <w:r>
        <w:t>status_500:错误: 笼位:hyb压测笼架100874268-8-D 已被使用，请刷新页面: 1</w:t>
      </w:r>
    </w:p>
    <w:p>
      <w:r>
        <w:t>status_500:错误: 笼位:hyb压测笼架100874268-8-F 已被使用，请刷新页面: 1</w:t>
      </w:r>
    </w:p>
    <w:p>
      <w:r>
        <w:t>status_500:错误: 笼位:hyb压测笼架100874268-8-G 已被使用，请刷新页面: 1</w:t>
      </w:r>
    </w:p>
    <w:p>
      <w:r>
        <w:t>status_500:错误: 笼位:hyb压测笼架100874268-8-E 已被使用，请刷新页面: 1</w:t>
      </w:r>
    </w:p>
    <w:p>
      <w:r>
        <w:t>status_500:错误: 笼位:hyb压测笼架100874268-8-I 已被使用，请刷新页面: 1</w:t>
      </w:r>
    </w:p>
    <w:p>
      <w:r>
        <w:t>status_500:错误: 笼位:hyb压测笼架100874268-8-H 已被使用，请刷新页面: 1</w:t>
      </w:r>
    </w:p>
    <w:p>
      <w:r>
        <w:t>status_500:错误: 笼位:hyb压测笼架100874268-9-B 已被使用，请刷新页面: 1</w:t>
      </w:r>
    </w:p>
    <w:p>
      <w:r>
        <w:t>status_500:错误: 笼位:hyb压测笼架100874268-9-A 已被使用，请刷新页面: 1</w:t>
      </w:r>
    </w:p>
    <w:p>
      <w:r>
        <w:t>status_500:错误: 笼位:hyb压测笼架100874268-8-J 已被使用，请刷新页面: 1</w:t>
      </w:r>
    </w:p>
    <w:p>
      <w:r>
        <w:t>status_500:错误: 笼位:hyb压测笼架100874268-9-C 已被使用，请刷新页面: 1</w:t>
      </w:r>
    </w:p>
    <w:p>
      <w:r>
        <w:t>status_500:错误: 笼位:hyb压测笼架100874268-9-E 已被使用，请刷新页面: 1</w:t>
      </w:r>
    </w:p>
    <w:p>
      <w:r>
        <w:t>status_500:错误: 笼位:hyb压测笼架100874268-9-F 已被使用，请刷新页面: 1</w:t>
      </w:r>
    </w:p>
    <w:p>
      <w:r>
        <w:t>status_500:错误: 笼位:hyb压测笼架100874268-9-D 已被使用，请刷新页面: 1</w:t>
      </w:r>
    </w:p>
    <w:p>
      <w:r>
        <w:t>status_500:错误: 笼位:hyb压测笼架100874268-9-H 已被使用，请刷新页面: 1</w:t>
      </w:r>
    </w:p>
    <w:p>
      <w:r>
        <w:t>status_500:错误: 笼位:hyb压测笼架100874268-9-G 已被使用，请刷新页面: 1</w:t>
      </w:r>
    </w:p>
    <w:p>
      <w:r>
        <w:t>status_500:错误: 笼位:hyb压测笼架100874268-10-A 已被使用，请刷新页面: 1</w:t>
      </w:r>
    </w:p>
    <w:p>
      <w:r>
        <w:t>status_500:错误: 笼位:hyb压测笼架100874268-9-I 已被使用，请刷新页面: 1</w:t>
      </w:r>
    </w:p>
    <w:p>
      <w:r>
        <w:t>status_500:错误: 笼位:hyb压测笼架100874268-9-J 已被使用，请刷新页面: 1</w:t>
      </w:r>
    </w:p>
    <w:p>
      <w:r>
        <w:t>status_500:错误: 笼位:hyb压测笼架100874268-10-B 已被使用，请刷新页面: 1</w:t>
      </w:r>
    </w:p>
    <w:p>
      <w:r>
        <w:t>status_500:错误: 笼位:hyb压测笼架100874268-10-C 已被使用，请刷新页面: 1</w:t>
      </w:r>
    </w:p>
    <w:p>
      <w:r>
        <w:t>status_500:错误: 笼位:hyb压测笼架100874268-10-E 已被使用，请刷新页面: 1</w:t>
      </w:r>
    </w:p>
    <w:p>
      <w:r>
        <w:t>status_500:错误: 笼位:hyb压测笼架100874268-10-D 已被使用，请刷新页面: 1</w:t>
      </w:r>
    </w:p>
    <w:p>
      <w:r>
        <w:t>status_500:错误: 笼位:hyb压测笼架100874268-10-F 已被使用，请刷新页面: 1</w:t>
      </w:r>
    </w:p>
    <w:p>
      <w:r>
        <w:t>status_500:错误: 笼位:hyb压测笼架100874268-10-G 已被使用，请刷新页面: 1</w:t>
      </w:r>
    </w:p>
    <w:p>
      <w:r>
        <w:t>status_500:错误: 笼位:hyb压测笼架100874268-10-I 已被使用，请刷新页面: 1</w:t>
      </w:r>
    </w:p>
    <w:p>
      <w:r>
        <w:t>status_500:错误: 笼位:hyb压测笼架100874268-10-H 已被使用，请刷新页面: 1</w:t>
      </w:r>
    </w:p>
    <w:p>
      <w:r>
        <w:t>status_500:错误: 笼位:hyb压测笼架100874268-10-J 已被使用，请刷新页面: 1</w:t>
      </w:r>
    </w:p>
    <w:p>
      <w:r>
        <w:t>status_500:错误: 笼位:hyb压测笼架115601672-1-A 已被使用，请刷新页面: 1</w:t>
      </w:r>
    </w:p>
    <w:p>
      <w:r>
        <w:t>status_500:错误: 笼位:hyb压测笼架115601672-1-B 已被使用，请刷新页面: 1</w:t>
      </w:r>
    </w:p>
    <w:p>
      <w:r>
        <w:t>status_500:错误: 笼位:hyb压测笼架115601672-1-C 已被使用，请刷新页面: 1</w:t>
      </w:r>
    </w:p>
    <w:p>
      <w:r>
        <w:t>status_500:错误: 笼位:hyb压测笼架115601672-1-E 已被使用，请刷新页面: 1</w:t>
      </w:r>
    </w:p>
    <w:p>
      <w:r>
        <w:t>status_500:错误: 笼位:hyb压测笼架115601672-1-D 已被使用，请刷新页面: 1</w:t>
      </w:r>
    </w:p>
    <w:p>
      <w:r>
        <w:t>status_500:错误: 笼位:hyb压测笼架115601672-1-F 已被使用，请刷新页面: 1</w:t>
      </w:r>
    </w:p>
    <w:p>
      <w:r>
        <w:t>status_500:错误: 笼位:hyb压测笼架115601672-1-H 已被使用，请刷新页面: 1</w:t>
      </w:r>
    </w:p>
    <w:p>
      <w:r>
        <w:t>status_500:错误: 笼位:hyb压测笼架115601672-1-G 已被使用，请刷新页面: 1</w:t>
      </w:r>
    </w:p>
    <w:p>
      <w:r>
        <w:t>status_500:错误: 笼位:hyb压测笼架115601672-1-I 已被使用，请刷新页面: 1</w:t>
      </w:r>
    </w:p>
    <w:p>
      <w:r>
        <w:t>status_500:错误: 笼位:hyb压测笼架115601672-1-J 已被使用，请刷新页面: 1</w:t>
      </w:r>
    </w:p>
    <w:p>
      <w:r>
        <w:t>status_500:错误: 笼位:hyb压测笼架115601672-2-A 已被使用，请刷新页面: 1</w:t>
      </w:r>
    </w:p>
    <w:p>
      <w:r>
        <w:t>status_500:错误: 笼位:hyb压测笼架115601672-2-B 已被使用，请刷新页面: 1</w:t>
      </w:r>
    </w:p>
    <w:p>
      <w:r>
        <w:t>status_500:错误: 笼位:hyb压测笼架115601672-2-C 已被使用，请刷新页面: 1</w:t>
      </w:r>
    </w:p>
    <w:p>
      <w:r>
        <w:t>status_500:错误: 笼位:hyb压测笼架115601672-2-E 已被使用，请刷新页面: 1</w:t>
      </w:r>
    </w:p>
    <w:p>
      <w:r>
        <w:t>status_500:错误: 笼位:hyb压测笼架115601672-2-F 已被使用，请刷新页面: 1</w:t>
      </w:r>
    </w:p>
    <w:p>
      <w:r>
        <w:t>status_500:错误: 笼位:hyb压测笼架115601672-2-G 已被使用，请刷新页面: 1</w:t>
      </w:r>
    </w:p>
    <w:p>
      <w:r>
        <w:t>status_500:错误: 笼位:hyb压测笼架115601672-2-I 已被使用，请刷新页面: 1</w:t>
      </w:r>
    </w:p>
    <w:p>
      <w:r>
        <w:t>status_500:错误: 笼位:hyb压测笼架115601672-2-H 已被使用，请刷新页面: 1</w:t>
      </w:r>
    </w:p>
    <w:p>
      <w:r>
        <w:t>status_500:错误: 笼位:hyb压测笼架115601672-2-J 已被使用，请刷新页面: 1</w:t>
      </w:r>
    </w:p>
    <w:p>
      <w:r>
        <w:t>status_500:错误: 笼位:hyb压测笼架115601672-3-A 已被使用，请刷新页面: 1</w:t>
      </w:r>
    </w:p>
    <w:p>
      <w:r>
        <w:t>status_500:错误: 笼位:hyb压测笼架115601672-3-B 已被使用，请刷新页面: 1</w:t>
      </w:r>
    </w:p>
    <w:p>
      <w:r>
        <w:t>status_500:错误: 笼位:hyb压测笼架115601672-3-C 已被使用，请刷新页面: 1</w:t>
      </w:r>
    </w:p>
    <w:p>
      <w:r>
        <w:t>status_500:错误: 笼位:hyb压测笼架115601672-3-D 已被使用，请刷新页面: 1</w:t>
      </w:r>
    </w:p>
    <w:p>
      <w:r>
        <w:t>status_500:错误: 笼位:hyb压测笼架115601672-3-E 已被使用，请刷新页面: 1</w:t>
      </w:r>
    </w:p>
    <w:p>
      <w:r>
        <w:t>status_500:错误: 笼位:hyb压测笼架115601672-3-F 已被使用，请刷新页面: 1</w:t>
      </w:r>
    </w:p>
    <w:p>
      <w:r>
        <w:t>status_500:错误: 笼位:hyb压测笼架115601672-3-G 已被使用，请刷新页面: 1</w:t>
      </w:r>
    </w:p>
    <w:p>
      <w:r>
        <w:t>status_500:错误: 笼位:hyb压测笼架115601672-3-H 已被使用，请刷新页面: 1</w:t>
      </w:r>
    </w:p>
    <w:p>
      <w:r>
        <w:t>status_500:错误: 笼位:hyb压测笼架115601672-3-I 已被使用，请刷新页面: 1</w:t>
      </w:r>
    </w:p>
    <w:p>
      <w:r>
        <w:t>status_500:错误: 笼位:hyb压测笼架115601672-3-J 已被使用，请刷新页面: 1</w:t>
      </w:r>
    </w:p>
    <w:p>
      <w:r>
        <w:t>status_500:错误: 笼位:hyb压测笼架115601672-4-B 已被使用，请刷新页面: 1</w:t>
      </w:r>
    </w:p>
    <w:p>
      <w:r>
        <w:t>status_500:错误: 笼位:hyb压测笼架115601672-4-A 已被使用，请刷新页面: 1</w:t>
      </w:r>
    </w:p>
    <w:p>
      <w:r>
        <w:t>status_500:错误: 笼位:hyb压测笼架115601672-4-C 已被使用，请刷新页面: 1</w:t>
      </w:r>
    </w:p>
    <w:p>
      <w:r>
        <w:t>status_500:错误: 笼位:hyb压测笼架115601672-2-D 已被使用，请刷新页面: 1</w:t>
      </w:r>
    </w:p>
    <w:p>
      <w:r>
        <w:t>status_500:错误: 笼位:hyb压测笼架115601672-4-G 已被使用，请刷新页面: 1</w:t>
      </w:r>
    </w:p>
    <w:p>
      <w:r>
        <w:t>status_500:错误: 笼位:hyb压测笼架115601672-4-D 已被使用，请刷新页面: 1</w:t>
      </w:r>
    </w:p>
    <w:p>
      <w:r>
        <w:t>status_500:错误: 笼位:hyb压测笼架115601672-4-E 已被使用，请刷新页面: 1</w:t>
      </w:r>
    </w:p>
    <w:p>
      <w:r>
        <w:t>status_500:错误: 笼位:hyb压测笼架115601672-4-F 已被使用，请刷新页面: 1</w:t>
      </w:r>
    </w:p>
    <w:p>
      <w:r>
        <w:t>status_500:错误: 笼位:hyb压测笼架115601672-4-H 已被使用，请刷新页面: 1</w:t>
      </w:r>
    </w:p>
    <w:p>
      <w:r>
        <w:t>status_500:错误: 笼位:hyb压测笼架115601672-4-I 已被使用，请刷新页面: 1</w:t>
      </w:r>
    </w:p>
    <w:p>
      <w:r>
        <w:t>status_500:错误: 笼位:hyb压测笼架115601672-4-J 已被使用，请刷新页面: 1</w:t>
      </w:r>
    </w:p>
    <w:p>
      <w:r>
        <w:t>status_500:错误: 笼位:hyb压测笼架115601672-5-A 已被使用，请刷新页面: 1</w:t>
      </w:r>
    </w:p>
    <w:p>
      <w:r>
        <w:t>status_500:错误: 笼位:hyb压测笼架115601672-5-B 已被使用，请刷新页面: 1</w:t>
      </w:r>
    </w:p>
    <w:p>
      <w:r>
        <w:t>status_500:错误: 笼位:hyb压测笼架115601672-5-C 已被使用，请刷新页面: 1</w:t>
      </w:r>
    </w:p>
    <w:p>
      <w:r>
        <w:t>status_500:错误: 笼位:hyb压测笼架115601672-5-D 已被使用，请刷新页面: 1</w:t>
      </w:r>
    </w:p>
    <w:p>
      <w:r>
        <w:t>status_500:错误: 笼位:hyb压测笼架115601672-5-E 已被使用，请刷新页面: 1</w:t>
      </w:r>
    </w:p>
    <w:p>
      <w:r>
        <w:t>status_500:错误: 笼位:hyb压测笼架115601672-5-F 已被使用，请刷新页面: 1</w:t>
      </w:r>
    </w:p>
    <w:p>
      <w:r>
        <w:t>status_500:错误: 笼位:hyb压测笼架115601672-5-H 已被使用，请刷新页面: 1</w:t>
      </w:r>
    </w:p>
    <w:p>
      <w:r>
        <w:t>status_500:错误: 笼位:hyb压测笼架115601672-5-I 已被使用，请刷新页面: 1</w:t>
      </w:r>
    </w:p>
    <w:p>
      <w:r>
        <w:t>status_500:错误: 笼位:hyb压测笼架115601672-5-G 已被使用，请刷新页面: 1</w:t>
      </w:r>
    </w:p>
    <w:p>
      <w:r>
        <w:t>status_500:错误: 笼位:hyb压测笼架115601672-5-J 已被使用，请刷新页面: 1</w:t>
      </w:r>
    </w:p>
    <w:p>
      <w:r>
        <w:t>status_500:错误: 笼位:hyb压测笼架115601672-6-B 已被使用，请刷新页面: 1</w:t>
      </w:r>
    </w:p>
    <w:p>
      <w:r>
        <w:t>status_500:错误: 笼位:hyb压测笼架115601672-6-A 已被使用，请刷新页面: 1</w:t>
      </w:r>
    </w:p>
    <w:p>
      <w:r>
        <w:t>status_500:错误: 笼位:hyb压测笼架115601672-6-C 已被使用，请刷新页面: 1</w:t>
      </w:r>
    </w:p>
    <w:p>
      <w:r>
        <w:t>status_500:错误: 笼位:hyb压测笼架115601672-6-D 已被使用，请刷新页面: 1</w:t>
      </w:r>
    </w:p>
    <w:p>
      <w:r>
        <w:t>status_500:错误: 笼位:hyb压测笼架115601672-6-E 已被使用，请刷新页面: 1</w:t>
      </w:r>
    </w:p>
    <w:p>
      <w:r>
        <w:t>status_500:错误: 笼位:hyb压测笼架115601672-6-F 已被使用，请刷新页面: 1</w:t>
      </w:r>
    </w:p>
    <w:p>
      <w:r>
        <w:t>status_500:错误: 笼位:hyb压测笼架115601672-6-G 已被使用，请刷新页面: 1</w:t>
      </w:r>
    </w:p>
    <w:p>
      <w:r>
        <w:t>status_500:错误: 笼位:hyb压测笼架115601672-6-H 已被使用，请刷新页面: 1</w:t>
      </w:r>
    </w:p>
    <w:p>
      <w:r>
        <w:t>status_500:错误: 笼位:hyb压测笼架115601672-6-I 已被使用，请刷新页面: 1</w:t>
      </w:r>
    </w:p>
    <w:p>
      <w:r>
        <w:t>status_500:错误: 笼位:hyb压测笼架115601672-7-A 已被使用，请刷新页面: 1</w:t>
      </w:r>
    </w:p>
    <w:p>
      <w:r>
        <w:t>status_500:错误: 笼位:hyb压测笼架115601672-6-J 已被使用，请刷新页面: 1</w:t>
      </w:r>
    </w:p>
    <w:p>
      <w:r>
        <w:t>status_500:错误: 笼位:hyb压测笼架115601672-7-B 已被使用，请刷新页面: 1</w:t>
      </w:r>
    </w:p>
    <w:p>
      <w:r>
        <w:t>status_500:错误: 笼位:hyb压测笼架115601672-7-C 已被使用，请刷新页面: 1</w:t>
      </w:r>
    </w:p>
    <w:p>
      <w:r>
        <w:t>status_500:错误: 笼位:hyb压测笼架115601672-7-D 已被使用，请刷新页面: 1</w:t>
      </w:r>
    </w:p>
    <w:p>
      <w:r>
        <w:t>status_500:错误: 笼位:hyb压测笼架115601672-7-E 已被使用，请刷新页面: 1</w:t>
      </w:r>
    </w:p>
    <w:p>
      <w:r>
        <w:t>status_500:错误: 笼位:hyb压测笼架115601672-7-F 已被使用，请刷新页面: 1</w:t>
      </w:r>
    </w:p>
    <w:p>
      <w:r>
        <w:t>status_500:错误: 笼位:hyb压测笼架115601672-7-G 已被使用，请刷新页面: 1</w:t>
      </w:r>
    </w:p>
    <w:p>
      <w:r>
        <w:t>status_500:错误: 笼位:hyb压测笼架115601672-7-H 已被使用，请刷新页面: 1</w:t>
      </w:r>
    </w:p>
    <w:p>
      <w:r>
        <w:t>status_500:错误: 笼位:hyb压测笼架115601672-7-I 已被使用，请刷新页面: 1</w:t>
      </w:r>
    </w:p>
    <w:p>
      <w:r>
        <w:t>status_500:错误: 笼位:hyb压测笼架115601672-7-J 已被使用，请刷新页面: 1</w:t>
      </w:r>
    </w:p>
    <w:p>
      <w:r>
        <w:t>status_500:错误: 笼位:hyb压测笼架115601672-8-B 已被使用，请刷新页面: 1</w:t>
      </w:r>
    </w:p>
    <w:p>
      <w:r>
        <w:t>status_500:错误: 笼位:hyb压测笼架115601672-8-A 已被使用，请刷新页面: 1</w:t>
      </w:r>
    </w:p>
    <w:p>
      <w:r>
        <w:t>status_500:错误: 笼位:hyb压测笼架115601672-8-C 已被使用，请刷新页面: 1</w:t>
      </w:r>
    </w:p>
    <w:p>
      <w:r>
        <w:t>status_500:错误: 笼位:hyb压测笼架115601672-8-E 已被使用，请刷新页面: 1</w:t>
      </w:r>
    </w:p>
    <w:p>
      <w:r>
        <w:t>status_500:错误: 笼位:hyb压测笼架115601672-8-D 已被使用，请刷新页面: 1</w:t>
      </w:r>
    </w:p>
    <w:p>
      <w:r>
        <w:t>status_500:错误: 笼位:hyb压测笼架115601672-8-F 已被使用，请刷新页面: 1</w:t>
      </w:r>
    </w:p>
    <w:p>
      <w:r>
        <w:t>status_500:错误: 笼位:hyb压测笼架115601672-8-G 已被使用，请刷新页面: 1</w:t>
      </w:r>
    </w:p>
    <w:p>
      <w:r>
        <w:t>status_500:错误: 笼位:hyb压测笼架115601672-8-H 已被使用，请刷新页面: 1</w:t>
      </w:r>
    </w:p>
    <w:p>
      <w:r>
        <w:t>status_500:错误: 笼位:hyb压测笼架115601672-8-I 已被使用，请刷新页面: 1</w:t>
      </w:r>
    </w:p>
    <w:p>
      <w:r>
        <w:t>status_500:错误: 笼位:hyb压测笼架115601672-8-J 已被使用，请刷新页面: 1</w:t>
      </w:r>
    </w:p>
    <w:p>
      <w:r>
        <w:t>status_500:错误: 笼位:hyb压测笼架115601672-9-A 已被使用，请刷新页面: 1</w:t>
      </w:r>
    </w:p>
    <w:p>
      <w:r>
        <w:t>status_500:错误: 笼位:hyb压测笼架115601672-9-C 已被使用，请刷新页面: 1</w:t>
      </w:r>
    </w:p>
    <w:p>
      <w:r>
        <w:t>status_500:错误: 笼位:hyb压测笼架115601672-9-B 已被使用，请刷新页面: 1</w:t>
      </w:r>
    </w:p>
    <w:p>
      <w:r>
        <w:t>status_500:错误: 笼位:hyb压测笼架115601672-9-D 已被使用，请刷新页面: 1</w:t>
      </w:r>
    </w:p>
    <w:p>
      <w:r>
        <w:t>status_500:错误: 笼位:hyb压测笼架115601672-9-F 已被使用，请刷新页面: 1</w:t>
      </w:r>
    </w:p>
    <w:p>
      <w:r>
        <w:t>status_500:错误: 笼位:hyb压测笼架115601672-9-E 已被使用，请刷新页面: 1</w:t>
      </w:r>
    </w:p>
    <w:p>
      <w:r>
        <w:t>status_500:错误: 笼位:hyb压测笼架115601672-9-G 已被使用，请刷新页面: 1</w:t>
      </w:r>
    </w:p>
    <w:p>
      <w:r>
        <w:t>status_500:错误: 笼位:hyb压测笼架115601672-9-H 已被使用，请刷新页面: 1</w:t>
      </w:r>
    </w:p>
    <w:p>
      <w:r>
        <w:t>status_500:错误: 笼位:hyb压测笼架115601672-9-J 已被使用，请刷新页面: 1</w:t>
      </w:r>
    </w:p>
    <w:p>
      <w:r>
        <w:t>status_500:错误: 笼位:hyb压测笼架115601672-9-I 已被使用，请刷新页面: 1</w:t>
      </w:r>
    </w:p>
    <w:p>
      <w:r>
        <w:t>status_500:错误: 笼位:hyb压测笼架115601672-10-A 已被使用，请刷新页面: 1</w:t>
      </w:r>
    </w:p>
    <w:p>
      <w:r>
        <w:t>status_500:错误: 笼位:hyb压测笼架115601672-10-B 已被使用，请刷新页面: 1</w:t>
      </w:r>
    </w:p>
    <w:p>
      <w:r>
        <w:t>status_500:错误: 笼位:hyb压测笼架115601672-10-C 已被使用，请刷新页面: 1</w:t>
      </w:r>
    </w:p>
    <w:p>
      <w:r>
        <w:t>status_500:错误: 笼位:hyb压测笼架115601672-10-D 已被使用，请刷新页面: 1</w:t>
      </w:r>
    </w:p>
    <w:p>
      <w:r>
        <w:t>status_500:错误: 笼位:hyb压测笼架115601672-10-E 已被使用，请刷新页面: 1</w:t>
      </w:r>
    </w:p>
    <w:p>
      <w:r>
        <w:t>status_500:错误: 笼位:hyb压测笼架115601672-10-I 已被使用，请刷新页面: 1</w:t>
      </w:r>
    </w:p>
    <w:p>
      <w:r>
        <w:t>status_500:错误: 笼位:hyb压测笼架115601672-10-H 已被使用，请刷新页面: 1</w:t>
      </w:r>
    </w:p>
    <w:p>
      <w:r>
        <w:t>status_500:错误: 笼位:hyb压测笼架115601672-10-F 已被使用，请刷新页面: 1</w:t>
      </w:r>
    </w:p>
    <w:p>
      <w:r>
        <w:t>status_500:错误: 笼位:hyb压测笼架115601672-10-G 已被使用，请刷新页面: 1</w:t>
      </w:r>
    </w:p>
    <w:p>
      <w:r>
        <w:t>status_500:错误: 笼位:hyb压测笼架116291183-1-B 已被使用，请刷新页面: 1</w:t>
      </w:r>
    </w:p>
    <w:p>
      <w:r>
        <w:t>status_500:错误: 笼位:hyb压测笼架115601672-10-J 已被使用，请刷新页面: 1</w:t>
      </w:r>
    </w:p>
    <w:p>
      <w:r>
        <w:t>status_500:错误: 笼位:hyb压测笼架116291183-1-A 已被使用，请刷新页面: 1</w:t>
      </w:r>
    </w:p>
    <w:p>
      <w:r>
        <w:t>status_500:错误: 笼位:hyb压测笼架116291183-1-C 已被使用，请刷新页面: 1</w:t>
      </w:r>
    </w:p>
    <w:p>
      <w:r>
        <w:t>status_500:错误: 笼位:hyb压测笼架116291183-1-D 已被使用，请刷新页面: 1</w:t>
      </w:r>
    </w:p>
    <w:p>
      <w:r>
        <w:t>status_500:错误: 笼位:hyb压测笼架116291183-1-E 已被使用，请刷新页面: 1</w:t>
      </w:r>
    </w:p>
    <w:p>
      <w:r>
        <w:t>status_500:错误: 笼位:hyb压测笼架116291183-1-F 已被使用，请刷新页面: 1</w:t>
      </w:r>
    </w:p>
    <w:p>
      <w:r>
        <w:t>status_500:错误: 笼位:hyb压测笼架116291183-1-H 已被使用，请刷新页面: 1</w:t>
      </w:r>
    </w:p>
    <w:p>
      <w:r>
        <w:t>status_500:错误: 笼位:hyb压测笼架116291183-1-G 已被使用，请刷新页面: 1</w:t>
      </w:r>
    </w:p>
    <w:p>
      <w:r>
        <w:t>status_500:错误: 笼位:hyb压测笼架116291183-2-A 已被使用，请刷新页面: 1</w:t>
      </w:r>
    </w:p>
    <w:p>
      <w:r>
        <w:t>status_500:错误: 笼位:hyb压测笼架116291183-1-I 已被使用，请刷新页面: 1</w:t>
      </w:r>
    </w:p>
    <w:p>
      <w:r>
        <w:t>status_500:错误: 笼位:hyb压测笼架116291183-2-B 已被使用，请刷新页面: 1</w:t>
      </w:r>
    </w:p>
    <w:p>
      <w:r>
        <w:t>status_500:错误: 笼位:hyb压测笼架116291183-1-J 已被使用，请刷新页面: 1</w:t>
      </w:r>
    </w:p>
    <w:p>
      <w:r>
        <w:t>status_500:错误: 笼位:hyb压测笼架116291183-2-C 已被使用，请刷新页面: 1</w:t>
      </w:r>
    </w:p>
    <w:p>
      <w:r>
        <w:t>status_500:错误: 笼位:hyb压测笼架116291183-2-D 已被使用，请刷新页面: 1</w:t>
      </w:r>
    </w:p>
    <w:p>
      <w:r>
        <w:t>status_500:错误: 笼位:hyb压测笼架116291183-2-E 已被使用，请刷新页面: 1</w:t>
      </w:r>
    </w:p>
    <w:p>
      <w:r>
        <w:t>status_500:错误: 笼位:hyb压测笼架116291183-2-F 已被使用，请刷新页面: 1</w:t>
      </w:r>
    </w:p>
    <w:p>
      <w:r>
        <w:t>status_500:错误: 笼位:hyb压测笼架116291183-2-H 已被使用，请刷新页面: 1</w:t>
      </w:r>
    </w:p>
    <w:p>
      <w:r>
        <w:t>status_500:错误: 笼位:hyb压测笼架116291183-2-G 已被使用，请刷新页面: 1</w:t>
      </w:r>
    </w:p>
    <w:p>
      <w:r>
        <w:t>status_500:错误: 笼位:hyb压测笼架116291183-2-I 已被使用，请刷新页面: 1</w:t>
      </w:r>
    </w:p>
    <w:p>
      <w:r>
        <w:t>status_500:错误: 笼位:hyb压测笼架116291183-2-J 已被使用，请刷新页面: 1</w:t>
      </w:r>
    </w:p>
    <w:p>
      <w:r>
        <w:t>status_500:错误: 笼位:hyb压测笼架116291183-3-A 已被使用，请刷新页面: 1</w:t>
      </w:r>
    </w:p>
    <w:p>
      <w:r>
        <w:t>status_500:错误: 笼位:hyb压测笼架116291183-3-C 已被使用，请刷新页面: 1</w:t>
      </w:r>
    </w:p>
    <w:p>
      <w:r>
        <w:t>status_500:错误: 笼位:hyb压测笼架116291183-3-D 已被使用，请刷新页面: 1</w:t>
      </w:r>
    </w:p>
    <w:p>
      <w:r>
        <w:t>status_500:错误: 笼位:hyb压测笼架116291183-3-B 已被使用，请刷新页面: 1</w:t>
      </w:r>
    </w:p>
    <w:p>
      <w:r>
        <w:t>status_500:错误: 笼位:hyb压测笼架116291183-5-I 已被使用，请刷新页面: 1</w:t>
      </w:r>
    </w:p>
    <w:p>
      <w:r>
        <w:t>status_500:错误: 笼位:hyb压测笼架116291183-3-G 已被使用，请刷新页面: 1</w:t>
      </w:r>
    </w:p>
    <w:p>
      <w:r>
        <w:t>status_500:错误: 笼位:hyb压测笼架116291183-3-E 已被使用，请刷新页面: 1</w:t>
      </w:r>
    </w:p>
    <w:p>
      <w:r>
        <w:t>status_500:错误: 笼位:hyb压测笼架116291183-3-F 已被使用，请刷新页面: 1</w:t>
      </w:r>
    </w:p>
    <w:p>
      <w:r>
        <w:t>status_500:错误: 笼位:hyb压测笼架116291183-3-H 已被使用，请刷新页面: 1</w:t>
      </w:r>
    </w:p>
    <w:p>
      <w:r>
        <w:t>status_500:错误: 笼位:hyb压测笼架116291183-3-I 已被使用，请刷新页面: 1</w:t>
      </w:r>
    </w:p>
    <w:p>
      <w:r>
        <w:t>status_500:错误: 笼位:hyb压测笼架116291183-4-A 已被使用，请刷新页面: 1</w:t>
      </w:r>
    </w:p>
    <w:p>
      <w:r>
        <w:t>status_500:错误: 笼位:hyb压测笼架116291183-3-J 已被使用，请刷新页面: 1</w:t>
      </w:r>
    </w:p>
    <w:p>
      <w:r>
        <w:t>status_500:错误: 笼位:hyb压测笼架116291183-4-D 已被使用，请刷新页面: 1</w:t>
      </w:r>
    </w:p>
    <w:p>
      <w:r>
        <w:t>status_500:错误: 笼位:hyb压测笼架116291183-4-B 已被使用，请刷新页面: 1</w:t>
      </w:r>
    </w:p>
    <w:p>
      <w:r>
        <w:t>status_500:错误: 笼位:hyb压测笼架116291183-4-C 已被使用，请刷新页面: 1</w:t>
      </w:r>
    </w:p>
    <w:p>
      <w:r>
        <w:t>status_500:错误: 笼位:hyb压测笼架116291183-4-E 已被使用，请刷新页面: 1</w:t>
      </w:r>
    </w:p>
    <w:p>
      <w:r>
        <w:t>status_500:错误: 笼位:hyb压测笼架116291183-4-H 已被使用，请刷新页面: 1</w:t>
      </w:r>
    </w:p>
    <w:p>
      <w:r>
        <w:t>status_500:错误: 笼位:hyb压测笼架116291183-4-F 已被使用，请刷新页面: 1</w:t>
      </w:r>
    </w:p>
    <w:p>
      <w:r>
        <w:t>status_500:错误: 笼位:hyb压测笼架116291183-4-G 已被使用，请刷新页面: 1</w:t>
      </w:r>
    </w:p>
    <w:p>
      <w:r>
        <w:t>status_500:错误: 笼位:hyb压测笼架116291183-4-J 已被使用，请刷新页面: 1</w:t>
      </w:r>
    </w:p>
    <w:p>
      <w:r>
        <w:t>status_500:错误: 笼位:hyb压测笼架116291183-5-A 已被使用，请刷新页面: 1</w:t>
      </w:r>
    </w:p>
    <w:p>
      <w:r>
        <w:t>status_500:错误: 笼位:hyb压测笼架116291183-5-B 已被使用，请刷新页面: 1</w:t>
      </w:r>
    </w:p>
    <w:p>
      <w:r>
        <w:t>status_500:错误: 笼位:hyb压测笼架116291183-5-D 已被使用，请刷新页面: 1</w:t>
      </w:r>
    </w:p>
    <w:p>
      <w:r>
        <w:t>status_500:错误: 笼位:hyb压测笼架116291183-5-C 已被使用，请刷新页面: 1</w:t>
      </w:r>
    </w:p>
    <w:p>
      <w:r>
        <w:t>status_500:错误: 笼位:hyb压测笼架116291183-5-F 已被使用，请刷新页面: 1</w:t>
      </w:r>
    </w:p>
    <w:p>
      <w:r>
        <w:t>status_500:错误: 笼位:hyb压测笼架116291183-5-G 已被使用，请刷新页面: 1</w:t>
      </w:r>
    </w:p>
    <w:p>
      <w:r>
        <w:t>status_500:错误: 笼位:hyb压测笼架116291183-5-E 已被使用，请刷新页面: 1</w:t>
      </w:r>
    </w:p>
    <w:p>
      <w:r>
        <w:t>status_500:错误: 笼位:hyb压测笼架116291183-5-H 已被使用，请刷新页面: 1</w:t>
      </w:r>
    </w:p>
    <w:p>
      <w:r>
        <w:t>status_500:错误: 笼位:hyb压测笼架116291183-6-B 已被使用，请刷新页面: 1</w:t>
      </w:r>
    </w:p>
    <w:p>
      <w:r>
        <w:t>status_500:错误: 笼位:hyb压测笼架116291183-5-J 已被使用，请刷新页面: 1</w:t>
      </w:r>
    </w:p>
    <w:p>
      <w:r>
        <w:t>status_500:错误: 笼位:hyb压测笼架116291183-6-E 已被使用，请刷新页面: 1</w:t>
      </w:r>
    </w:p>
    <w:p>
      <w:r>
        <w:t>status_500:错误: 笼位:hyb压测笼架116291183-6-C 已被使用，请刷新页面: 1</w:t>
      </w:r>
    </w:p>
    <w:p>
      <w:r>
        <w:t>status_500:错误: 笼位:hyb压测笼架116291183-6-D 已被使用，请刷新页面: 1</w:t>
      </w:r>
    </w:p>
    <w:p>
      <w:r>
        <w:t>status_500:错误: 笼位:hyb压测笼架116291183-6-F 已被使用，请刷新页面: 1</w:t>
      </w:r>
    </w:p>
    <w:p>
      <w:r>
        <w:t>status_500:错误: 笼位:hyb压测笼架116291183-6-G 已被使用，请刷新页面: 1</w:t>
      </w:r>
    </w:p>
    <w:p>
      <w:r>
        <w:t>status_500:错误: 笼位:hyb压测笼架116291183-6-H 已被使用，请刷新页面: 1</w:t>
      </w:r>
    </w:p>
    <w:p>
      <w:r>
        <w:t>status_500:错误: 笼位:hyb压测笼架116291183-4-I 已被使用，请刷新页面: 1</w:t>
      </w:r>
    </w:p>
    <w:p>
      <w:r>
        <w:t>status_500:错误: 笼位:hyb压测笼架116291183-7-A 已被使用，请刷新页面: 1</w:t>
      </w:r>
    </w:p>
    <w:p>
      <w:r>
        <w:t>status_500:错误: 笼位:hyb压测笼架116291183-7-B 已被使用，请刷新页面: 1</w:t>
      </w:r>
    </w:p>
    <w:p>
      <w:r>
        <w:t>status_500:错误: 笼位:hyb压测笼架116291183-6-J 已被使用，请刷新页面: 1</w:t>
      </w:r>
    </w:p>
    <w:p>
      <w:r>
        <w:t>status_500:错误: 笼位:hyb压测笼架116291183-7-C 已被使用，请刷新页面: 1</w:t>
      </w:r>
    </w:p>
    <w:p>
      <w:r>
        <w:t>status_500:错误: 笼位:hyb压测笼架116291183-7-D 已被使用，请刷新页面: 1</w:t>
      </w:r>
    </w:p>
    <w:p>
      <w:r>
        <w:t>status_500:错误: 笼位:hyb压测笼架116291183-7-E 已被使用，请刷新页面: 1</w:t>
      </w:r>
    </w:p>
    <w:p>
      <w:r>
        <w:t>status_500:错误: 笼位:hyb压测笼架116291183-7-F 已被使用，请刷新页面: 1</w:t>
      </w:r>
    </w:p>
    <w:p>
      <w:r>
        <w:t>status_500:错误: 笼位:hyb压测笼架116291183-7-G 已被使用，请刷新页面: 1</w:t>
      </w:r>
    </w:p>
    <w:p>
      <w:r>
        <w:t>status_500:错误: 笼位:hyb压测笼架116291183-7-I 已被使用，请刷新页面: 1</w:t>
      </w:r>
    </w:p>
    <w:p>
      <w:r>
        <w:t>status_500:错误: 笼位:hyb压测笼架116291183-7-H 已被使用，请刷新页面: 1</w:t>
      </w:r>
    </w:p>
    <w:p>
      <w:r>
        <w:t>status_500:错误: 笼位:hyb压测笼架116291183-8-B 已被使用，请刷新页面: 1</w:t>
      </w:r>
    </w:p>
    <w:p>
      <w:r>
        <w:t>status_500:错误: 笼位:hyb压测笼架116291183-7-J 已被使用，请刷新页面: 1</w:t>
      </w:r>
    </w:p>
    <w:p>
      <w:r>
        <w:t>status_500:错误: 笼位:hyb压测笼架116291183-6-A 已被使用，请刷新页面: 1</w:t>
      </w:r>
    </w:p>
    <w:p>
      <w:r>
        <w:t>status_500:错误: 笼位:hyb压测笼架116291183-8-A 已被使用，请刷新页面: 1</w:t>
      </w:r>
    </w:p>
    <w:p>
      <w:r>
        <w:t>status_500:错误: 笼位:hyb压测笼架116291183-8-D 已被使用，请刷新页面: 1</w:t>
      </w:r>
    </w:p>
    <w:p>
      <w:r>
        <w:t>status_500:错误: 笼位:hyb压测笼架116291183-8-C 已被使用，请刷新页面: 1</w:t>
      </w:r>
    </w:p>
    <w:p>
      <w:r>
        <w:t>status_500:错误: 笼位:hyb压测笼架116291183-8-G 已被使用，请刷新页面: 1</w:t>
      </w:r>
    </w:p>
    <w:p>
      <w:r>
        <w:t>status_500:错误: 笼位:hyb压测笼架116291183-8-F 已被使用，请刷新页面: 1</w:t>
      </w:r>
    </w:p>
    <w:p>
      <w:r>
        <w:t>status_500:错误: 笼位:hyb压测笼架116291183-8-H 已被使用，请刷新页面: 1</w:t>
      </w:r>
    </w:p>
    <w:p>
      <w:r>
        <w:t>status_500:错误: 笼位:hyb压测笼架116291183-8-J 已被使用，请刷新页面: 1</w:t>
      </w:r>
    </w:p>
    <w:p>
      <w:r>
        <w:t>status_500:错误: 笼位:hyb压测笼架116291183-9-B 已被使用，请刷新页面: 1</w:t>
      </w:r>
    </w:p>
    <w:p>
      <w:r>
        <w:t>status_500:错误: 笼位:hyb压测笼架116291183-9-C 已被使用，请刷新页面: 1</w:t>
      </w:r>
    </w:p>
    <w:p>
      <w:r>
        <w:t>status_500:错误: 笼位:hyb压测笼架116291183-8-E 已被使用，请刷新页面: 1</w:t>
      </w:r>
    </w:p>
    <w:p>
      <w:r>
        <w:t>status_500:错误: 笼位:hyb压测笼架116291183-9-A 已被使用，请刷新页面: 1</w:t>
      </w:r>
    </w:p>
    <w:p>
      <w:r>
        <w:t>status_500:错误: 笼位:hyb压测笼架116291183-8-I 已被使用，请刷新页面: 1</w:t>
      </w:r>
    </w:p>
    <w:p>
      <w:r>
        <w:t>status_500:错误: 笼位:hyb压测笼架116291183-6-I 已被使用，请刷新页面: 1</w:t>
      </w:r>
    </w:p>
    <w:p>
      <w:r>
        <w:t>status_500:错误: 笼位:hyb压测笼架116291183-9-E 已被使用，请刷新页面: 1</w:t>
      </w:r>
    </w:p>
    <w:p>
      <w:r>
        <w:t>status_500:错误: 笼位:hyb压测笼架116291183-9-D 已被使用，请刷新页面: 1</w:t>
      </w:r>
    </w:p>
    <w:p>
      <w:r>
        <w:t>status_500:错误: 笼位:hyb压测笼架116291183-9-G 已被使用，请刷新页面: 1</w:t>
      </w:r>
    </w:p>
    <w:p>
      <w:r>
        <w:t>status_500:错误: 笼位:hyb压测笼架116291183-9-F 已被使用，请刷新页面: 1</w:t>
      </w:r>
    </w:p>
    <w:p>
      <w:r>
        <w:t>status_500:错误: 笼位:hyb压测笼架116291183-9-H 已被使用，请刷新页面: 1</w:t>
      </w:r>
    </w:p>
    <w:p>
      <w:r>
        <w:t>status_500:错误: 笼位:hyb压测笼架116291183-9-J 已被使用，请刷新页面: 1</w:t>
      </w:r>
    </w:p>
    <w:p>
      <w:r>
        <w:t>status_500:错误: 笼位:hyb压测笼架116291183-9-I 已被使用，请刷新页面: 1</w:t>
      </w:r>
    </w:p>
    <w:p>
      <w:r>
        <w:t>status_500:错误: 笼位:hyb压测笼架116291183-10-A 已被使用，请刷新页面: 1</w:t>
      </w:r>
    </w:p>
    <w:p>
      <w:r>
        <w:t>status_500:错误: 笼位:hyb压测笼架116291183-10-B 已被使用，请刷新页面: 1</w:t>
      </w:r>
    </w:p>
    <w:p>
      <w:r>
        <w:t>status_500:错误: 笼位:hyb压测笼架116291183-10-D 已被使用，请刷新页面: 1</w:t>
      </w:r>
    </w:p>
    <w:p>
      <w:r>
        <w:t>status_500:错误: 笼位:hyb压测笼架116291183-10-C 已被使用，请刷新页面: 1</w:t>
      </w:r>
    </w:p>
    <w:p>
      <w:r>
        <w:t>status_500:错误: 笼位:hyb压测笼架116291183-10-E 已被使用，请刷新页面: 1</w:t>
      </w:r>
    </w:p>
    <w:p>
      <w:r>
        <w:t>status_500:错误: 笼位:hyb压测笼架116291183-10-F 已被使用，请刷新页面: 1</w:t>
      </w:r>
    </w:p>
    <w:p>
      <w:r>
        <w:t>status_500:错误: 笼位:hyb压测笼架116291183-10-G 已被使用，请刷新页面: 1</w:t>
      </w:r>
    </w:p>
    <w:p>
      <w:r>
        <w:t>status_500:错误: 笼位:hyb压测笼架116291183-10-H 已被使用，请刷新页面: 1</w:t>
      </w:r>
    </w:p>
    <w:p>
      <w:r>
        <w:t>status_500:错误: 笼位:hyb压测笼架116291183-10-J 已被使用，请刷新页面: 1</w:t>
      </w:r>
    </w:p>
    <w:p>
      <w:r>
        <w:t>status_500:错误: 笼位:hyb压测笼架116291183-10-I 已被使用，请刷新页面: 1</w:t>
      </w:r>
    </w:p>
    <w:p>
      <w:r>
        <w:t>status_500:错误: 笼位:hyb压测笼架10806750-1-B 已被使用，请刷新页面: 1</w:t>
      </w:r>
    </w:p>
    <w:p>
      <w:r>
        <w:t>status_500:错误: 笼位:hyb压测笼架10806750-1-A 已被使用，请刷新页面: 1</w:t>
      </w:r>
    </w:p>
    <w:p>
      <w:r>
        <w:t>status_500:错误: 笼位:hyb压测笼架10806750-1-C 已被使用，请刷新页面: 1</w:t>
      </w:r>
    </w:p>
    <w:p>
      <w:r>
        <w:t>status_500:错误: 笼位:hyb压测笼架10806750-1-E 已被使用，请刷新页面: 1</w:t>
      </w:r>
    </w:p>
    <w:p>
      <w:r>
        <w:t>status_500:错误: 笼位:hyb压测笼架10806750-1-D 已被使用，请刷新页面: 1</w:t>
      </w:r>
    </w:p>
    <w:p>
      <w:r>
        <w:t>status_500:错误: 笼位:hyb压测笼架10806750-1-H 已被使用，请刷新页面: 1</w:t>
      </w:r>
    </w:p>
    <w:p>
      <w:r>
        <w:t>status_500:错误: 笼位:hyb压测笼架10806750-1-G 已被使用，请刷新页面: 1</w:t>
      </w:r>
    </w:p>
    <w:p>
      <w:r>
        <w:t>status_500:错误: 笼位:hyb压测笼架10806750-1-F 已被使用，请刷新页面: 1</w:t>
      </w:r>
    </w:p>
    <w:p>
      <w:r>
        <w:t>status_500:错误: 笼位:hyb压测笼架10806750-1-I 已被使用，请刷新页面: 1</w:t>
      </w:r>
    </w:p>
    <w:p>
      <w:r>
        <w:t>status_500:错误: 笼位:hyb压测笼架10806750-1-J 已被使用，请刷新页面: 1</w:t>
      </w:r>
    </w:p>
    <w:p>
      <w:r>
        <w:t>status_500:错误: 笼位:hyb压测笼架10806750-2-A 已被使用，请刷新页面: 1</w:t>
      </w:r>
    </w:p>
    <w:p>
      <w:r>
        <w:t>status_500:错误: 笼位:hyb压测笼架10806750-2-B 已被使用，请刷新页面: 1</w:t>
      </w:r>
    </w:p>
    <w:p>
      <w:r>
        <w:t>status_500:错误: 笼位:hyb压测笼架10806750-2-C 已被使用，请刷新页面: 1</w:t>
      </w:r>
    </w:p>
    <w:p>
      <w:r>
        <w:t>status_500:错误: 笼位:hyb压测笼架10806750-2-D 已被使用，请刷新页面: 1</w:t>
      </w:r>
    </w:p>
    <w:p>
      <w:r>
        <w:t>status_500:错误: 笼位:hyb压测笼架10806750-2-E 已被使用，请刷新页面: 1</w:t>
      </w:r>
    </w:p>
    <w:p>
      <w:r>
        <w:t>status_500:错误: 笼位:hyb压测笼架10806750-2-F 已被使用，请刷新页面: 1</w:t>
      </w:r>
    </w:p>
    <w:p>
      <w:r>
        <w:t>status_500:错误: 笼位:hyb压测笼架10806750-2-G 已被使用，请刷新页面: 1</w:t>
      </w:r>
    </w:p>
    <w:p>
      <w:r>
        <w:t>status_500:错误: 笼位:hyb压测笼架10806750-2-I 已被使用，请刷新页面: 1</w:t>
      </w:r>
    </w:p>
    <w:p>
      <w:r>
        <w:t>status_500:错误: 笼位:hyb压测笼架10806750-2-H 已被使用，请刷新页面: 1</w:t>
      </w:r>
    </w:p>
    <w:p>
      <w:r>
        <w:t>status_500:错误: 笼位:hyb压测笼架10806750-2-J 已被使用，请刷新页面: 1</w:t>
      </w:r>
    </w:p>
    <w:p>
      <w:r>
        <w:t>status_500:错误: 笼位:hyb压测笼架10806750-3-A 已被使用，请刷新页面: 1</w:t>
      </w:r>
    </w:p>
    <w:p>
      <w:r>
        <w:t>status_500:错误: 笼位:hyb压测笼架10806750-3-B 已被使用，请刷新页面: 1</w:t>
      </w:r>
    </w:p>
    <w:p>
      <w:r>
        <w:t>status_500:错误: 笼位:hyb压测笼架10806750-3-C 已被使用，请刷新页面: 1</w:t>
      </w:r>
    </w:p>
    <w:p>
      <w:r>
        <w:t>status_500:错误: 笼位:hyb压测笼架10806750-3-D 已被使用，请刷新页面: 1</w:t>
      </w:r>
    </w:p>
    <w:p>
      <w:r>
        <w:t>status_500:错误: 笼位:hyb压测笼架10806750-3-E 已被使用，请刷新页面: 1</w:t>
      </w:r>
    </w:p>
    <w:p>
      <w:r>
        <w:t>status_500:错误: 笼位:hyb压测笼架10806750-3-F 已被使用，请刷新页面: 1</w:t>
      </w:r>
    </w:p>
    <w:p>
      <w:r>
        <w:t>status_500:错误: 笼位:hyb压测笼架10806750-3-I 已被使用，请刷新页面: 1</w:t>
      </w:r>
    </w:p>
    <w:p>
      <w:r>
        <w:t>status_500:错误: 笼位:hyb压测笼架10806750-3-G 已被使用，请刷新页面: 1</w:t>
      </w:r>
    </w:p>
    <w:p>
      <w:r>
        <w:t>status_500:错误: 笼位:hyb压测笼架10806750-3-H 已被使用，请刷新页面: 1</w:t>
      </w:r>
    </w:p>
    <w:p>
      <w:r>
        <w:t>status_500:错误: 笼位:hyb压测笼架10806750-4-A 已被使用，请刷新页面: 1</w:t>
      </w:r>
    </w:p>
    <w:p>
      <w:r>
        <w:t>status_500:错误: 笼位:hyb压测笼架10806750-3-J 已被使用，请刷新页面: 1</w:t>
      </w:r>
    </w:p>
    <w:p>
      <w:r>
        <w:t>status_500:错误: 笼位:hyb压测笼架10806750-4-B 已被使用，请刷新页面: 1</w:t>
      </w:r>
    </w:p>
    <w:p>
      <w:r>
        <w:t>status_500:错误: 笼位:hyb压测笼架10806750-4-D 已被使用，请刷新页面: 1</w:t>
      </w:r>
    </w:p>
    <w:p>
      <w:r>
        <w:t>status_500:错误: 笼位:hyb压测笼架10806750-4-F 已被使用，请刷新页面: 1</w:t>
      </w:r>
    </w:p>
    <w:p>
      <w:r>
        <w:t>status_500:错误: 笼位:hyb压测笼架10806750-4-C 已被使用，请刷新页面: 1</w:t>
      </w:r>
    </w:p>
    <w:p>
      <w:r>
        <w:t>status_500:错误: 笼位:hyb压测笼架10806750-4-H 已被使用，请刷新页面: 1</w:t>
      </w:r>
    </w:p>
    <w:p>
      <w:r>
        <w:t>status_500:错误: 笼位:hyb压测笼架10806750-4-G 已被使用，请刷新页面: 1</w:t>
      </w:r>
    </w:p>
    <w:p>
      <w:r>
        <w:t>status_500:错误: 笼位:hyb压测笼架10806750-4-I 已被使用，请刷新页面: 1</w:t>
      </w:r>
    </w:p>
    <w:p>
      <w:r>
        <w:t>status_500:错误: 笼位:hyb压测笼架10806750-5-A 已被使用，请刷新页面: 1</w:t>
      </w:r>
    </w:p>
    <w:p>
      <w:r>
        <w:t>status_500:错误: 笼位:hyb压测笼架10806750-4-J 已被使用，请刷新页面: 1</w:t>
      </w:r>
    </w:p>
    <w:p>
      <w:r>
        <w:t>status_500:错误: 笼位:hyb压测笼架10806750-5-B 已被使用，请刷新页面: 1</w:t>
      </w:r>
    </w:p>
    <w:p>
      <w:r>
        <w:t>status_500:错误: 笼位:hyb压测笼架10806750-5-D 已被使用，请刷新页面: 1</w:t>
      </w:r>
    </w:p>
    <w:p>
      <w:r>
        <w:t>status_500:错误: 笼位:hyb压测笼架10806750-5-E 已被使用，请刷新页面: 1</w:t>
      </w:r>
    </w:p>
    <w:p>
      <w:r>
        <w:t>status_500:错误: 笼位:hyb压测笼架10806750-5-C 已被使用，请刷新页面: 1</w:t>
      </w:r>
    </w:p>
    <w:p>
      <w:r>
        <w:t>status_500:错误: 笼位:hyb压测笼架10806750-5-G 已被使用，请刷新页面: 1</w:t>
      </w:r>
    </w:p>
    <w:p>
      <w:r>
        <w:t>status_500:错误: 笼位:hyb压测笼架10806750-5-F 已被使用，请刷新页面: 1</w:t>
      </w:r>
    </w:p>
    <w:p>
      <w:r>
        <w:t>status_500:错误: 笼位:hyb压测笼架10806750-5-H 已被使用，请刷新页面: 1</w:t>
      </w:r>
    </w:p>
    <w:p>
      <w:r>
        <w:t>status_500:错误: 笼位:hyb压测笼架10806750-5-I 已被使用，请刷新页面: 1</w:t>
      </w:r>
    </w:p>
    <w:p>
      <w:r>
        <w:t>status_500:错误: 笼位:hyb压测笼架10806750-4-E 已被使用，请刷新页面: 1</w:t>
      </w:r>
    </w:p>
    <w:p>
      <w:r>
        <w:t>status_500:错误: 笼位:hyb压测笼架10806750-5-J 已被使用，请刷新页面: 1</w:t>
      </w:r>
    </w:p>
    <w:p>
      <w:r>
        <w:t>status_500:错误: 笼位:hyb压测笼架10806750-6-A 已被使用，请刷新页面: 1</w:t>
      </w:r>
    </w:p>
    <w:p>
      <w:r>
        <w:t>status_500:错误: 笼位:hyb压测笼架10806750-6-B 已被使用，请刷新页面: 1</w:t>
      </w:r>
    </w:p>
    <w:p>
      <w:r>
        <w:t>status_500:错误: 笼位:hyb压测笼架10806750-6-C 已被使用，请刷新页面: 1</w:t>
      </w:r>
    </w:p>
    <w:p>
      <w:r>
        <w:t>status_500:错误: 笼位:hyb压测笼架10806750-6-E 已被使用，请刷新页面: 1</w:t>
      </w:r>
    </w:p>
    <w:p>
      <w:r>
        <w:t>status_500:错误: 笼位:hyb压测笼架10806750-6-D 已被使用，请刷新页面: 1</w:t>
      </w:r>
    </w:p>
    <w:p>
      <w:r>
        <w:t>status_500:错误: 笼位:hyb压测笼架10806750-6-F 已被使用，请刷新页面: 1</w:t>
      </w:r>
    </w:p>
    <w:p>
      <w:r>
        <w:t>status_500:错误: 笼位:hyb压测笼架10806750-6-G 已被使用，请刷新页面: 1</w:t>
      </w:r>
    </w:p>
    <w:p>
      <w:r>
        <w:t>status_500:错误: 笼位:hyb压测笼架10806750-6-J 已被使用，请刷新页面: 1</w:t>
      </w:r>
    </w:p>
    <w:p>
      <w:r>
        <w:t>status_500:错误: 笼位:hyb压测笼架10806750-6-I 已被使用，请刷新页面: 1</w:t>
      </w:r>
    </w:p>
    <w:p>
      <w:r>
        <w:t>status_500:错误: 笼位:hyb压测笼架10806750-6-H 已被使用，请刷新页面: 1</w:t>
      </w:r>
    </w:p>
    <w:p>
      <w:r>
        <w:t>status_500:错误: 笼位:hyb压测笼架10806750-7-A 已被使用，请刷新页面: 1</w:t>
      </w:r>
    </w:p>
    <w:p>
      <w:r>
        <w:t>status_500:错误: 笼位:hyb压测笼架10806750-7-B 已被使用，请刷新页面: 1</w:t>
      </w:r>
    </w:p>
    <w:p>
      <w:r>
        <w:t>status_500:错误: 笼位:hyb压测笼架10806750-7-D 已被使用，请刷新页面: 1</w:t>
      </w:r>
    </w:p>
    <w:p>
      <w:r>
        <w:t>status_500:错误: 笼位:hyb压测笼架10806750-7-E 已被使用，请刷新页面: 1</w:t>
      </w:r>
    </w:p>
    <w:p>
      <w:r>
        <w:t>status_500:错误: 笼位:hyb压测笼架10806750-7-C 已被使用，请刷新页面: 1</w:t>
      </w:r>
    </w:p>
    <w:p>
      <w:r>
        <w:t>status_500:错误: 笼位:hyb压测笼架10806750-7-F 已被使用，请刷新页面: 1</w:t>
      </w:r>
    </w:p>
    <w:p>
      <w:r>
        <w:t>status_500:错误: 笼位:hyb压测笼架10806750-7-G 已被使用，请刷新页面: 1</w:t>
      </w:r>
    </w:p>
    <w:p>
      <w:r>
        <w:t>status_500:错误: 笼位:hyb压测笼架10806750-7-I 已被使用，请刷新页面: 1</w:t>
      </w:r>
    </w:p>
    <w:p>
      <w:r>
        <w:t>status_500:错误: 笼位:hyb压测笼架10806750-7-J 已被使用，请刷新页面: 1</w:t>
      </w:r>
    </w:p>
    <w:p>
      <w:r>
        <w:t>status_500:错误: 笼位:hyb压测笼架10806750-7-H 已被使用，请刷新页面: 1</w:t>
      </w:r>
    </w:p>
    <w:p>
      <w:r>
        <w:t>status_500:错误: 笼位:hyb压测笼架10806750-8-A 已被使用，请刷新页面: 1</w:t>
      </w:r>
    </w:p>
    <w:p>
      <w:r>
        <w:t>status_500:错误: 笼位:hyb压测笼架10806750-8-C 已被使用，请刷新页面: 1</w:t>
      </w:r>
    </w:p>
    <w:p>
      <w:r>
        <w:t>status_500:错误: 笼位:hyb压测笼架10806750-8-D 已被使用，请刷新页面: 1</w:t>
      </w:r>
    </w:p>
    <w:p>
      <w:r>
        <w:t>status_500:错误: 笼位:hyb压测笼架10806750-8-B 已被使用，请刷新页面: 1</w:t>
      </w:r>
    </w:p>
    <w:p>
      <w:r>
        <w:t>status_500:错误: 笼位:hyb压测笼架10806750-8-E 已被使用，请刷新页面: 1</w:t>
      </w:r>
    </w:p>
    <w:p>
      <w:r>
        <w:t>status_500:错误: 笼位:hyb压测笼架10806750-8-F 已被使用，请刷新页面: 1</w:t>
      </w:r>
    </w:p>
    <w:p>
      <w:r>
        <w:t>status_500:错误: 笼位:hyb压测笼架10806750-8-G 已被使用，请刷新页面: 1</w:t>
      </w:r>
    </w:p>
    <w:p>
      <w:r>
        <w:t>status_500:错误: 笼位:hyb压测笼架10806750-8-J 已被使用，请刷新页面: 1</w:t>
      </w:r>
    </w:p>
    <w:p>
      <w:r>
        <w:t>status_500:错误: 笼位:hyb压测笼架10806750-8-H 已被使用，请刷新页面: 1</w:t>
      </w:r>
    </w:p>
    <w:p>
      <w:r>
        <w:t>status_500:错误: 笼位:hyb压测笼架10806750-8-I 已被使用，请刷新页面: 1</w:t>
      </w:r>
    </w:p>
    <w:p>
      <w:r>
        <w:t>status_500:错误: 笼位:hyb压测笼架10806750-9-A 已被使用，请刷新页面: 1</w:t>
      </w:r>
    </w:p>
    <w:p>
      <w:r>
        <w:t>status_500:错误: 笼位:hyb压测笼架10806750-9-B 已被使用，请刷新页面: 1</w:t>
      </w:r>
    </w:p>
    <w:p>
      <w:r>
        <w:t>status_500:错误: 笼位:hyb压测笼架10806750-9-C 已被使用，请刷新页面: 1</w:t>
      </w:r>
    </w:p>
    <w:p>
      <w:r>
        <w:t>status_500:错误: 笼位:hyb压测笼架10806750-9-D 已被使用，请刷新页面: 1</w:t>
      </w:r>
    </w:p>
    <w:p>
      <w:r>
        <w:t>status_500:错误: 笼位:hyb压测笼架10806750-9-E 已被使用，请刷新页面: 1</w:t>
      </w:r>
    </w:p>
    <w:p>
      <w:r>
        <w:t>status_500:错误: 笼位:hyb压测笼架10806750-9-F 已被使用，请刷新页面: 1</w:t>
      </w:r>
    </w:p>
    <w:p>
      <w:r>
        <w:t>status_500:错误: 笼位:hyb压测笼架10806750-9-H 已被使用，请刷新页面: 1</w:t>
      </w:r>
    </w:p>
    <w:p>
      <w:r>
        <w:t>status_500:错误: 笼位:hyb压测笼架10806750-9-G 已被使用，请刷新页面: 1</w:t>
      </w:r>
    </w:p>
    <w:p>
      <w:r>
        <w:t>status_500:错误: 笼位:hyb压测笼架10806750-9-I 已被使用，请刷新页面: 1</w:t>
      </w:r>
    </w:p>
    <w:p>
      <w:r>
        <w:t>status_500:错误: 笼位:hyb压测笼架10806750-10-A 已被使用，请刷新页面: 1</w:t>
      </w:r>
    </w:p>
    <w:p>
      <w:r>
        <w:t>status_500:错误: 笼位:hyb压测笼架10806750-9-J 已被使用，请刷新页面: 1</w:t>
      </w:r>
    </w:p>
    <w:p>
      <w:r>
        <w:t>status_500:错误: 笼位:hyb压测笼架10806750-10-B 已被使用，请刷新页面: 1</w:t>
      </w:r>
    </w:p>
    <w:p>
      <w:r>
        <w:t>status_500:错误: 笼位:hyb压测笼架10806750-10-C 已被使用，请刷新页面: 1</w:t>
      </w:r>
    </w:p>
    <w:p>
      <w:r>
        <w:t>status_500:错误: 笼位:hyb压测笼架10806750-10-D 已被使用，请刷新页面: 1</w:t>
      </w:r>
    </w:p>
    <w:p>
      <w:r>
        <w:t>status_500:错误: 笼位:hyb压测笼架10806750-10-E 已被使用，请刷新页面: 1</w:t>
      </w:r>
    </w:p>
    <w:p>
      <w:r>
        <w:t>status_500:错误: 笼位:hyb压测笼架10806750-10-H 已被使用，请刷新页面: 1</w:t>
      </w:r>
    </w:p>
    <w:p>
      <w:r>
        <w:t>status_500:错误: 笼位:hyb压测笼架10806750-10-F 已被使用，请刷新页面: 1</w:t>
      </w:r>
    </w:p>
    <w:p>
      <w:r>
        <w:t>status_500:错误: 笼位:hyb压测笼架10806750-10-G 已被使用，请刷新页面: 1</w:t>
      </w:r>
    </w:p>
    <w:p>
      <w:r>
        <w:t>status_500:错误: 笼位:hyb压测笼架10806750-10-I 已被使用，请刷新页面: 1</w:t>
      </w:r>
    </w:p>
    <w:p>
      <w:r>
        <w:t>status_500:错误: 笼位:hyb压测笼架10806750-10-J 已被使用，请刷新页面: 1</w:t>
      </w:r>
    </w:p>
    <w:p>
      <w:r>
        <w:t>status_500:错误: 笼位:hyb压测笼架104745350-1-A 已被使用，请刷新页面: 1</w:t>
      </w:r>
    </w:p>
    <w:p>
      <w:r>
        <w:t>status_500:错误: 笼位:hyb压测笼架104745350-1-B 已被使用，请刷新页面: 1</w:t>
      </w:r>
    </w:p>
    <w:p>
      <w:r>
        <w:t>status_500:错误: 笼位:hyb压测笼架104745350-1-C 已被使用，请刷新页面: 1</w:t>
      </w:r>
    </w:p>
    <w:p>
      <w:r>
        <w:t>status_500:错误: 笼位:hyb压测笼架104745350-1-E 已被使用，请刷新页面: 1</w:t>
      </w:r>
    </w:p>
    <w:p>
      <w:r>
        <w:t>status_500:错误: 笼位:hyb压测笼架104745350-1-D 已被使用，请刷新页面: 1</w:t>
      </w:r>
    </w:p>
    <w:p>
      <w:r>
        <w:t>status_500:错误: 笼位:hyb压测笼架104745350-1-F 已被使用，请刷新页面: 1</w:t>
      </w:r>
    </w:p>
    <w:p>
      <w:r>
        <w:t>status_500:错误: 笼位:hyb压测笼架104745350-1-G 已被使用，请刷新页面: 1</w:t>
      </w:r>
    </w:p>
    <w:p>
      <w:r>
        <w:t>status_500:错误: 笼位:hyb压测笼架104745350-1-H 已被使用，请刷新页面: 1</w:t>
      </w:r>
    </w:p>
    <w:p>
      <w:r>
        <w:t>status_500:错误: 笼位:hyb压测笼架104745350-1-I 已被使用，请刷新页面: 1</w:t>
      </w:r>
    </w:p>
    <w:p>
      <w:r>
        <w:t>status_500:错误: 笼位:hyb压测笼架104745350-1-J 已被使用，请刷新页面: 1</w:t>
      </w:r>
    </w:p>
    <w:p>
      <w:r>
        <w:t>status_500:错误: 笼位:hyb压测笼架104745350-2-B 已被使用，请刷新页面: 1</w:t>
      </w:r>
    </w:p>
    <w:p>
      <w:r>
        <w:t>status_500:错误: 笼位:hyb压测笼架104745350-2-A 已被使用，请刷新页面: 1</w:t>
      </w:r>
    </w:p>
    <w:p>
      <w:r>
        <w:t>status_500:错误: 笼位:hyb压测笼架104745350-2-D 已被使用，请刷新页面: 1</w:t>
      </w:r>
    </w:p>
    <w:p>
      <w:r>
        <w:t>status_500:错误: 笼位:hyb压测笼架104745350-2-E 已被使用，请刷新页面: 1</w:t>
      </w:r>
    </w:p>
    <w:p>
      <w:r>
        <w:t>status_500:错误: 笼位:hyb压测笼架104745350-2-C 已被使用，请刷新页面: 1</w:t>
      </w:r>
    </w:p>
    <w:p>
      <w:r>
        <w:t>status_500:错误: 笼位:hyb压测笼架104745350-2-F 已被使用，请刷新页面: 1</w:t>
      </w:r>
    </w:p>
    <w:p>
      <w:r>
        <w:t>status_500:错误: 笼位:hyb压测笼架104745350-2-G 已被使用，请刷新页面: 1</w:t>
      </w:r>
    </w:p>
    <w:p>
      <w:r>
        <w:t>status_500:错误: 笼位:hyb压测笼架104745350-2-H 已被使用，请刷新页面: 1</w:t>
      </w:r>
    </w:p>
    <w:p>
      <w:r>
        <w:t>status_500:错误: 笼位:hyb压测笼架104745350-2-I 已被使用，请刷新页面: 1</w:t>
      </w:r>
    </w:p>
    <w:p>
      <w:r>
        <w:t>status_500:错误: 笼位:hyb压测笼架104745350-2-J 已被使用，请刷新页面: 1</w:t>
      </w:r>
    </w:p>
    <w:p>
      <w:r>
        <w:t>status_500:错误: 笼位:hyb压测笼架104745350-3-A 已被使用，请刷新页面: 1</w:t>
      </w:r>
    </w:p>
    <w:p>
      <w:r>
        <w:t>status_500:错误: 笼位:hyb压测笼架104745350-3-B 已被使用，请刷新页面: 1</w:t>
      </w:r>
    </w:p>
    <w:p>
      <w:r>
        <w:t>status_500:错误: 笼位:hyb压测笼架104745350-3-C 已被使用，请刷新页面: 1</w:t>
      </w:r>
    </w:p>
    <w:p>
      <w:r>
        <w:t>status_500:错误: 笼位:hyb压测笼架104745350-3-D 已被使用，请刷新页面: 1</w:t>
      </w:r>
    </w:p>
    <w:p>
      <w:r>
        <w:t>status_500:错误: 笼位:hyb压测笼架104745350-3-E 已被使用，请刷新页面: 1</w:t>
      </w:r>
    </w:p>
    <w:p>
      <w:r>
        <w:t>status_500:错误: 笼位:hyb压测笼架104745350-3-F 已被使用，请刷新页面: 1</w:t>
      </w:r>
    </w:p>
    <w:p>
      <w:r>
        <w:t>status_500:错误: 笼位:hyb压测笼架104745350-3-G 已被使用，请刷新页面: 1</w:t>
      </w:r>
    </w:p>
    <w:p>
      <w:r>
        <w:t>status_500:错误: 笼位:hyb压测笼架104745350-3-H 已被使用，请刷新页面: 1</w:t>
      </w:r>
    </w:p>
    <w:p>
      <w:r>
        <w:t>status_500:错误: 笼位:hyb压测笼架104745350-3-I 已被使用，请刷新页面: 1</w:t>
      </w:r>
    </w:p>
    <w:p>
      <w:r>
        <w:t>status_500:错误: 笼位:hyb压测笼架104745350-3-J 已被使用，请刷新页面: 1</w:t>
      </w:r>
    </w:p>
    <w:p>
      <w:r>
        <w:t>status_500:错误: 笼位:hyb压测笼架104745350-4-B 已被使用，请刷新页面: 1</w:t>
      </w:r>
    </w:p>
    <w:p>
      <w:r>
        <w:t>status_500:错误: 笼位:hyb压测笼架104745350-4-A 已被使用，请刷新页面: 1</w:t>
      </w:r>
    </w:p>
    <w:p>
      <w:r>
        <w:t>status_500:错误: 笼位:hyb压测笼架104745350-4-C 已被使用，请刷新页面: 1</w:t>
      </w:r>
    </w:p>
    <w:p>
      <w:r>
        <w:t>status_500:错误: 笼位:hyb压测笼架104745350-4-D 已被使用，请刷新页面: 1</w:t>
      </w:r>
    </w:p>
    <w:p>
      <w:r>
        <w:t>status_500:错误: 笼位:hyb压测笼架104745350-4-E 已被使用，请刷新页面: 1</w:t>
      </w:r>
    </w:p>
    <w:p>
      <w:r>
        <w:t>status_500:错误: 笼位:hyb压测笼架104745350-4-F 已被使用，请刷新页面: 1</w:t>
      </w:r>
    </w:p>
    <w:p>
      <w:r>
        <w:t>status_500:错误: 笼位:hyb压测笼架104745350-4-G 已被使用，请刷新页面: 1</w:t>
      </w:r>
    </w:p>
    <w:p>
      <w:r>
        <w:t>status_500:错误: 笼位:hyb压测笼架104745350-4-H 已被使用，请刷新页面: 1</w:t>
      </w:r>
    </w:p>
    <w:p>
      <w:r>
        <w:t>status_500:错误: 笼位:hyb压测笼架104745350-4-I 已被使用，请刷新页面: 1</w:t>
      </w:r>
    </w:p>
    <w:p>
      <w:r>
        <w:t>status_500:错误: 笼位:hyb压测笼架104745350-4-J 已被使用，请刷新页面: 1</w:t>
      </w:r>
    </w:p>
    <w:p>
      <w:r>
        <w:t>status_500:错误: 笼位:hyb压测笼架104745350-5-C 已被使用，请刷新页面: 1</w:t>
      </w:r>
    </w:p>
    <w:p>
      <w:r>
        <w:t>status_500:错误: 笼位:hyb压测笼架104745350-5-A 已被使用，请刷新页面: 1</w:t>
      </w:r>
    </w:p>
    <w:p>
      <w:r>
        <w:t>status_500:错误: 笼位:hyb压测笼架104745350-5-D 已被使用，请刷新页面: 1</w:t>
      </w:r>
    </w:p>
    <w:p>
      <w:r>
        <w:t>status_500:错误: 笼位:hyb压测笼架104745350-5-E 已被使用，请刷新页面: 1</w:t>
      </w:r>
    </w:p>
    <w:p>
      <w:r>
        <w:t>status_500:错误: 笼位:hyb压测笼架104745350-5-F 已被使用，请刷新页面: 1</w:t>
      </w:r>
    </w:p>
    <w:p>
      <w:r>
        <w:t>status_500:错误: 笼位:hyb压测笼架104745350-5-G 已被使用，请刷新页面: 1</w:t>
      </w:r>
    </w:p>
    <w:p>
      <w:r>
        <w:t>status_500:错误: 笼位:hyb压测笼架104745350-5-H 已被使用，请刷新页面: 1</w:t>
      </w:r>
    </w:p>
    <w:p>
      <w:r>
        <w:t>status_500:错误: 笼位:hyb压测笼架104745350-5-I 已被使用，请刷新页面: 1</w:t>
      </w:r>
    </w:p>
    <w:p>
      <w:r>
        <w:t>status_500:错误: 笼位:hyb压测笼架104745350-5-J 已被使用，请刷新页面: 1</w:t>
      </w:r>
    </w:p>
    <w:p>
      <w:r>
        <w:t>status_500:错误: 笼位:hyb压测笼架104745350-6-A 已被使用，请刷新页面: 1</w:t>
      </w:r>
    </w:p>
    <w:p>
      <w:r>
        <w:t>status_500:错误: 笼位:hyb压测笼架104745350-6-C 已被使用，请刷新页面: 1</w:t>
      </w:r>
    </w:p>
    <w:p>
      <w:r>
        <w:t>status_500:错误: 笼位:hyb压测笼架104745350-6-B 已被使用，请刷新页面: 1</w:t>
      </w:r>
    </w:p>
    <w:p>
      <w:r>
        <w:t>status_500:错误: 笼位:hyb压测笼架104745350-6-D 已被使用，请刷新页面: 1</w:t>
      </w:r>
    </w:p>
    <w:p>
      <w:r>
        <w:t>status_500:错误: 笼位:hyb压测笼架104745350-6-E 已被使用，请刷新页面: 1</w:t>
      </w:r>
    </w:p>
    <w:p>
      <w:r>
        <w:t>status_500:错误: 笼位:hyb压测笼架104745350-6-F 已被使用，请刷新页面: 1</w:t>
      </w:r>
    </w:p>
    <w:p>
      <w:r>
        <w:t>status_500:错误: 笼位:hyb压测笼架104745350-6-H 已被使用，请刷新页面: 1</w:t>
      </w:r>
    </w:p>
    <w:p>
      <w:r>
        <w:t>status_500:错误: 笼位:hyb压测笼架104745350-6-I 已被使用，请刷新页面: 1</w:t>
      </w:r>
    </w:p>
    <w:p>
      <w:r>
        <w:t>status_500:错误: 笼位:hyb压测笼架104745350-6-J 已被使用，请刷新页面: 1</w:t>
      </w:r>
    </w:p>
    <w:p>
      <w:r>
        <w:t>status_500:错误: 笼位:hyb压测笼架104745350-7-A 已被使用，请刷新页面: 1</w:t>
      </w:r>
    </w:p>
    <w:p>
      <w:r>
        <w:t>status_500:错误: 笼位:hyb压测笼架104745350-7-B 已被使用，请刷新页面: 1</w:t>
      </w:r>
    </w:p>
    <w:p>
      <w:r>
        <w:t>status_500:错误: 笼位:hyb压测笼架104745350-7-D 已被使用，请刷新页面: 1</w:t>
      </w:r>
    </w:p>
    <w:p>
      <w:r>
        <w:t>status_500:错误: 笼位:hyb压测笼架104745350-5-B 已被使用，请刷新页面: 1</w:t>
      </w:r>
    </w:p>
    <w:p>
      <w:r>
        <w:t>status_500:错误: 笼位:hyb压测笼架104745350-7-E 已被使用，请刷新页面: 1</w:t>
      </w:r>
    </w:p>
    <w:p>
      <w:r>
        <w:t>status_500:错误: 笼位:hyb压测笼架104745350-7-C 已被使用，请刷新页面: 1</w:t>
      </w:r>
    </w:p>
    <w:p>
      <w:r>
        <w:t>status_500:错误: 笼位:hyb压测笼架104745350-7-F 已被使用，请刷新页面: 1</w:t>
      </w:r>
    </w:p>
    <w:p>
      <w:r>
        <w:t>status_500:错误: 笼位:hyb压测笼架104745350-7-H 已被使用，请刷新页面: 1</w:t>
      </w:r>
    </w:p>
    <w:p>
      <w:r>
        <w:t>status_500:错误: 笼位:hyb压测笼架104745350-7-G 已被使用，请刷新页面: 1</w:t>
      </w:r>
    </w:p>
    <w:p>
      <w:r>
        <w:t>status_500:错误: 笼位:hyb压测笼架104745350-7-J 已被使用，请刷新页面: 1</w:t>
      </w:r>
    </w:p>
    <w:p>
      <w:r>
        <w:t>status_500:错误: 笼位:hyb压测笼架104745350-7-I 已被使用，请刷新页面: 1</w:t>
      </w:r>
    </w:p>
    <w:p>
      <w:r>
        <w:t>status_500:错误: 笼位:hyb压测笼架104745350-8-B 已被使用，请刷新页面: 1</w:t>
      </w:r>
    </w:p>
    <w:p>
      <w:r>
        <w:t>status_500:错误: 笼位:hyb压测笼架104745350-8-A 已被使用，请刷新页面: 1</w:t>
      </w:r>
    </w:p>
    <w:p>
      <w:r>
        <w:t>status_500:错误: 笼位:hyb压测笼架104745350-8-C 已被使用，请刷新页面: 1</w:t>
      </w:r>
    </w:p>
    <w:p>
      <w:r>
        <w:t>status_500:错误: 笼位:hyb压测笼架104745350-8-D 已被使用，请刷新页面: 1</w:t>
      </w:r>
    </w:p>
    <w:p>
      <w:r>
        <w:t>status_500:错误: 笼位:hyb压测笼架104745350-8-E 已被使用，请刷新页面: 1</w:t>
      </w:r>
    </w:p>
    <w:p>
      <w:r>
        <w:t>status_500:错误: 笼位:hyb压测笼架104745350-8-H 已被使用，请刷新页面: 1</w:t>
      </w:r>
    </w:p>
    <w:p>
      <w:r>
        <w:t>status_500:错误: 笼位:hyb压测笼架104745350-9-A 已被使用，请刷新页面: 1</w:t>
      </w:r>
    </w:p>
    <w:p>
      <w:r>
        <w:t>status_500:错误: 笼位:hyb压测笼架104745350-8-G 已被使用，请刷新页面: 1</w:t>
      </w:r>
    </w:p>
    <w:p>
      <w:r>
        <w:t>status_500:错误: 笼位:hyb压测笼架104745350-8-J 已被使用，请刷新页面: 1</w:t>
      </w:r>
    </w:p>
    <w:p>
      <w:r>
        <w:t>status_500:错误: 笼位:hyb压测笼架104745350-8-F 已被使用，请刷新页面: 1</w:t>
      </w:r>
    </w:p>
    <w:p>
      <w:r>
        <w:t>status_500:错误: 笼位:hyb压测笼架104745350-8-I 已被使用，请刷新页面: 1</w:t>
      </w:r>
    </w:p>
    <w:p>
      <w:r>
        <w:t>status_500:错误: 笼位:hyb压测笼架104745350-9-B 已被使用，请刷新页面: 1</w:t>
      </w:r>
    </w:p>
    <w:p>
      <w:r>
        <w:t>status_500:错误: 笼位:hyb压测笼架104745350-6-G 已被使用，请刷新页面: 1</w:t>
      </w:r>
    </w:p>
    <w:p>
      <w:r>
        <w:t>status_500:错误: 笼位:hyb压测笼架104745350-9-C 已被使用，请刷新页面: 1</w:t>
      </w:r>
    </w:p>
    <w:p>
      <w:r>
        <w:t>status_500:错误: 笼位:hyb压测笼架104745350-9-D 已被使用，请刷新页面: 1</w:t>
      </w:r>
    </w:p>
    <w:p>
      <w:r>
        <w:t>status_500:错误: 笼位:hyb压测笼架104745350-9-E 已被使用，请刷新页面: 1</w:t>
      </w:r>
    </w:p>
    <w:p>
      <w:r>
        <w:t>status_500:错误: 笼位:hyb压测笼架104745350-9-F 已被使用，请刷新页面: 1</w:t>
      </w:r>
    </w:p>
    <w:p>
      <w:r>
        <w:t>status_500:错误: 笼位:hyb压测笼架104745350-9-H 已被使用，请刷新页面: 1</w:t>
      </w:r>
    </w:p>
    <w:p>
      <w:r>
        <w:t>status_500:错误: 笼位:hyb压测笼架104745350-9-G 已被使用，请刷新页面: 1</w:t>
      </w:r>
    </w:p>
    <w:p>
      <w:r>
        <w:t>status_500:错误: 笼位:hyb压测笼架104745350-9-I 已被使用，请刷新页面: 1</w:t>
      </w:r>
    </w:p>
    <w:p>
      <w:r>
        <w:t>status_500:错误: 笼位:hyb压测笼架104745350-9-J 已被使用，请刷新页面: 1</w:t>
      </w:r>
    </w:p>
    <w:p>
      <w:r>
        <w:t>status_500:错误: 笼位:hyb压测笼架104745350-10-A 已被使用，请刷新页面: 1</w:t>
      </w:r>
    </w:p>
    <w:p>
      <w:r>
        <w:t>status_500:错误: 笼位:hyb压测笼架104745350-10-B 已被使用，请刷新页面: 1</w:t>
      </w:r>
    </w:p>
    <w:p>
      <w:r>
        <w:t>status_500:错误: 笼位:hyb压测笼架104745350-10-C 已被使用，请刷新页面: 1</w:t>
      </w:r>
    </w:p>
    <w:p>
      <w:r>
        <w:t>status_500:错误: 笼位:hyb压测笼架104745350-10-D 已被使用，请刷新页面: 1</w:t>
      </w:r>
    </w:p>
    <w:p>
      <w:r>
        <w:t>status_500:错误: 笼位:hyb压测笼架104745350-10-F 已被使用，请刷新页面: 1</w:t>
      </w:r>
    </w:p>
    <w:p>
      <w:r>
        <w:t>status_500:错误: 笼位:hyb压测笼架104745350-10-E 已被使用，请刷新页面: 1</w:t>
      </w:r>
    </w:p>
    <w:p>
      <w:r>
        <w:t>status_500:错误: 笼位:hyb压测笼架104745350-10-G 已被使用，请刷新页面: 1</w:t>
      </w:r>
    </w:p>
    <w:p>
      <w:r>
        <w:t>status_500:错误: 笼位:hyb压测笼架104745350-10-H 已被使用，请刷新页面: 1</w:t>
      </w:r>
    </w:p>
    <w:p>
      <w:r>
        <w:t>status_500:错误: 笼位:hyb压测笼架104745350-10-I 已被使用，请刷新页面: 1</w:t>
      </w:r>
    </w:p>
    <w:p>
      <w:r>
        <w:t>status_500:错误: 笼位:hyb压测笼架104745350-10-J 已被使用，请刷新页面: 1</w:t>
      </w:r>
    </w:p>
    <w:p>
      <w:r>
        <w:t>status_500:错误: 笼位:hyb压测笼架103002398-1-B 已被使用，请刷新页面: 1</w:t>
      </w:r>
    </w:p>
    <w:p>
      <w:r>
        <w:t>status_500:错误: 笼位:hyb压测笼架103002398-1-A 已被使用，请刷新页面: 1</w:t>
      </w:r>
    </w:p>
    <w:p>
      <w:r>
        <w:t>status_500:错误: 笼位:hyb压测笼架103002398-1-C 已被使用，请刷新页面: 1</w:t>
      </w:r>
    </w:p>
    <w:p>
      <w:r>
        <w:t>status_500:错误: 笼位:hyb压测笼架103002398-1-D 已被使用，请刷新页面: 1</w:t>
      </w:r>
    </w:p>
    <w:p>
      <w:r>
        <w:t>status_500:错误: 笼位:hyb压测笼架103002398-1-E 已被使用，请刷新页面: 1</w:t>
      </w:r>
    </w:p>
    <w:p>
      <w:r>
        <w:t>status_500:错误: 笼位:hyb压测笼架103002398-1-G 已被使用，请刷新页面: 1</w:t>
      </w:r>
    </w:p>
    <w:p>
      <w:r>
        <w:t>status_500:错误: 笼位:hyb压测笼架103002398-1-F 已被使用，请刷新页面: 1</w:t>
      </w:r>
    </w:p>
    <w:p>
      <w:r>
        <w:t>status_500:错误: 笼位:hyb压测笼架103002398-1-H 已被使用，请刷新页面: 1</w:t>
      </w:r>
    </w:p>
    <w:p>
      <w:r>
        <w:t>status_500:错误: 笼位:hyb压测笼架103002398-1-I 已被使用，请刷新页面: 1</w:t>
      </w:r>
    </w:p>
    <w:p>
      <w:r>
        <w:t>status_500:错误: 笼位:hyb压测笼架103002398-1-J 已被使用，请刷新页面: 1</w:t>
      </w:r>
    </w:p>
    <w:p>
      <w:r>
        <w:t>status_500:错误: 笼位:hyb压测笼架103002398-2-A 已被使用，请刷新页面: 1</w:t>
      </w:r>
    </w:p>
    <w:p>
      <w:r>
        <w:t>status_500:错误: 笼位:hyb压测笼架103002398-2-B 已被使用，请刷新页面: 1</w:t>
      </w:r>
    </w:p>
    <w:p>
      <w:r>
        <w:t>status_500:错误: 笼位:hyb压测笼架103002398-2-C 已被使用，请刷新页面: 1</w:t>
      </w:r>
    </w:p>
    <w:p>
      <w:r>
        <w:t>status_500:错误: 笼位:hyb压测笼架103002398-2-E 已被使用，请刷新页面: 1</w:t>
      </w:r>
    </w:p>
    <w:p>
      <w:r>
        <w:t>status_500:错误: 笼位:hyb压测笼架103002398-2-D 已被使用，请刷新页面: 1</w:t>
      </w:r>
    </w:p>
    <w:p>
      <w:r>
        <w:t>status_500:错误: 笼位:hyb压测笼架103002398-2-F 已被使用，请刷新页面: 1</w:t>
      </w:r>
    </w:p>
    <w:p>
      <w:r>
        <w:t>status_500:错误: 笼位:hyb压测笼架103002398-2-G 已被使用，请刷新页面: 1</w:t>
      </w:r>
    </w:p>
    <w:p>
      <w:r>
        <w:t>status_500:错误: 笼位:hyb压测笼架103002398-2-I 已被使用，请刷新页面: 1</w:t>
      </w:r>
    </w:p>
    <w:p>
      <w:r>
        <w:t>status_500:错误: 笼位:hyb压测笼架103002398-2-H 已被使用，请刷新页面: 1</w:t>
      </w:r>
    </w:p>
    <w:p>
      <w:r>
        <w:t>status_500:错误: 笼位:hyb压测笼架103002398-2-J 已被使用，请刷新页面: 1</w:t>
      </w:r>
    </w:p>
    <w:p>
      <w:r>
        <w:t>status_500:错误: 笼位:hyb压测笼架103002398-3-A 已被使用，请刷新页面: 1</w:t>
      </w:r>
    </w:p>
    <w:p>
      <w:r>
        <w:t>status_500:错误: 笼位:hyb压测笼架103002398-3-B 已被使用，请刷新页面: 1</w:t>
      </w:r>
    </w:p>
    <w:p>
      <w:r>
        <w:t>status_500:错误: 笼位:hyb压测笼架103002398-3-C 已被使用，请刷新页面: 1</w:t>
      </w:r>
    </w:p>
    <w:p>
      <w:r>
        <w:t>status_500:错误: 笼位:hyb压测笼架103002398-3-D 已被使用，请刷新页面: 1</w:t>
      </w:r>
    </w:p>
    <w:p>
      <w:r>
        <w:t>status_500:错误: 笼位:hyb压测笼架103002398-3-E 已被使用，请刷新页面: 1</w:t>
      </w:r>
    </w:p>
    <w:p>
      <w:r>
        <w:t>status_500:错误: 笼位:hyb压测笼架103002398-3-F 已被使用，请刷新页面: 1</w:t>
      </w:r>
    </w:p>
    <w:p>
      <w:r>
        <w:t>status_500:错误: 笼位:hyb压测笼架103002398-3-G 已被使用，请刷新页面: 1</w:t>
      </w:r>
    </w:p>
    <w:p>
      <w:r>
        <w:t>status_500:错误: 笼位:hyb压测笼架103002398-3-H 已被使用，请刷新页面: 1</w:t>
      </w:r>
    </w:p>
    <w:p>
      <w:r>
        <w:t>status_500:错误: 笼位:hyb压测笼架103002398-3-I 已被使用，请刷新页面: 1</w:t>
      </w:r>
    </w:p>
    <w:p>
      <w:r>
        <w:t>status_500:错误: 笼位:hyb压测笼架103002398-3-J 已被使用，请刷新页面: 1</w:t>
      </w:r>
    </w:p>
    <w:p>
      <w:r>
        <w:t>status_500:错误: 笼位:hyb压测笼架103002398-4-B 已被使用，请刷新页面: 1</w:t>
      </w:r>
    </w:p>
    <w:p>
      <w:r>
        <w:t>status_500:错误: 笼位:hyb压测笼架103002398-4-A 已被使用，请刷新页面: 1</w:t>
      </w:r>
    </w:p>
    <w:p>
      <w:r>
        <w:t>status_500:错误: 笼位:hyb压测笼架103002398-4-C 已被使用，请刷新页面: 1</w:t>
      </w:r>
    </w:p>
    <w:p>
      <w:r>
        <w:t>status_500:错误: 笼位:hyb压测笼架103002398-4-D 已被使用，请刷新页面: 1</w:t>
      </w:r>
    </w:p>
    <w:p>
      <w:r>
        <w:t>status_500:错误: 笼位:hyb压测笼架103002398-4-E 已被使用，请刷新页面: 1</w:t>
      </w:r>
    </w:p>
    <w:p>
      <w:r>
        <w:t>status_500:错误: 笼位:hyb压测笼架103002398-4-F 已被使用，请刷新页面: 1</w:t>
      </w:r>
    </w:p>
    <w:p>
      <w:r>
        <w:t>status_500:错误: 笼位:hyb压测笼架103002398-4-G 已被使用，请刷新页面: 1</w:t>
      </w:r>
    </w:p>
    <w:p>
      <w:r>
        <w:t>status_500:错误: 笼位:hyb压测笼架103002398-4-H 已被使用，请刷新页面: 1</w:t>
      </w:r>
    </w:p>
    <w:p>
      <w:r>
        <w:t>status_500:错误: 笼位:hyb压测笼架103002398-4-I 已被使用，请刷新页面: 1</w:t>
      </w:r>
    </w:p>
    <w:p>
      <w:r>
        <w:t>status_500:错误: 笼位:hyb压测笼架103002398-4-J 已被使用，请刷新页面: 1</w:t>
      </w:r>
    </w:p>
    <w:p>
      <w:r>
        <w:t>status_500:错误: 笼位:hyb压测笼架103002398-5-A 已被使用，请刷新页面: 1</w:t>
      </w:r>
    </w:p>
    <w:p>
      <w:r>
        <w:t>status_500:错误: 笼位:hyb压测笼架103002398-5-B 已被使用，请刷新页面: 1</w:t>
      </w:r>
    </w:p>
    <w:p>
      <w:r>
        <w:t>status_500:错误: 笼位:hyb压测笼架103002398-5-C 已被使用，请刷新页面: 1</w:t>
      </w:r>
    </w:p>
    <w:p>
      <w:r>
        <w:t>status_500:错误: 笼位:hyb压测笼架103002398-5-D 已被使用，请刷新页面: 1</w:t>
      </w:r>
    </w:p>
    <w:p>
      <w:r>
        <w:t>status_500:错误: 笼位:hyb压测笼架103002398-5-E 已被使用，请刷新页面: 1</w:t>
      </w:r>
    </w:p>
    <w:p>
      <w:r>
        <w:t>status_500:错误: 笼位:hyb压测笼架103002398-5-G 已被使用，请刷新页面: 1</w:t>
      </w:r>
    </w:p>
    <w:p>
      <w:r>
        <w:t>status_500:错误: 笼位:hyb压测笼架103002398-5-F 已被使用，请刷新页面: 1</w:t>
      </w:r>
    </w:p>
    <w:p>
      <w:r>
        <w:t>status_500:错误: 笼位:hyb压测笼架103002398-5-I 已被使用，请刷新页面: 1</w:t>
      </w:r>
    </w:p>
    <w:p>
      <w:r>
        <w:t>status_500:错误: 笼位:hyb压测笼架103002398-5-H 已被使用，请刷新页面: 1</w:t>
      </w:r>
    </w:p>
    <w:p>
      <w:r>
        <w:t>status_500:错误: 笼位:hyb压测笼架103002398-5-J 已被使用，请刷新页面: 1</w:t>
      </w:r>
    </w:p>
    <w:p>
      <w:r>
        <w:t>status_500:错误: 笼位:hyb压测笼架103002398-6-A 已被使用，请刷新页面: 1</w:t>
      </w:r>
    </w:p>
    <w:p>
      <w:r>
        <w:t>status_500:错误: 笼位:hyb压测笼架103002398-6-B 已被使用，请刷新页面: 1</w:t>
      </w:r>
    </w:p>
    <w:p>
      <w:r>
        <w:t>status_500:错误: 笼位:hyb压测笼架103002398-6-D 已被使用，请刷新页面: 1</w:t>
      </w:r>
    </w:p>
    <w:p>
      <w:r>
        <w:t>status_500:错误: 笼位:hyb压测笼架103002398-6-C 已被使用，请刷新页面: 1</w:t>
      </w:r>
    </w:p>
    <w:p>
      <w:r>
        <w:t>status_500:错误: 笼位:hyb压测笼架103002398-6-E 已被使用，请刷新页面: 1</w:t>
      </w:r>
    </w:p>
    <w:p>
      <w:r>
        <w:t>status_500:错误: 笼位:hyb压测笼架103002398-6-F 已被使用，请刷新页面: 1</w:t>
      </w:r>
    </w:p>
    <w:p>
      <w:r>
        <w:t>status_500:错误: 笼位:hyb压测笼架103002398-6-G 已被使用，请刷新页面: 1</w:t>
      </w:r>
    </w:p>
    <w:p>
      <w:r>
        <w:t>status_500:错误: 笼位:hyb压测笼架103002398-6-H 已被使用，请刷新页面: 1</w:t>
      </w:r>
    </w:p>
    <w:p>
      <w:r>
        <w:t>status_500:错误: 笼位:hyb压测笼架103002398-6-I 已被使用，请刷新页面: 1</w:t>
      </w:r>
    </w:p>
    <w:p>
      <w:r>
        <w:t>status_500:错误: 笼位:hyb压测笼架103002398-6-J 已被使用，请刷新页面: 1</w:t>
      </w:r>
    </w:p>
    <w:p>
      <w:r>
        <w:t>status_500:错误: 笼位:hyb压测笼架103002398-7-A 已被使用，请刷新页面: 1</w:t>
      </w:r>
    </w:p>
    <w:p>
      <w:r>
        <w:t>status_500:错误: 笼位:hyb压测笼架103002398-7-B 已被使用，请刷新页面: 1</w:t>
      </w:r>
    </w:p>
    <w:p>
      <w:r>
        <w:t>status_500:错误: 笼位:hyb压测笼架103002398-7-C 已被使用，请刷新页面: 1</w:t>
      </w:r>
    </w:p>
    <w:p>
      <w:r>
        <w:t>status_500:错误: 笼位:hyb压测笼架103002398-7-D 已被使用，请刷新页面: 1</w:t>
      </w:r>
    </w:p>
    <w:p>
      <w:r>
        <w:t>status_500:错误: 笼位:hyb压测笼架103002398-7-E 已被使用，请刷新页面: 1</w:t>
      </w:r>
    </w:p>
    <w:p>
      <w:r>
        <w:t>status_500:错误: 笼位:hyb压测笼架103002398-7-F 已被使用，请刷新页面: 1</w:t>
      </w:r>
    </w:p>
    <w:p>
      <w:r>
        <w:t>status_500:错误: 笼位:hyb压测笼架103002398-7-G 已被使用，请刷新页面: 1</w:t>
      </w:r>
    </w:p>
    <w:p>
      <w:r>
        <w:t>status_500:错误: 笼位:hyb压测笼架103002398-7-H 已被使用，请刷新页面: 1</w:t>
      </w:r>
    </w:p>
    <w:p>
      <w:r>
        <w:t>status_500:错误: 笼位:hyb压测笼架103002398-8-B 已被使用，请刷新页面: 1</w:t>
      </w:r>
    </w:p>
    <w:p>
      <w:r>
        <w:t>status_500:错误: 笼位:hyb压测笼架103002398-7-I 已被使用，请刷新页面: 1</w:t>
      </w:r>
    </w:p>
    <w:p>
      <w:r>
        <w:t>status_500:错误: 笼位:hyb压测笼架103002398-8-A 已被使用，请刷新页面: 1</w:t>
      </w:r>
    </w:p>
    <w:p>
      <w:r>
        <w:t>status_500:错误: 笼位:hyb压测笼架103002398-7-J 已被使用，请刷新页面: 1</w:t>
      </w:r>
    </w:p>
    <w:p>
      <w:r>
        <w:t>status_500:错误: 笼位:hyb压测笼架103002398-8-C 已被使用，请刷新页面: 1</w:t>
      </w:r>
    </w:p>
    <w:p>
      <w:r>
        <w:t>status_500:错误: 笼位:hyb压测笼架103002398-8-D 已被使用，请刷新页面: 1</w:t>
      </w:r>
    </w:p>
    <w:p>
      <w:r>
        <w:t>status_500:错误: 笼位:hyb压测笼架103002398-8-E 已被使用，请刷新页面: 1</w:t>
      </w:r>
    </w:p>
    <w:p>
      <w:r>
        <w:t>status_500:错误: 笼位:hyb压测笼架103002398-8-F 已被使用，请刷新页面: 1</w:t>
      </w:r>
    </w:p>
    <w:p>
      <w:r>
        <w:t>status_500:错误: 笼位:hyb压测笼架103002398-8-H 已被使用，请刷新页面: 1</w:t>
      </w:r>
    </w:p>
    <w:p>
      <w:r>
        <w:t>status_500:错误: 笼位:hyb压测笼架103002398-8-I 已被使用，请刷新页面: 1</w:t>
      </w:r>
    </w:p>
    <w:p>
      <w:r>
        <w:t>status_500:错误: 笼位:hyb压测笼架103002398-8-G 已被使用，请刷新页面: 1</w:t>
      </w:r>
    </w:p>
    <w:p>
      <w:r>
        <w:t>status_500:错误: 笼位:hyb压测笼架103002398-8-J 已被使用，请刷新页面: 1</w:t>
      </w:r>
    </w:p>
    <w:p>
      <w:r>
        <w:t>status_500:错误: 笼位:hyb压测笼架103002398-9-B 已被使用，请刷新页面: 1</w:t>
      </w:r>
    </w:p>
    <w:p>
      <w:r>
        <w:t>status_500:错误: 笼位:hyb压测笼架103002398-9-A 已被使用，请刷新页面: 1</w:t>
      </w:r>
    </w:p>
    <w:p>
      <w:r>
        <w:t>status_500:错误: 笼位:hyb压测笼架103002398-9-C 已被使用，请刷新页面: 1</w:t>
      </w:r>
    </w:p>
    <w:p>
      <w:r>
        <w:t>status_500:错误: 笼位:hyb压测笼架103002398-9-E 已被使用，请刷新页面: 1</w:t>
      </w:r>
    </w:p>
    <w:p>
      <w:r>
        <w:t>status_500:错误: 笼位:hyb压测笼架103002398-9-D 已被使用，请刷新页面: 1</w:t>
      </w:r>
    </w:p>
    <w:p>
      <w:r>
        <w:t>status_500:错误: 笼位:hyb压测笼架103002398-9-F 已被使用，请刷新页面: 1</w:t>
      </w:r>
    </w:p>
    <w:p>
      <w:r>
        <w:t>status_500:错误: 笼位:hyb压测笼架103002398-9-H 已被使用，请刷新页面: 1</w:t>
      </w:r>
    </w:p>
    <w:p>
      <w:r>
        <w:t>status_500:错误: 笼位:hyb压测笼架103002398-9-G 已被使用，请刷新页面: 1</w:t>
      </w:r>
    </w:p>
    <w:p>
      <w:r>
        <w:t>status_500:错误: 笼位:hyb压测笼架103002398-9-I 已被使用，请刷新页面: 1</w:t>
      </w:r>
    </w:p>
    <w:p>
      <w:r>
        <w:t>status_500:错误: 笼位:hyb压测笼架103002398-9-J 已被使用，请刷新页面: 1</w:t>
      </w:r>
    </w:p>
    <w:p>
      <w:r>
        <w:t>status_500:错误: 笼位:hyb压测笼架103002398-10-A 已被使用，请刷新页面: 1</w:t>
      </w:r>
    </w:p>
    <w:p>
      <w:r>
        <w:t>status_500:错误: 笼位:hyb压测笼架103002398-10-B 已被使用，请刷新页面: 1</w:t>
      </w:r>
    </w:p>
    <w:p>
      <w:r>
        <w:t>status_500:错误: 笼位:hyb压测笼架103002398-10-C 已被使用，请刷新页面: 1</w:t>
      </w:r>
    </w:p>
    <w:p>
      <w:r>
        <w:t>status_500:错误: 笼位:hyb压测笼架103002398-10-E 已被使用，请刷新页面: 1</w:t>
      </w:r>
    </w:p>
    <w:p>
      <w:r>
        <w:t>status_500:错误: 笼位:hyb压测笼架103002398-10-D 已被使用，请刷新页面: 1</w:t>
      </w:r>
    </w:p>
    <w:p>
      <w:r>
        <w:t>status_500:错误: 笼位:hyb压测笼架103002398-10-F 已被使用，请刷新页面: 1</w:t>
      </w:r>
    </w:p>
    <w:p>
      <w:r>
        <w:t>status_500:错误: 笼位:hyb压测笼架103002398-10-G 已被使用，请刷新页面: 1</w:t>
      </w:r>
    </w:p>
    <w:p>
      <w:r>
        <w:t>status_500:错误: 笼位:hyb压测笼架103002398-10-H 已被使用，请刷新页面: 1</w:t>
      </w:r>
    </w:p>
    <w:p>
      <w:r>
        <w:t>status_500:错误: 笼位:hyb压测笼架103002398-10-I 已被使用，请刷新页面: 1</w:t>
      </w:r>
    </w:p>
    <w:p>
      <w:r>
        <w:t>status_500:错误: 笼位:hyb压测笼架103002398-10-J 已被使用，请刷新页面: 1</w:t>
      </w:r>
    </w:p>
    <w:p>
      <w:r>
        <w:t>status_500:错误: 笼位:hyb压测笼架119537791-1-A 已被使用，请刷新页面: 1</w:t>
      </w:r>
    </w:p>
    <w:p>
      <w:r>
        <w:t>status_500:错误: 笼位:hyb压测笼架119537791-1-B 已被使用，请刷新页面: 1</w:t>
      </w:r>
    </w:p>
    <w:p>
      <w:r>
        <w:t>status_500:错误: 笼位:hyb压测笼架119537791-1-C 已被使用，请刷新页面: 1</w:t>
      </w:r>
    </w:p>
    <w:p>
      <w:r>
        <w:t>status_500:错误: 笼位:hyb压测笼架119537791-1-E 已被使用，请刷新页面: 1</w:t>
      </w:r>
    </w:p>
    <w:p>
      <w:r>
        <w:t>status_500:错误: 笼位:hyb压测笼架119537791-1-D 已被使用，请刷新页面: 1</w:t>
      </w:r>
    </w:p>
    <w:p>
      <w:r>
        <w:t>status_500:错误: 笼位:hyb压测笼架119537791-1-F 已被使用，请刷新页面: 1</w:t>
      </w:r>
    </w:p>
    <w:p>
      <w:r>
        <w:t>status_500:错误: 笼位:hyb压测笼架119537791-1-H 已被使用，请刷新页面: 1</w:t>
      </w:r>
    </w:p>
    <w:p>
      <w:r>
        <w:t>status_500:错误: 笼位:hyb压测笼架119537791-1-G 已被使用，请刷新页面: 1</w:t>
      </w:r>
    </w:p>
    <w:p>
      <w:r>
        <w:t>status_500:错误: 笼位:hyb压测笼架119537791-1-I 已被使用，请刷新页面: 1</w:t>
      </w:r>
    </w:p>
    <w:p>
      <w:r>
        <w:t>status_500:错误: 笼位:hyb压测笼架119537791-1-J 已被使用，请刷新页面: 1</w:t>
      </w:r>
    </w:p>
    <w:p>
      <w:r>
        <w:t>status_500:错误: 笼位:hyb压测笼架119537791-2-B 已被使用，请刷新页面: 1</w:t>
      </w:r>
    </w:p>
    <w:p>
      <w:r>
        <w:t>status_500:错误: 笼位:hyb压测笼架119537791-2-A 已被使用，请刷新页面: 1</w:t>
      </w:r>
    </w:p>
    <w:p>
      <w:r>
        <w:t>status_500:错误: 笼位:hyb压测笼架119537791-2-C 已被使用，请刷新页面: 1</w:t>
      </w:r>
    </w:p>
    <w:p>
      <w:r>
        <w:t>status_500:错误: 笼位:hyb压测笼架119537791-2-E 已被使用，请刷新页面: 1</w:t>
      </w:r>
    </w:p>
    <w:p>
      <w:r>
        <w:t>status_500:错误: 笼位:hyb压测笼架119537791-2-D 已被使用，请刷新页面: 1</w:t>
      </w:r>
    </w:p>
    <w:p>
      <w:r>
        <w:t>status_500:错误: 笼位:hyb压测笼架119537791-2-F 已被使用，请刷新页面: 1</w:t>
      </w:r>
    </w:p>
    <w:p>
      <w:r>
        <w:t>status_500:错误: 笼位:hyb压测笼架119537791-2-G 已被使用，请刷新页面: 1</w:t>
      </w:r>
    </w:p>
    <w:p>
      <w:r>
        <w:t>status_500:错误: 笼位:hyb压测笼架119537791-2-H 已被使用，请刷新页面: 1</w:t>
      </w:r>
    </w:p>
    <w:p>
      <w:r>
        <w:t>status_500:错误: 笼位:hyb压测笼架119537791-2-I 已被使用，请刷新页面: 1</w:t>
      </w:r>
    </w:p>
    <w:p>
      <w:r>
        <w:t>status_500:错误: 笼位:hyb压测笼架119537791-2-J 已被使用，请刷新页面: 1</w:t>
      </w:r>
    </w:p>
    <w:p>
      <w:r>
        <w:t>status_500:错误: 笼位:hyb压测笼架119537791-3-A 已被使用，请刷新页面: 1</w:t>
      </w:r>
    </w:p>
    <w:p>
      <w:r>
        <w:t>status_500:错误: 笼位:hyb压测笼架119537791-3-B 已被使用，请刷新页面: 1</w:t>
      </w:r>
    </w:p>
    <w:p>
      <w:r>
        <w:t>status_500:错误: 笼位:hyb压测笼架119537791-3-C 已被使用，请刷新页面: 1</w:t>
      </w:r>
    </w:p>
    <w:p>
      <w:r>
        <w:t>status_500:错误: 笼位:hyb压测笼架119537791-3-D 已被使用，请刷新页面: 1</w:t>
      </w:r>
    </w:p>
    <w:p>
      <w:r>
        <w:t>status_500:错误: 笼位:hyb压测笼架119537791-3-E 已被使用，请刷新页面: 1</w:t>
      </w:r>
    </w:p>
    <w:p>
      <w:r>
        <w:t>status_500:错误: 笼位:hyb压测笼架119537791-3-F 已被使用，请刷新页面: 1</w:t>
      </w:r>
    </w:p>
    <w:p>
      <w:r>
        <w:t>status_500:错误: 笼位:hyb压测笼架119537791-3-G 已被使用，请刷新页面: 1</w:t>
      </w:r>
    </w:p>
    <w:p>
      <w:r>
        <w:t>status_500:错误: 笼位:hyb压测笼架119537791-3-H 已被使用，请刷新页面: 1</w:t>
      </w:r>
    </w:p>
    <w:p>
      <w:r>
        <w:t>status_500:错误: 笼位:hyb压测笼架119537791-3-J 已被使用，请刷新页面: 1</w:t>
      </w:r>
    </w:p>
    <w:p>
      <w:r>
        <w:t>status_500:错误: 笼位:hyb压测笼架119537791-3-I 已被使用，请刷新页面: 1</w:t>
      </w:r>
    </w:p>
    <w:p>
      <w:r>
        <w:t>status_500:错误: 笼位:hyb压测笼架119537791-4-A 已被使用，请刷新页面: 1</w:t>
      </w:r>
    </w:p>
    <w:p>
      <w:r>
        <w:t>status_500:错误: 笼位:hyb压测笼架119537791-4-B 已被使用，请刷新页面: 1</w:t>
      </w:r>
    </w:p>
    <w:p>
      <w:r>
        <w:t>status_500:错误: 笼位:hyb压测笼架119537791-4-C 已被使用，请刷新页面: 1</w:t>
      </w:r>
    </w:p>
    <w:p>
      <w:r>
        <w:t>status_500:错误: 笼位:hyb压测笼架119537791-4-D 已被使用，请刷新页面: 1</w:t>
      </w:r>
    </w:p>
    <w:p>
      <w:r>
        <w:t>status_500:错误: 笼位:hyb压测笼架119537791-4-E 已被使用，请刷新页面: 1</w:t>
      </w:r>
    </w:p>
    <w:p>
      <w:r>
        <w:t>status_500:错误: 笼位:hyb压测笼架119537791-4-G 已被使用，请刷新页面: 1</w:t>
      </w:r>
    </w:p>
    <w:p>
      <w:r>
        <w:t>status_500:错误: 笼位:hyb压测笼架119537791-4-F 已被使用，请刷新页面: 1</w:t>
      </w:r>
    </w:p>
    <w:p>
      <w:r>
        <w:t>status_500:错误: 笼位:hyb压测笼架119537791-4-H 已被使用，请刷新页面: 1</w:t>
      </w:r>
    </w:p>
    <w:p>
      <w:r>
        <w:t>status_500:错误: 笼位:hyb压测笼架119537791-4-I 已被使用，请刷新页面: 1</w:t>
      </w:r>
    </w:p>
    <w:p>
      <w:r>
        <w:t>status_500:错误: 笼位:hyb压测笼架119537791-7-A 已被使用，请刷新页面: 1</w:t>
      </w:r>
    </w:p>
    <w:p>
      <w:r>
        <w:t>status_500:错误: 笼位:hyb压测笼架119537791-4-J 已被使用，请刷新页面: 1</w:t>
      </w:r>
    </w:p>
    <w:p>
      <w:r>
        <w:t>status_500:错误: 笼位:hyb压测笼架119537791-5-A 已被使用，请刷新页面: 1</w:t>
      </w:r>
    </w:p>
    <w:p>
      <w:r>
        <w:t>status_500:错误: 笼位:hyb压测笼架119537791-5-B 已被使用，请刷新页面: 1</w:t>
      </w:r>
    </w:p>
    <w:p>
      <w:r>
        <w:t>status_500:错误: 笼位:hyb压测笼架119537791-5-C 已被使用，请刷新页面: 1</w:t>
      </w:r>
    </w:p>
    <w:p>
      <w:r>
        <w:t>status_500:错误: 笼位:hyb压测笼架119537791-5-E 已被使用，请刷新页面: 1</w:t>
      </w:r>
    </w:p>
    <w:p>
      <w:r>
        <w:t>status_500:错误: 笼位:hyb压测笼架119537791-5-D 已被使用，请刷新页面: 1</w:t>
      </w:r>
    </w:p>
    <w:p>
      <w:r>
        <w:t>status_500:错误: 笼位:hyb压测笼架119537791-5-F 已被使用，请刷新页面: 1</w:t>
      </w:r>
    </w:p>
    <w:p>
      <w:r>
        <w:t>status_500:错误: 笼位:hyb压测笼架119537791-5-G 已被使用，请刷新页面: 1</w:t>
      </w:r>
    </w:p>
    <w:p>
      <w:r>
        <w:t>status_500:错误: 笼位:hyb压测笼架119537791-5-H 已被使用，请刷新页面: 1</w:t>
      </w:r>
    </w:p>
    <w:p>
      <w:r>
        <w:t>status_500:错误: 笼位:hyb压测笼架119537791-5-J 已被使用，请刷新页面: 1</w:t>
      </w:r>
    </w:p>
    <w:p>
      <w:r>
        <w:t>status_500:错误: 笼位:hyb压测笼架119537791-5-I 已被使用，请刷新页面: 1</w:t>
      </w:r>
    </w:p>
    <w:p>
      <w:r>
        <w:t>status_500:错误: 笼位:hyb压测笼架119537791-6-A 已被使用，请刷新页面: 1</w:t>
      </w:r>
    </w:p>
    <w:p>
      <w:r>
        <w:t>status_500:错误: 笼位:hyb压测笼架119537791-6-B 已被使用，请刷新页面: 1</w:t>
      </w:r>
    </w:p>
    <w:p>
      <w:r>
        <w:t>status_500:错误: 笼位:hyb压测笼架119537791-6-C 已被使用，请刷新页面: 1</w:t>
      </w:r>
    </w:p>
    <w:p>
      <w:r>
        <w:t>status_500:错误: 笼位:hyb压测笼架119537791-6-D 已被使用，请刷新页面: 1</w:t>
      </w:r>
    </w:p>
    <w:p>
      <w:r>
        <w:t>status_500:错误: 笼位:hyb压测笼架119537791-6-E 已被使用，请刷新页面: 1</w:t>
      </w:r>
    </w:p>
    <w:p>
      <w:r>
        <w:t>status_500:错误: 笼位:hyb压测笼架119537791-6-H 已被使用，请刷新页面: 1</w:t>
      </w:r>
    </w:p>
    <w:p>
      <w:r>
        <w:t>status_500:错误: 笼位:hyb压测笼架119537791-6-F 已被使用，请刷新页面: 1</w:t>
      </w:r>
    </w:p>
    <w:p>
      <w:r>
        <w:t>status_500:错误: 笼位:hyb压测笼架119537791-6-G 已被使用，请刷新页面: 1</w:t>
      </w:r>
    </w:p>
    <w:p>
      <w:r>
        <w:t>status_500:错误: 笼位:hyb压测笼架119537791-6-I 已被使用，请刷新页面: 1</w:t>
      </w:r>
    </w:p>
    <w:p>
      <w:r>
        <w:t>status_500:错误: 笼位:hyb压测笼架119537791-7-B 已被使用，请刷新页面: 1</w:t>
      </w:r>
    </w:p>
    <w:p>
      <w:r>
        <w:t>status_500:错误: 笼位:hyb压测笼架119537791-6-J 已被使用，请刷新页面: 1</w:t>
      </w:r>
    </w:p>
    <w:p>
      <w:r>
        <w:t>status_500:错误: 笼位:hyb压测笼架119537791-7-C 已被使用，请刷新页面: 1</w:t>
      </w:r>
    </w:p>
    <w:p>
      <w:r>
        <w:t>status_500:错误: 笼位:hyb压测笼架119537791-7-D 已被使用，请刷新页面: 1</w:t>
      </w:r>
    </w:p>
    <w:p>
      <w:r>
        <w:t>status_500:错误: 笼位:hyb压测笼架119537791-7-F 已被使用，请刷新页面: 1</w:t>
      </w:r>
    </w:p>
    <w:p>
      <w:r>
        <w:t>status_500:错误: 笼位:hyb压测笼架119537791-7-E 已被使用，请刷新页面: 1</w:t>
      </w:r>
    </w:p>
    <w:p>
      <w:r>
        <w:t>status_500:错误: 笼位:hyb压测笼架119537791-7-G 已被使用，请刷新页面: 1</w:t>
      </w:r>
    </w:p>
    <w:p>
      <w:r>
        <w:t>status_500:错误: 笼位:hyb压测笼架119537791-7-H 已被使用，请刷新页面: 1</w:t>
      </w:r>
    </w:p>
    <w:p>
      <w:r>
        <w:t>status_500:错误: 笼位:hyb压测笼架119537791-7-I 已被使用，请刷新页面: 1</w:t>
      </w:r>
    </w:p>
    <w:p>
      <w:r>
        <w:t>status_500:错误: 笼位:hyb压测笼架119537791-8-A 已被使用，请刷新页面: 1</w:t>
      </w:r>
    </w:p>
    <w:p>
      <w:r>
        <w:t>status_500:错误: 笼位:hyb压测笼架119537791-7-J 已被使用，请刷新页面: 1</w:t>
      </w:r>
    </w:p>
    <w:p>
      <w:r>
        <w:t>status_500:错误: 笼位:hyb压测笼架119537791-8-B 已被使用，请刷新页面: 1</w:t>
      </w:r>
    </w:p>
    <w:p>
      <w:r>
        <w:t>status_500:错误: 笼位:hyb压测笼架119537791-8-E 已被使用，请刷新页面: 1</w:t>
      </w:r>
    </w:p>
    <w:p>
      <w:r>
        <w:t>status_500:错误: 笼位:hyb压测笼架119537791-8-D 已被使用，请刷新页面: 1</w:t>
      </w:r>
    </w:p>
    <w:p>
      <w:r>
        <w:t>status_500:错误: 笼位:hyb压测笼架119537791-8-C 已被使用，请刷新页面: 1</w:t>
      </w:r>
    </w:p>
    <w:p>
      <w:r>
        <w:t>status_500:错误: 笼位:hyb压测笼架119537791-8-F 已被使用，请刷新页面: 1</w:t>
      </w:r>
    </w:p>
    <w:p>
      <w:r>
        <w:t>status_500:错误: 笼位:hyb压测笼架119537791-8-G 已被使用，请刷新页面: 1</w:t>
      </w:r>
    </w:p>
    <w:p>
      <w:r>
        <w:t>status_500:错误: 笼位:hyb压测笼架119537791-8-I 已被使用，请刷新页面: 1</w:t>
      </w:r>
    </w:p>
    <w:p>
      <w:r>
        <w:t>status_500:错误: 笼位:hyb压测笼架119537791-8-H 已被使用，请刷新页面: 1</w:t>
      </w:r>
    </w:p>
    <w:p>
      <w:r>
        <w:t>status_500:错误: 笼位:hyb压测笼架119537791-9-C 已被使用，请刷新页面: 1</w:t>
      </w:r>
    </w:p>
    <w:p>
      <w:r>
        <w:t>status_500:错误: 笼位:hyb压测笼架119537791-8-J 已被使用，请刷新页面: 1</w:t>
      </w:r>
    </w:p>
    <w:p>
      <w:r>
        <w:t>status_500:错误: 笼位:hyb压测笼架119537791-9-B 已被使用，请刷新页面: 1</w:t>
      </w:r>
    </w:p>
    <w:p>
      <w:r>
        <w:t>status_500:错误: 笼位:hyb压测笼架119537791-9-A 已被使用，请刷新页面: 1</w:t>
      </w:r>
    </w:p>
    <w:p>
      <w:r>
        <w:t>status_500:错误: 笼位:hyb压测笼架119537791-9-D 已被使用，请刷新页面: 1</w:t>
      </w:r>
    </w:p>
    <w:p>
      <w:r>
        <w:t>status_500:错误: 笼位:hyb压测笼架119537791-9-E 已被使用，请刷新页面: 1</w:t>
      </w:r>
    </w:p>
    <w:p>
      <w:r>
        <w:t>status_500:错误: 笼位:hyb压测笼架119537791-9-G 已被使用，请刷新页面: 1</w:t>
      </w:r>
    </w:p>
    <w:p>
      <w:r>
        <w:t>status_500:错误: 笼位:hyb压测笼架119537791-9-H 已被使用，请刷新页面: 1</w:t>
      </w:r>
    </w:p>
    <w:p>
      <w:r>
        <w:t>status_500:错误: 笼位:hyb压测笼架119537791-9-F 已被使用，请刷新页面: 1</w:t>
      </w:r>
    </w:p>
    <w:p>
      <w:r>
        <w:t>status_500:错误: 笼位:hyb压测笼架119537791-9-I 已被使用，请刷新页面: 1</w:t>
      </w:r>
    </w:p>
    <w:p>
      <w:r>
        <w:t>status_500:错误: 笼位:hyb压测笼架119537791-9-J 已被使用，请刷新页面: 1</w:t>
      </w:r>
    </w:p>
    <w:p>
      <w:r>
        <w:t>status_500:错误: 笼位:hyb压测笼架119537791-10-B 已被使用，请刷新页面: 1</w:t>
      </w:r>
    </w:p>
    <w:p>
      <w:r>
        <w:t>status_500:错误: 笼位:hyb压测笼架119537791-10-A 已被使用，请刷新页面: 1</w:t>
      </w:r>
    </w:p>
    <w:p>
      <w:r>
        <w:t>status_500:错误: 笼位:hyb压测笼架119537791-10-C 已被使用，请刷新页面: 1</w:t>
      </w:r>
    </w:p>
    <w:p>
      <w:r>
        <w:t>status_500:错误: 笼位:hyb压测笼架119537791-10-E 已被使用，请刷新页面: 1</w:t>
      </w:r>
    </w:p>
    <w:p>
      <w:r>
        <w:t>status_500:错误: 笼位:hyb压测笼架119537791-10-D 已被使用，请刷新页面: 1</w:t>
      </w:r>
    </w:p>
    <w:p>
      <w:r>
        <w:t>status_500:错误: 笼位:hyb压测笼架119537791-10-F 已被使用，请刷新页面: 1</w:t>
      </w:r>
    </w:p>
    <w:p>
      <w:r>
        <w:t>status_500:错误: 笼位:hyb压测笼架119537791-10-I 已被使用，请刷新页面: 1</w:t>
      </w:r>
    </w:p>
    <w:p>
      <w:r>
        <w:t>status_500:错误: 笼位:hyb压测笼架119537791-10-H 已被使用，请刷新页面: 1</w:t>
      </w:r>
    </w:p>
    <w:p>
      <w:r>
        <w:t>status_500:错误: 笼位:hyb压测笼架119537791-10-G 已被使用，请刷新页面: 1</w:t>
      </w:r>
    </w:p>
    <w:p>
      <w:r>
        <w:t>status_500:错误: 笼位:hyb压测笼架119537791-10-J 已被使用，请刷新页面: 1</w:t>
      </w:r>
    </w:p>
    <w:p>
      <w:r>
        <w:t>status_500:错误: 笼位:hyb压测笼架100676654-1-B 已被使用，请刷新页面: 1</w:t>
      </w:r>
    </w:p>
    <w:p>
      <w:r>
        <w:t>status_500:错误: 笼位:hyb压测笼架100676654-1-A 已被使用，请刷新页面: 1</w:t>
      </w:r>
    </w:p>
    <w:p>
      <w:r>
        <w:t>status_500:错误: 笼位:hyb压测笼架100676654-1-D 已被使用，请刷新页面: 1</w:t>
      </w:r>
    </w:p>
    <w:p>
      <w:r>
        <w:t>status_500:错误: 笼位:hyb压测笼架100676654-1-E 已被使用，请刷新页面: 1</w:t>
      </w:r>
    </w:p>
    <w:p>
      <w:r>
        <w:t>status_500:错误: 笼位:hyb压测笼架100676654-1-C 已被使用，请刷新页面: 1</w:t>
      </w:r>
    </w:p>
    <w:p>
      <w:r>
        <w:t>status_500:错误: 笼位:hyb压测笼架100676654-1-H 已被使用，请刷新页面: 1</w:t>
      </w:r>
    </w:p>
    <w:p>
      <w:r>
        <w:t>status_500:错误: 笼位:hyb压测笼架100676654-1-G 已被使用，请刷新页面: 1</w:t>
      </w:r>
    </w:p>
    <w:p>
      <w:r>
        <w:t>status_500:错误: 笼位:hyb压测笼架100676654-1-I 已被使用，请刷新页面: 1</w:t>
      </w:r>
    </w:p>
    <w:p>
      <w:r>
        <w:t>status_500:错误: 笼位:hyb压测笼架100676654-1-F 已被使用，请刷新页面: 1</w:t>
      </w:r>
    </w:p>
    <w:p>
      <w:r>
        <w:t>status_500:错误: 笼位:hyb压测笼架100676654-2-A 已被使用，请刷新页面: 1</w:t>
      </w:r>
    </w:p>
    <w:p>
      <w:r>
        <w:t>status_500:错误: 笼位:hyb压测笼架100676654-1-J 已被使用，请刷新页面: 1</w:t>
      </w:r>
    </w:p>
    <w:p>
      <w:r>
        <w:t>status_500:错误: 笼位:hyb压测笼架100676654-2-C 已被使用，请刷新页面: 1</w:t>
      </w:r>
    </w:p>
    <w:p>
      <w:r>
        <w:t>status_500:错误: 笼位:hyb压测笼架100676654-2-B 已被使用，请刷新页面: 1</w:t>
      </w:r>
    </w:p>
    <w:p>
      <w:r>
        <w:t>status_500:错误: 笼位:hyb压测笼架100676654-2-E 已被使用，请刷新页面: 1</w:t>
      </w:r>
    </w:p>
    <w:p>
      <w:r>
        <w:t>status_500:错误: 笼位:hyb压测笼架100676654-2-G 已被使用，请刷新页面: 1</w:t>
      </w:r>
    </w:p>
    <w:p>
      <w:r>
        <w:t>status_500:错误: 笼位:hyb压测笼架100676654-2-F 已被使用，请刷新页面: 1</w:t>
      </w:r>
    </w:p>
    <w:p>
      <w:r>
        <w:t>status_500:错误: 笼位:hyb压测笼架100676654-2-D 已被使用，请刷新页面: 1</w:t>
      </w:r>
    </w:p>
    <w:p>
      <w:r>
        <w:t>status_500:错误: 笼位:hyb压测笼架100676654-2-H 已被使用，请刷新页面: 1</w:t>
      </w:r>
    </w:p>
    <w:p>
      <w:r>
        <w:t>status_500:错误: 笼位:hyb压测笼架100676654-2-I 已被使用，请刷新页面: 1</w:t>
      </w:r>
    </w:p>
    <w:p>
      <w:r>
        <w:t>status_500:错误: 笼位:hyb压测笼架10698040-1-E 已被使用，请刷新页面: 1</w:t>
      </w:r>
    </w:p>
    <w:p>
      <w:r>
        <w:t>status_500:错误: 笼位:hyb压测笼架113043865-3-I 已被使用，请刷新页面: 1</w:t>
      </w:r>
    </w:p>
    <w:p>
      <w:r>
        <w:t>status_500:错误: 笼位:hyb压测笼架106069570-6-B 已被使用，请刷新页面: 1</w:t>
      </w:r>
    </w:p>
    <w:p>
      <w:r>
        <w:t>status_500:错误: 笼位:hyb压测笼架118614147-8-D 已被使用，请刷新页面: 1</w:t>
      </w:r>
    </w:p>
    <w:p>
      <w:r>
        <w:t>status_500:错误: 笼位:hyb压测笼架11315640-4-A 已被使用，请刷新页面: 1</w:t>
      </w:r>
    </w:p>
    <w:p>
      <w:r>
        <w:t>status_500:错误: 笼位:hyb压测笼架117819358-9-E 已被使用，请刷新页面: 1</w:t>
      </w:r>
    </w:p>
    <w:p>
      <w:r>
        <w:t>status_500:错误: 笼位:hyb压测笼架11837158-4-B 已被使用，请刷新页面: 1</w:t>
      </w:r>
    </w:p>
    <w:p>
      <w:r>
        <w:t>status_500:错误: 笼位:hyb压测笼架111655130-7-J 已被使用，请刷新页面: 1</w:t>
      </w:r>
    </w:p>
    <w:p>
      <w:r>
        <w:t>status_500:错误: 笼位:hyb压测笼架117234094-1-J 已被使用，请刷新页面: 1</w:t>
      </w:r>
    </w:p>
    <w:p>
      <w:r>
        <w:t>status_500:错误: 笼位:hyb压测笼架117234094-8-G 已被使用，请刷新页面: 1</w:t>
      </w:r>
    </w:p>
    <w:p>
      <w:r>
        <w:t>status_500:错误: 笼位:hyb压测笼架102391699-5-F 已被使用，请刷新页面: 1</w:t>
      </w:r>
    </w:p>
    <w:p>
      <w:r>
        <w:t>status_500:错误: 笼位:hyb压测笼架118889005-7-B 已被使用，请刷新页面: 1</w:t>
      </w:r>
    </w:p>
    <w:p>
      <w:r>
        <w:t>status_500:错误: 笼位:hyb压测笼架108395281-10-H 已被使用，请刷新页面: 1</w:t>
      </w:r>
    </w:p>
    <w:p>
      <w:r>
        <w:t>status_500:错误: 笼位:hyb压测笼架101979416-4-G 已被使用，请刷新页面: 1</w:t>
      </w:r>
    </w:p>
    <w:p>
      <w:r>
        <w:t>status_500:错误: 笼位:hyb压测笼架110618548-3-F 已被使用，请刷新页面: 1</w:t>
      </w:r>
    </w:p>
    <w:p>
      <w:r>
        <w:t>status_500:错误: 笼位:hyb压测笼架116197983-7-D 已被使用，请刷新页面: 1</w:t>
      </w:r>
    </w:p>
    <w:p>
      <w:r>
        <w:t>status_500:错误: 笼位:hyb压测笼架103691078-1-B 已被使用，请刷新页面: 1</w:t>
      </w:r>
    </w:p>
    <w:p>
      <w:r>
        <w:t>status_500:错误: 笼位:hyb压测笼架104273674-4-I 已被使用，请刷新页面: 1</w:t>
      </w:r>
    </w:p>
    <w:p>
      <w:r>
        <w:t>status_500:错误: 笼位:hyb压测笼架100408648-6-E 已被使用，请刷新页面: 1</w:t>
      </w:r>
    </w:p>
    <w:p>
      <w:r>
        <w:t>status_500:错误: 笼位:hyb压测笼架104399726-5-D 已被使用，请刷新页面: 1</w:t>
      </w:r>
    </w:p>
    <w:p>
      <w:r>
        <w:t>status_500:错误: 笼位:hyb压测笼架114019313-8-C 已被使用，请刷新页面: 1</w:t>
      </w:r>
    </w:p>
    <w:p>
      <w:r>
        <w:t>status_500:错误: 笼位:hyb压测笼架113648339-8-C 已被使用，请刷新页面: 1</w:t>
      </w:r>
    </w:p>
    <w:p>
      <w:r>
        <w:t>status_500:错误: 笼位:hyb压测笼架111672210-6-I 已被使用，请刷新页面: 1</w:t>
      </w:r>
    </w:p>
    <w:p>
      <w:r>
        <w:t>status_500:错误: 笼位:hyb压测笼架114118749-6-J 已被使用，请刷新页面: 1</w:t>
      </w:r>
    </w:p>
    <w:p>
      <w:r>
        <w:t>status_500:错误: 笼位:hyb压测笼架118789582-2-A 已被使用，请刷新页面: 1</w:t>
      </w:r>
    </w:p>
    <w:p>
      <w:r>
        <w:t>status_500:错误: 笼位:hyb压测笼架118789582-10-A 已被使用，请刷新页面: 1</w:t>
      </w:r>
    </w:p>
    <w:p>
      <w:r>
        <w:t>status_500:错误: 笼位:hyb压测笼架113651649-4-B 已被使用，请刷新页面: 1</w:t>
      </w:r>
    </w:p>
    <w:p>
      <w:r>
        <w:t>status_500:错误: 笼位:hyb压测笼架104524326-10-H 已被使用，请刷新页面: 1</w:t>
      </w:r>
    </w:p>
    <w:p>
      <w:r>
        <w:t>status_500:错误: 笼位:hyb压测笼架101131485-4-A 已被使用，请刷新页面: 1</w:t>
      </w:r>
    </w:p>
    <w:p>
      <w:r>
        <w:t>status_500:错误: 笼位:hyb压测笼架105190606-2-D 已被使用，请刷新页面: 1</w:t>
      </w:r>
    </w:p>
    <w:p>
      <w:r>
        <w:t>status_500:错误: 笼位:hyb压测笼架105980165-5-D 已被使用，请刷新页面: 1</w:t>
      </w:r>
    </w:p>
    <w:p>
      <w:r>
        <w:t>status_500:错误: 笼位:hyb压测笼架119024249-7-B 已被使用，请刷新页面: 1</w:t>
      </w:r>
    </w:p>
    <w:p>
      <w:r>
        <w:t>status_500:错误: 笼位:hyb压测笼架113364935-7-H 已被使用，请刷新页面: 1</w:t>
      </w:r>
    </w:p>
    <w:p>
      <w:r>
        <w:t>status_500:错误: 笼位:hyb压测笼架113937907-5-D 已被使用，请刷新页面: 1</w:t>
      </w:r>
    </w:p>
    <w:p>
      <w:r>
        <w:t>status_500:错误: 笼位:hyb压测笼架105988475-6-D 已被使用，请刷新页面: 1</w:t>
      </w:r>
    </w:p>
    <w:p>
      <w:r>
        <w:t>status_500:错误: 笼位:hyb压测笼架102409006-8-D 已被使用，请刷新页面: 1</w:t>
      </w:r>
    </w:p>
    <w:p>
      <w:r>
        <w:t>status_500:错误: 笼位:hyb压测笼架102223705-5-I 已被使用，请刷新页面: 1</w:t>
      </w:r>
    </w:p>
    <w:p>
      <w:r>
        <w:t>status_500:错误: 笼位:hyb压测笼架108052264-2-D 已被使用，请刷新页面: 1</w:t>
      </w:r>
    </w:p>
    <w:p>
      <w:r>
        <w:t>status_500:错误: 笼位:hyb压测笼架117137782-1-F 已被使用，请刷新页面: 1</w:t>
      </w:r>
    </w:p>
    <w:p>
      <w:r>
        <w:t>status_500:错误: 笼位:hyb压测笼架106937108-2-D 已被使用，请刷新页面: 1</w:t>
      </w:r>
    </w:p>
    <w:p>
      <w:r>
        <w:t>status_500:错误: 笼位:hyb压测笼架106937108-3-E 已被使用，请刷新页面: 1</w:t>
      </w:r>
    </w:p>
    <w:p>
      <w:r>
        <w:t>status_500:错误: 笼位:hyb压测笼架106937108-5-C 已被使用，请刷新页面: 1</w:t>
      </w:r>
    </w:p>
    <w:p>
      <w:r>
        <w:t>status_500:错误: 笼位:hyb压测笼架100265670-10-F 已被使用，请刷新页面: 1</w:t>
      </w:r>
    </w:p>
    <w:p>
      <w:r>
        <w:t>status_500:错误: 笼位:hyb压测笼架107895087-4-H 已被使用，请刷新页面: 1</w:t>
      </w:r>
    </w:p>
    <w:p>
      <w:r>
        <w:t>status_500:错误: 笼位:hyb压测笼架10250171-1-H 已被使用，请刷新页面: 1</w:t>
      </w:r>
    </w:p>
    <w:p>
      <w:r>
        <w:t>status_500:错误: 笼位:hyb压测笼架10250171-6-H 已被使用，请刷新页面: 1</w:t>
      </w:r>
    </w:p>
    <w:p>
      <w:r>
        <w:t>status_500:错误: 笼位:hyb压测笼架102307244-8-F 已被使用，请刷新页面: 1</w:t>
      </w:r>
    </w:p>
    <w:p>
      <w:r>
        <w:t>status_500:错误: 笼位:hyb压测笼架105797542-1-C 已被使用，请刷新页面: 1</w:t>
      </w:r>
    </w:p>
    <w:p>
      <w:r>
        <w:t>status_500:错误: 笼位:hyb压测笼架10188107-2-F 已被使用，请刷新页面: 1</w:t>
      </w:r>
    </w:p>
    <w:p>
      <w:r>
        <w:t>status_500:错误: 笼位:hyb压测笼架116249258-6-A 已被使用，请刷新页面: 1</w:t>
      </w:r>
    </w:p>
    <w:p>
      <w:r>
        <w:t>status_500:错误: 笼位:hyb压测笼架116249258-9-F 已被使用，请刷新页面: 1</w:t>
      </w:r>
    </w:p>
    <w:p>
      <w:r>
        <w:t>status_500:错误: 笼位:hyb压测笼架10314214-4-C 已被使用，请刷新页面: 1</w:t>
      </w:r>
    </w:p>
    <w:p>
      <w:r>
        <w:t>status_500:错误: 笼位:hyb压测笼架118337369-8-D 已被使用，请刷新页面: 1</w:t>
      </w:r>
    </w:p>
    <w:p>
      <w:r>
        <w:t>status_500:错误: 笼位:hyb压测笼架109266241-10-D 已被使用，请刷新页面: 1</w:t>
      </w:r>
    </w:p>
    <w:p>
      <w:r>
        <w:t>status_500:错误: 笼位:hyb压测笼架101189662-5-J 已被使用，请刷新页面: 1</w:t>
      </w:r>
    </w:p>
    <w:p>
      <w:r>
        <w:t>status_500:错误: 笼位:hyb压测笼架115988693-4-J 已被使用，请刷新页面: 1</w:t>
      </w:r>
    </w:p>
    <w:p>
      <w:r>
        <w:t>status_500:错误: 笼位:hyb压测笼架112904789-4-A 已被使用，请刷新页面: 1</w:t>
      </w:r>
    </w:p>
    <w:p>
      <w:r>
        <w:t>status_500:错误: 笼位:hyb压测笼架111271115-7-C 已被使用，请刷新页面: 1</w:t>
      </w:r>
    </w:p>
    <w:p>
      <w:r>
        <w:t>status_500:错误: 笼位:hyb压测笼架119857414-10-D 已被使用，请刷新页面: 1</w:t>
      </w:r>
    </w:p>
    <w:p>
      <w:r>
        <w:t>status_500:错误: 笼位:hyb压测笼架104283954-3-F 已被使用，请刷新页面: 1</w:t>
      </w:r>
    </w:p>
    <w:p>
      <w:r>
        <w:t>status_500:错误: 笼位:hyb压测笼架117199008-7-F 已被使用，请刷新页面: 1</w:t>
      </w:r>
    </w:p>
    <w:p>
      <w:r>
        <w:t>status_500:错误: 笼位:hyb压测笼架100880312-9-E 已被使用，请刷新页面: 1</w:t>
      </w:r>
    </w:p>
    <w:p>
      <w:r>
        <w:t>status_500:错误: 笼位:hyb压测笼架10333682-9-D 已被使用，请刷新页面: 1</w:t>
      </w:r>
    </w:p>
    <w:p>
      <w:r>
        <w:t>status_500:错误: 笼位:hyb压测笼架100583729-6-G 已被使用，请刷新页面: 1</w:t>
      </w:r>
    </w:p>
    <w:p>
      <w:r>
        <w:t>status_500:错误: 笼位:hyb压测笼架113199728-2-G 已被使用，请刷新页面: 1</w:t>
      </w:r>
    </w:p>
    <w:p>
      <w:r>
        <w:t>status_500:错误: 笼位:hyb压测笼架114435887-10-B 已被使用，请刷新页面: 1</w:t>
      </w:r>
    </w:p>
    <w:p>
      <w:r>
        <w:t>status_500:错误: 笼位:hyb压测笼架101750607-10-D 已被使用，请刷新页面: 1</w:t>
      </w:r>
    </w:p>
    <w:p>
      <w:r>
        <w:t>status_500:错误: 笼位:hyb压测笼架119400078-2-E 已被使用，请刷新页面: 1</w:t>
      </w:r>
    </w:p>
    <w:p>
      <w:r>
        <w:t>status_500:错误: 笼位:hyb压测笼架109690687-3-J 已被使用，请刷新页面: 1</w:t>
      </w:r>
    </w:p>
    <w:p>
      <w:r>
        <w:t>status_500:错误: 笼位:hyb压测笼架107534357-6-F 已被使用，请刷新页面: 1</w:t>
      </w:r>
    </w:p>
    <w:p>
      <w:r>
        <w:t>status_500:错误: 笼位:hyb压测笼架117161451-3-F 已被使用，请刷新页面: 1</w:t>
      </w:r>
    </w:p>
    <w:p>
      <w:r>
        <w:t>status_500:错误: 笼位:hyb压测笼架102807978-4-I 已被使用，请刷新页面: 1</w:t>
      </w:r>
    </w:p>
    <w:p>
      <w:r>
        <w:t>status_500:错误: 笼位:hyb压测笼架118702208-6-E 已被使用，请刷新页面: 1</w:t>
      </w:r>
    </w:p>
    <w:p>
      <w:r>
        <w:t>status_500:错误: 笼位:hyb压测笼架10692733-6-B 已被使用，请刷新页面: 1</w:t>
      </w:r>
    </w:p>
    <w:p>
      <w:r>
        <w:t>status_500:错误: 笼位:hyb压测笼架103250574-1-C 已被使用，请刷新页面: 1</w:t>
      </w:r>
    </w:p>
    <w:p>
      <w:r>
        <w:t>status_500:错误: 笼位:hyb压测笼架114204492-6-J 已被使用，请刷新页面: 1</w:t>
      </w:r>
    </w:p>
    <w:p>
      <w:r>
        <w:t>status_500:错误: 笼位:hyb压测笼架108731572-8-H 已被使用，请刷新页面: 1</w:t>
      </w:r>
    </w:p>
    <w:p>
      <w:r>
        <w:t>status_500:错误: 笼位:hyb压测笼架1068121-1-B 已被使用，请刷新页面: 1</w:t>
      </w:r>
    </w:p>
    <w:p>
      <w:r>
        <w:t>status_500:错误: 笼位:hyb压测笼架105471324-2-I 已被使用，请刷新页面: 1</w:t>
      </w:r>
    </w:p>
    <w:p>
      <w:r>
        <w:t>status_500:错误: 笼位:hyb压测笼架112614474-5-B 已被使用，请刷新页面: 1</w:t>
      </w:r>
    </w:p>
    <w:p>
      <w:r>
        <w:t>status_500:错误: 笼位:hyb压测笼架115317230-1-E 已被使用，请刷新页面: 1</w:t>
      </w:r>
    </w:p>
    <w:p>
      <w:r>
        <w:t>status_500:错误: 笼位:hyb压测笼架100760006-4-J 已被使用，请刷新页面: 1</w:t>
      </w:r>
    </w:p>
    <w:p>
      <w:r>
        <w:t>status_500:错误: 笼位:hyb压测笼架104521004-6-H 已被使用，请刷新页面: 1</w:t>
      </w:r>
    </w:p>
    <w:p>
      <w:r>
        <w:t>status_500:错误: 笼位:hyb压测笼架113018264-9-J 已被使用，请刷新页面: 1</w:t>
      </w:r>
    </w:p>
    <w:p>
      <w:r>
        <w:t>status_500:错误: 笼位:hyb压测笼架109937986-4-B 已被使用，请刷新页面: 1</w:t>
      </w:r>
    </w:p>
    <w:p>
      <w:r>
        <w:t>status_500:错误: 笼位:hyb压测笼架119897022-2-F 已被使用，请刷新页面: 1</w:t>
      </w:r>
    </w:p>
    <w:p>
      <w:r>
        <w:t>status_500:错误: 笼位:hyb压测笼架101486556-5-G 已被使用，请刷新页面: 1</w:t>
      </w:r>
    </w:p>
    <w:p>
      <w:r>
        <w:t>status_500:错误: 笼位:hyb压测笼架108088189-6-F 已被使用，请刷新页面: 1</w:t>
      </w:r>
    </w:p>
    <w:p>
      <w:r>
        <w:t>status_500:错误: 笼位:hyb压测笼架100003026-8-D 已被使用，请刷新页面: 1</w:t>
      </w:r>
    </w:p>
    <w:p>
      <w:r>
        <w:t>status_500:错误: 笼位:hyb压测笼架115342347-10-A 已被使用，请刷新页面: 1</w:t>
      </w:r>
    </w:p>
    <w:p>
      <w:r>
        <w:t>status_500:错误: 笼位:hyb压测笼架101779438-4-C 已被使用，请刷新页面: 1</w:t>
      </w:r>
    </w:p>
    <w:p>
      <w:r>
        <w:t>status_500:错误: 笼位:hyb压测笼架106622446-7-H 已被使用，请刷新页面: 1</w:t>
      </w:r>
    </w:p>
    <w:p>
      <w:r>
        <w:t>status_500:错误: 笼位:hyb压测笼架116206981-9-C 已被使用，请刷新页面: 1</w:t>
      </w:r>
    </w:p>
    <w:p>
      <w:r>
        <w:t>status_500:错误: 笼位:hyb压测笼架103335514-1-G 已被使用，请刷新页面: 1</w:t>
      </w:r>
    </w:p>
    <w:p>
      <w:r>
        <w:t>status_500:错误: 笼位:hyb压测笼架111904161-5-E 已被使用，请刷新页面: 1</w:t>
      </w:r>
    </w:p>
    <w:p>
      <w:r>
        <w:t>status_500:错误: 笼位:hyb压测笼架102826480-2-D 已被使用，请刷新页面: 1</w:t>
      </w:r>
    </w:p>
    <w:p>
      <w:r>
        <w:t>status_500:错误: 笼位:hyb压测笼架10966543-4-B 已被使用，请刷新页面: 1</w:t>
      </w:r>
    </w:p>
    <w:p>
      <w:r>
        <w:t>status_500:错误: 笼位:hyb压测笼架104152740-1-A 已被使用，请刷新页面: 1</w:t>
      </w:r>
    </w:p>
    <w:p>
      <w:r>
        <w:t>status_500:错误: 笼位:hyb压测笼架104152740-10-D 已被使用，请刷新页面: 1</w:t>
      </w:r>
    </w:p>
    <w:p>
      <w:r>
        <w:t>status_500:错误: 笼位:hyb压测笼架107215598-5-C 已被使用，请刷新页面: 1</w:t>
      </w:r>
    </w:p>
    <w:p>
      <w:r>
        <w:t>status_500:错误: 笼位:hyb压测笼架115144380-10-D 已被使用，请刷新页面: 1</w:t>
      </w:r>
    </w:p>
    <w:p>
      <w:r>
        <w:t>status_500:错误: 笼位:hyb压测笼架110046731-4-C 已被使用，请刷新页面: 1</w:t>
      </w:r>
    </w:p>
    <w:p>
      <w:r>
        <w:t>status_500:错误: 笼位:hyb压测笼架106720970-3-A 已被使用，请刷新页面: 1</w:t>
      </w:r>
    </w:p>
    <w:p>
      <w:r>
        <w:t>status_500:错误: 笼位:hyb压测笼架107114501-1-G 已被使用，请刷新页面: 1</w:t>
      </w:r>
    </w:p>
    <w:p>
      <w:r>
        <w:t>status_500:错误: 笼位:hyb压测笼架1069634-7-F 已被使用，请刷新页面: 1</w:t>
      </w:r>
    </w:p>
    <w:p>
      <w:r>
        <w:t>status_500:错误: 笼位:hyb压测笼架1069634-8-A 已被使用，请刷新页面: 1</w:t>
      </w:r>
    </w:p>
    <w:p>
      <w:r>
        <w:t>status_500:错误: 笼位:hyb压测笼架1069634-8-F 已被使用，请刷新页面: 1</w:t>
      </w:r>
    </w:p>
    <w:p>
      <w:r>
        <w:t>status_500:错误: 笼位:hyb压测笼架1069634-8-G 已被使用，请刷新页面: 1</w:t>
      </w:r>
    </w:p>
    <w:p>
      <w:r>
        <w:t>status_500:错误: 笼位:hyb压测笼架1069634-9-A 已被使用，请刷新页面: 1</w:t>
      </w:r>
    </w:p>
    <w:p>
      <w:r>
        <w:t>status_500:错误: 笼位:hyb压测笼架1069634-9-B 已被使用，请刷新页面: 1</w:t>
      </w:r>
    </w:p>
    <w:p>
      <w:r>
        <w:t>status_500:错误: 笼位:hyb压测笼架1069634-9-G 已被使用，请刷新页面: 1</w:t>
      </w:r>
    </w:p>
    <w:p>
      <w:r>
        <w:t>status_500:错误: 笼位:hyb压测笼架1069634-9-H 已被使用，请刷新页面: 1</w:t>
      </w:r>
    </w:p>
    <w:p>
      <w:r>
        <w:t>status_500:错误: 笼位:hyb压测笼架1069634-10-B 已被使用，请刷新页面: 1</w:t>
      </w:r>
    </w:p>
    <w:p>
      <w:r>
        <w:t>status_500:错误: 笼位:hyb压测笼架1069634-10-C 已被使用，请刷新页面: 1</w:t>
      </w:r>
    </w:p>
    <w:p>
      <w:r>
        <w:t>status_500:错误: 笼位:hyb压测笼架1069634-10-H 已被使用，请刷新页面: 1</w:t>
      </w:r>
    </w:p>
    <w:p>
      <w:r>
        <w:t>status_500:错误: 笼位:hyb压测笼架1069634-10-G 已被使用，请刷新页面: 1</w:t>
      </w:r>
    </w:p>
    <w:p>
      <w:r>
        <w:t>status_500:错误: 笼位:hyb压测笼架111621177-1-B 已被使用，请刷新页面: 1</w:t>
      </w:r>
    </w:p>
    <w:p>
      <w:r>
        <w:t>status_500:错误: 笼位:hyb压测笼架111621177-1-C 已被使用，请刷新页面: 1</w:t>
      </w:r>
    </w:p>
    <w:p>
      <w:r>
        <w:t>status_500:错误: 笼位:hyb压测笼架111621177-1-G 已被使用，请刷新页面: 1</w:t>
      </w:r>
    </w:p>
    <w:p>
      <w:r>
        <w:t>status_500:错误: 笼位:hyb压测笼架111621177-1-H 已被使用，请刷新页面: 1</w:t>
      </w:r>
    </w:p>
    <w:p>
      <w:r>
        <w:t>status_500:错误: 笼位:hyb压测笼架111621177-2-B 已被使用，请刷新页面: 1</w:t>
      </w:r>
    </w:p>
    <w:p>
      <w:r>
        <w:t>status_500:错误: 笼位:hyb压测笼架111621177-2-I 已被使用，请刷新页面: 1</w:t>
      </w:r>
    </w:p>
    <w:p>
      <w:r>
        <w:t>status_500:错误: 笼位:hyb压测笼架111621177-2-C 已被使用，请刷新页面: 1</w:t>
      </w:r>
    </w:p>
    <w:p>
      <w:r>
        <w:t>status_500:错误: 笼位:hyb压测笼架111621177-2-D 已被使用，请刷新页面: 1</w:t>
      </w:r>
    </w:p>
    <w:p>
      <w:r>
        <w:t>status_500:错误: 笼位:hyb压测笼架111621177-2-G 已被使用，请刷新页面: 1</w:t>
      </w:r>
    </w:p>
    <w:p>
      <w:r>
        <w:t>status_500:错误: 笼位:hyb压测笼架111621177-3-C 已被使用，请刷新页面: 1</w:t>
      </w:r>
    </w:p>
    <w:p>
      <w:r>
        <w:t>status_500:错误: 笼位:hyb压测笼架111621177-3-D 已被使用，请刷新页面: 1</w:t>
      </w:r>
    </w:p>
    <w:p>
      <w:r>
        <w:t>status_500:错误: 笼位:hyb压测笼架111621177-2-H 已被使用，请刷新页面: 1</w:t>
      </w:r>
    </w:p>
    <w:p>
      <w:r>
        <w:t>status_500:错误: 笼位:hyb压测笼架111621177-3-H 已被使用，请刷新页面: 1</w:t>
      </w:r>
    </w:p>
    <w:p>
      <w:r>
        <w:t>status_500:错误: 笼位:hyb压测笼架111621177-3-G 已被使用，请刷新页面: 1</w:t>
      </w:r>
    </w:p>
    <w:p>
      <w:r>
        <w:t>status_500:错误: 笼位:hyb压测笼架111621177-3-B 已被使用，请刷新页面: 1</w:t>
      </w:r>
    </w:p>
    <w:p>
      <w:r>
        <w:t>status_500:错误: 笼位:hyb压测笼架111621177-4-C 已被使用，请刷新页面: 1</w:t>
      </w:r>
    </w:p>
    <w:p>
      <w:r>
        <w:t>status_500:错误: 笼位:hyb压测笼架111621177-4-B 已被使用，请刷新页面: 1</w:t>
      </w:r>
    </w:p>
    <w:p>
      <w:r>
        <w:t>status_500:错误: 笼位:hyb压测笼架111621177-3-I 已被使用，请刷新页面: 1</w:t>
      </w:r>
    </w:p>
    <w:p>
      <w:r>
        <w:t>status_500:错误: 笼位:hyb压测笼架111621177-4-D 已被使用，请刷新页面: 1</w:t>
      </w:r>
    </w:p>
    <w:p>
      <w:r>
        <w:t>status_500:错误: 笼位:hyb压测笼架111621177-4-G 已被使用，请刷新页面: 1</w:t>
      </w:r>
    </w:p>
    <w:p>
      <w:r>
        <w:t>status_500:错误: 笼位:hyb压测笼架111621177-4-H 已被使用，请刷新页面: 1</w:t>
      </w:r>
    </w:p>
    <w:p>
      <w:r>
        <w:t>status_500:错误: 笼位:hyb压测笼架111621177-4-I 已被使用，请刷新页面: 1</w:t>
      </w:r>
    </w:p>
    <w:p>
      <w:r>
        <w:t>status_500:错误: 笼位:hyb压测笼架111621177-5-F 已被使用，请刷新页面: 1</w:t>
      </w:r>
    </w:p>
    <w:p>
      <w:r>
        <w:t>status_500:错误: 笼位:hyb压测笼架111621177-5-G 已被使用，请刷新页面: 1</w:t>
      </w:r>
    </w:p>
    <w:p>
      <w:r>
        <w:t>status_500:错误: 笼位:hyb压测笼架111621177-5-A 已被使用，请刷新页面: 1</w:t>
      </w:r>
    </w:p>
    <w:p>
      <w:r>
        <w:t>status_500:错误: 笼位:hyb压测笼架111621177-5-B 已被使用，请刷新页面: 1</w:t>
      </w:r>
    </w:p>
    <w:p>
      <w:r>
        <w:t>status_500:错误: 笼位:hyb压测笼架111621177-5-C 已被使用，请刷新页面: 1</w:t>
      </w:r>
    </w:p>
    <w:p>
      <w:r>
        <w:t>status_500:错误: 笼位:hyb压测笼架111621177-5-H 已被使用，请刷新页面: 1</w:t>
      </w:r>
    </w:p>
    <w:p>
      <w:r>
        <w:t>status_500:错误: 笼位:hyb压测笼架111621177-6-A 已被使用，请刷新页面: 1</w:t>
      </w:r>
    </w:p>
    <w:p>
      <w:r>
        <w:t>status_500:错误: 笼位:hyb压测笼架111621177-6-B 已被使用，请刷新页面: 1</w:t>
      </w:r>
    </w:p>
    <w:p>
      <w:r>
        <w:t>status_500:错误: 笼位:hyb压测笼架111621177-6-C 已被使用，请刷新页面: 1</w:t>
      </w:r>
    </w:p>
    <w:p>
      <w:r>
        <w:t>status_500:错误: 笼位:hyb压测笼架111621177-6-F 已被使用，请刷新页面: 1</w:t>
      </w:r>
    </w:p>
    <w:p>
      <w:r>
        <w:t>status_500:错误: 笼位:hyb压测笼架111621177-6-G 已被使用，请刷新页面: 1</w:t>
      </w:r>
    </w:p>
    <w:p>
      <w:r>
        <w:t>status_500:错误: 笼位:hyb压测笼架111621177-6-H 已被使用，请刷新页面: 1</w:t>
      </w:r>
    </w:p>
    <w:p>
      <w:r>
        <w:t>status_500:错误: 笼位:hyb压测笼架111621177-7-D 已被使用，请刷新页面: 1</w:t>
      </w:r>
    </w:p>
    <w:p>
      <w:r>
        <w:t>status_500:错误: 笼位:hyb压测笼架111621177-6-I 已被使用，请刷新页面: 1</w:t>
      </w:r>
    </w:p>
    <w:p>
      <w:r>
        <w:t>status_500:错误: 笼位:hyb压测笼架111621177-7-I 已被使用，请刷新页面: 1</w:t>
      </w:r>
    </w:p>
    <w:p>
      <w:r>
        <w:t>status_500:错误: 笼位:hyb压测笼架111621177-7-B 已被使用，请刷新页面: 1</w:t>
      </w:r>
    </w:p>
    <w:p>
      <w:r>
        <w:t>status_500:错误: 笼位:hyb压测笼架111621177-7-C 已被使用，请刷新页面: 1</w:t>
      </w:r>
    </w:p>
    <w:p>
      <w:r>
        <w:t>status_500:错误: 笼位:hyb压测笼架111621177-8-B 已被使用，请刷新页面: 1</w:t>
      </w:r>
    </w:p>
    <w:p>
      <w:r>
        <w:t>status_500:错误: 笼位:hyb压测笼架111621177-8-C 已被使用，请刷新页面: 1</w:t>
      </w:r>
    </w:p>
    <w:p>
      <w:r>
        <w:t>status_500:错误: 笼位:hyb压测笼架111621177-7-G 已被使用，请刷新页面: 1</w:t>
      </w:r>
    </w:p>
    <w:p>
      <w:r>
        <w:t>status_500:错误: 笼位:hyb压测笼架111621177-7-H 已被使用，请刷新页面: 1</w:t>
      </w:r>
    </w:p>
    <w:p>
      <w:r>
        <w:t>status_500:错误: 笼位:hyb压测笼架111621177-8-F 已被使用，请刷新页面: 1</w:t>
      </w:r>
    </w:p>
    <w:p>
      <w:r>
        <w:t>status_500:错误: 笼位:hyb压测笼架111621177-8-I 已被使用，请刷新页面: 1</w:t>
      </w:r>
    </w:p>
    <w:p>
      <w:r>
        <w:t>status_500:错误: 笼位:hyb压测笼架112845440-4-D 已被使用，请刷新页面: 1</w:t>
      </w:r>
    </w:p>
    <w:p>
      <w:r>
        <w:t>status_500:错误: 笼位:hyb压测笼架110228901-9-H 已被使用，请刷新页面: 1</w:t>
      </w:r>
    </w:p>
    <w:p>
      <w:r>
        <w:t>status_500:错误: 笼位:hyb压测笼架109952051-1-J 已被使用，请刷新页面: 1</w:t>
      </w:r>
    </w:p>
    <w:p>
      <w:r>
        <w:t>status_500:错误: 笼位:hyb压测笼架115008421-5-E 已被使用，请刷新页面: 1</w:t>
      </w:r>
    </w:p>
    <w:p>
      <w:r>
        <w:t>status_500:错误: 笼位:hyb压测笼架101279847-7-A 已被使用，请刷新页面: 1</w:t>
      </w:r>
    </w:p>
    <w:p>
      <w:r>
        <w:t>status_500:错误: 笼位:hyb压测笼架104930289-4-J 已被使用，请刷新页面: 1</w:t>
      </w:r>
    </w:p>
    <w:p>
      <w:r>
        <w:t>status_500:错误: 笼位:hyb压测笼架104930289-8-E 已被使用，请刷新页面: 1</w:t>
      </w:r>
    </w:p>
    <w:p>
      <w:r>
        <w:t>status_500:错误: 笼位:hyb压测笼架113999860-3-C 已被使用，请刷新页面: 1</w:t>
      </w:r>
    </w:p>
    <w:p>
      <w:r>
        <w:t>status_500:错误: 笼位:hyb压测笼架114579908-10-B 已被使用，请刷新页面: 1</w:t>
      </w:r>
    </w:p>
    <w:p>
      <w:r>
        <w:t>status_500:错误: 笼位:hyb压测笼架110839713-7-F 已被使用，请刷新页面: 1</w:t>
      </w:r>
    </w:p>
    <w:p>
      <w:r>
        <w:t>status_500:错误: 笼位:hyb压测笼架100419446-8-J 已被使用，请刷新页面: 1</w:t>
      </w:r>
    </w:p>
    <w:p>
      <w:r>
        <w:t>status_500:错误: 笼位:hyb压测笼架1031224-5-G 已被使用，请刷新页面: 1</w:t>
      </w:r>
    </w:p>
    <w:p>
      <w:r>
        <w:t>status_500:错误: 笼位:hyb压测笼架10150804-8-J 已被使用，请刷新页面: 1</w:t>
      </w:r>
    </w:p>
    <w:p>
      <w:r>
        <w:t>status_500:错误: 笼位:hyb压测笼架10150804-9-D 已被使用，请刷新页面: 1</w:t>
      </w:r>
    </w:p>
    <w:p>
      <w:r>
        <w:t>status_500:错误: 笼位:hyb压测笼架117331393-6-G 已被使用，请刷新页面: 1</w:t>
      </w:r>
    </w:p>
    <w:p>
      <w:r>
        <w:t>status_500:错误: 笼位:hyb压测笼架105431918-8-B 已被使用，请刷新页面: 1</w:t>
      </w:r>
    </w:p>
    <w:p>
      <w:r>
        <w:t>status_500:错误: 笼位:hyb压测笼架110232272-9-E 已被使用，请刷新页面: 1</w:t>
      </w:r>
    </w:p>
    <w:p>
      <w:r>
        <w:t>status_500:错误: 笼位:hyb压测笼架116848373-10-F 已被使用，请刷新页面: 1</w:t>
      </w:r>
    </w:p>
    <w:p>
      <w:r>
        <w:t>status_500:错误: 笼位:hyb压测笼架102881699-9-J 已被使用，请刷新页面: 1</w:t>
      </w:r>
    </w:p>
    <w:p>
      <w:r>
        <w:t>status_500:错误: 笼位:hyb压测笼架105615287-1-C 已被使用，请刷新页面: 1</w:t>
      </w:r>
    </w:p>
    <w:p>
      <w:r>
        <w:t>status_500:错误: 笼位:hyb压测笼架107613608-7-H 已被使用，请刷新页面: 1</w:t>
      </w:r>
    </w:p>
    <w:p>
      <w:r>
        <w:t>status_500:错误: 笼位:hyb压测笼架103135756-4-G 已被使用，请刷新页面: 1</w:t>
      </w:r>
    </w:p>
    <w:p>
      <w:r>
        <w:t>status_500:错误: 笼位:hyb压测笼架107761046-3-C 已被使用，请刷新页面: 1</w:t>
      </w:r>
    </w:p>
    <w:p>
      <w:r>
        <w:t>status_500:错误: 笼位:hyb压测笼架113578464-4-J 已被使用，请刷新页面: 1</w:t>
      </w:r>
    </w:p>
    <w:p>
      <w:r>
        <w:t>status_500:错误: 笼位:hyb压测笼架103860969-6-F 已被使用，请刷新页面: 1</w:t>
      </w:r>
    </w:p>
    <w:p>
      <w:r>
        <w:t>status_500:错误: 笼位:hyb压测笼架109716941-8-I 已被使用，请刷新页面: 1</w:t>
      </w:r>
    </w:p>
    <w:p>
      <w:r>
        <w:t>status_500:错误: 笼位:hyb压测笼架106586381-10-J 已被使用，请刷新页面: 1</w:t>
      </w:r>
    </w:p>
    <w:p>
      <w:r>
        <w:t>status_500:错误: 笼位:hyb压测笼架102450146-3-H 已被使用，请刷新页面: 1</w:t>
      </w:r>
    </w:p>
    <w:p>
      <w:r>
        <w:t>status_500:错误: 笼位:hyb压测笼架110075837-2-C 已被使用，请刷新页面: 1</w:t>
      </w:r>
    </w:p>
    <w:p>
      <w:r>
        <w:t>status_500:错误: 笼位:hyb压测笼架103622182-5-J 已被使用，请刷新页面: 1</w:t>
      </w:r>
    </w:p>
    <w:p>
      <w:r>
        <w:t>status_500:错误: 笼位:hyb压测笼架100709645-1-J 已被使用，请刷新页面: 1</w:t>
      </w:r>
    </w:p>
    <w:p>
      <w:r>
        <w:t>status_500:错误: 笼位:hyb压测笼架110168932-6-H 已被使用，请刷新页面: 1</w:t>
      </w:r>
    </w:p>
    <w:p>
      <w:r>
        <w:t>status_500:错误: 笼位:hyb压测笼架101329450-10-A 已被使用，请刷新页面: 1</w:t>
      </w:r>
    </w:p>
    <w:p>
      <w:r>
        <w:t>status_500:错误: 笼位:hyb压测笼架11222641-3-H 已被使用，请刷新页面: 1</w:t>
      </w:r>
    </w:p>
    <w:p>
      <w:r>
        <w:t>status_500:错误: 笼位:hyb压测笼架103778880-5-A 已被使用，请刷新页面: 1</w:t>
      </w:r>
    </w:p>
    <w:p>
      <w:r>
        <w:t>status_500:错误: 笼位:hyb压测笼架106091104-6-H 已被使用，请刷新页面: 1</w:t>
      </w:r>
    </w:p>
    <w:p>
      <w:r>
        <w:t>status_500:错误: 笼位:hyb压测笼架108600890-6-B 已被使用，请刷新页面: 1</w:t>
      </w:r>
    </w:p>
    <w:p>
      <w:r>
        <w:t>status_500:错误: 笼位:hyb压测笼架110784324-7-C 已被使用，请刷新页面: 1</w:t>
      </w:r>
    </w:p>
    <w:p>
      <w:r>
        <w:t>status_500:错误: 笼位:hyb压测笼架118735010-5-I 已被使用，请刷新页面: 1</w:t>
      </w:r>
    </w:p>
    <w:p>
      <w:r>
        <w:t>status_500:错误: 笼位:hyb压测笼架114764702-9-G 已被使用，请刷新页面: 1</w:t>
      </w:r>
    </w:p>
    <w:p>
      <w:r>
        <w:t>status_500:错误: 笼位:hyb压测笼架116491228-9-B 已被使用，请刷新页面: 1</w:t>
      </w:r>
    </w:p>
    <w:p>
      <w:r>
        <w:t>status_500:错误: 笼位:hyb压测笼架101521326-1-E 已被使用，请刷新页面: 1</w:t>
      </w:r>
    </w:p>
    <w:p>
      <w:r>
        <w:t>status_500:错误: 笼位:hyb压测笼架109004174-3-I 已被使用，请刷新页面: 1</w:t>
      </w:r>
    </w:p>
    <w:p>
      <w:r>
        <w:t>status_500:错误: 笼位:hyb压测笼架111741413-6-J 已被使用，请刷新页面: 1</w:t>
      </w:r>
    </w:p>
    <w:p>
      <w:r>
        <w:t>status_500:错误: 笼位:hyb压测笼架111741413-6-E 已被使用，请刷新页面: 1</w:t>
      </w:r>
    </w:p>
    <w:p>
      <w:r>
        <w:t>status_500:错误: 笼位:hyb压测笼架111741413-7-E 已被使用，请刷新页面: 1</w:t>
      </w:r>
    </w:p>
    <w:p>
      <w:r>
        <w:t>status_500:错误: 笼位:hyb压测笼架111741413-7-F 已被使用，请刷新页面: 1</w:t>
      </w:r>
    </w:p>
    <w:p>
      <w:r>
        <w:t>status_500:错误: 笼位:hyb压测笼架111741413-8-A 已被使用，请刷新页面: 1</w:t>
      </w:r>
    </w:p>
    <w:p>
      <w:r>
        <w:t>status_500:错误: 笼位:hyb压测笼架111741413-8-G 已被使用，请刷新页面: 1</w:t>
      </w:r>
    </w:p>
    <w:p>
      <w:r>
        <w:t>status_500:错误: 笼位:hyb压测笼架111741413-8-H 已被使用，请刷新页面: 1</w:t>
      </w:r>
    </w:p>
    <w:p>
      <w:r>
        <w:t>status_500:错误: 笼位:hyb压测笼架111741413-9-B 已被使用，请刷新页面: 1</w:t>
      </w:r>
    </w:p>
    <w:p>
      <w:r>
        <w:t>status_500:错误: 笼位:hyb压测笼架111741413-8-B 已被使用，请刷新页面: 1</w:t>
      </w:r>
    </w:p>
    <w:p>
      <w:r>
        <w:t>status_500:错误: 笼位:hyb压测笼架111741413-8-F 已被使用，请刷新页面: 1</w:t>
      </w:r>
    </w:p>
    <w:p>
      <w:r>
        <w:t>status_500:错误: 笼位:hyb压测笼架111741413-9-G 已被使用，请刷新页面: 1</w:t>
      </w:r>
    </w:p>
    <w:p>
      <w:r>
        <w:t>status_500:错误: 笼位:hyb压测笼架111741413-9-F 已被使用，请刷新页面: 1</w:t>
      </w:r>
    </w:p>
    <w:p>
      <w:r>
        <w:t>status_500:错误: 笼位:hyb压测笼架111741413-9-A 已被使用，请刷新页面: 1</w:t>
      </w:r>
    </w:p>
    <w:p>
      <w:r>
        <w:t>status_500:错误: 笼位:hyb压测笼架111741413-10-B 已被使用，请刷新页面: 1</w:t>
      </w:r>
    </w:p>
    <w:p>
      <w:r>
        <w:t>status_500:错误: 笼位:hyb压测笼架111741413-9-C 已被使用，请刷新页面: 1</w:t>
      </w:r>
    </w:p>
    <w:p>
      <w:r>
        <w:t>status_500:错误: 笼位:hyb压测笼架111741413-9-I 已被使用，请刷新页面: 1</w:t>
      </w:r>
    </w:p>
    <w:p>
      <w:r>
        <w:t>status_500:错误: 笼位:hyb压测笼架111741413-10-D 已被使用，请刷新页面: 1</w:t>
      </w:r>
    </w:p>
    <w:p>
      <w:r>
        <w:t>status_500:错误: 笼位:hyb压测笼架111741413-10-C 已被使用，请刷新页面: 1</w:t>
      </w:r>
    </w:p>
    <w:p>
      <w:r>
        <w:t>status_500:错误: 笼位:hyb压测笼架111741413-10-G 已被使用，请刷新页面: 1</w:t>
      </w:r>
    </w:p>
    <w:p>
      <w:r>
        <w:t>status_500:错误: 笼位:hyb压测笼架111741413-9-H 已被使用，请刷新页面: 1</w:t>
      </w:r>
    </w:p>
    <w:p>
      <w:r>
        <w:t>status_500:错误: 笼位:hyb压测笼架115278196-1-B 已被使用，请刷新页面: 1</w:t>
      </w:r>
    </w:p>
    <w:p>
      <w:r>
        <w:t>status_500:错误: 笼位:hyb压测笼架111741413-10-I 已被使用，请刷新页面: 1</w:t>
      </w:r>
    </w:p>
    <w:p>
      <w:r>
        <w:t>status_500:错误: 笼位:hyb压测笼架111741413-10-H 已被使用，请刷新页面: 1</w:t>
      </w:r>
    </w:p>
    <w:p>
      <w:r>
        <w:t>status_500:错误: 笼位:hyb压测笼架111741413-10-J 已被使用，请刷新页面: 1</w:t>
      </w:r>
    </w:p>
    <w:p>
      <w:r>
        <w:t>status_500:错误: 笼位:hyb压测笼架115278196-1-A 已被使用，请刷新页面: 1</w:t>
      </w:r>
    </w:p>
    <w:p>
      <w:r>
        <w:t>status_500:错误: 笼位:hyb压测笼架115278196-1-C 已被使用，请刷新页面: 1</w:t>
      </w:r>
    </w:p>
    <w:p>
      <w:r>
        <w:t>status_500:错误: 笼位:hyb压测笼架115278196-1-D 已被使用，请刷新页面: 1</w:t>
      </w:r>
    </w:p>
    <w:p>
      <w:r>
        <w:t>status_500:错误: 笼位:hyb压测笼架115278196-1-F 已被使用，请刷新页面: 1</w:t>
      </w:r>
    </w:p>
    <w:p>
      <w:r>
        <w:t>status_500:错误: 笼位:hyb压测笼架115278196-1-H 已被使用，请刷新页面: 1</w:t>
      </w:r>
    </w:p>
    <w:p>
      <w:r>
        <w:t>status_500:错误: 笼位:hyb压测笼架115278196-1-I 已被使用，请刷新页面: 1</w:t>
      </w:r>
    </w:p>
    <w:p>
      <w:r>
        <w:t>status_500:错误: 笼位:hyb压测笼架115278196-2-A 已被使用，请刷新页面: 1</w:t>
      </w:r>
    </w:p>
    <w:p>
      <w:r>
        <w:t>status_500:错误: 笼位:hyb压测笼架115278196-2-C 已被使用，请刷新页面: 1</w:t>
      </w:r>
    </w:p>
    <w:p>
      <w:r>
        <w:t>status_500:错误: 笼位:hyb压测笼架115278196-2-B 已被使用，请刷新页面: 1</w:t>
      </w:r>
    </w:p>
    <w:p>
      <w:r>
        <w:t>status_500:错误: 笼位:hyb压测笼架115278196-1-G 已被使用，请刷新页面: 1</w:t>
      </w:r>
    </w:p>
    <w:p>
      <w:r>
        <w:t>status_500:错误: 笼位:hyb压测笼架115278196-2-I 已被使用，请刷新页面: 1</w:t>
      </w:r>
    </w:p>
    <w:p>
      <w:r>
        <w:t>status_500:错误: 笼位:hyb压测笼架115278196-2-H 已被使用，请刷新页面: 1</w:t>
      </w:r>
    </w:p>
    <w:p>
      <w:r>
        <w:t>status_500:错误: 笼位:hyb压测笼架115278196-2-G 已被使用，请刷新页面: 1</w:t>
      </w:r>
    </w:p>
    <w:p>
      <w:r>
        <w:t>status_500:错误: 笼位:hyb压测笼架115278196-2-D 已被使用，请刷新页面: 1</w:t>
      </w:r>
    </w:p>
    <w:p>
      <w:r>
        <w:t>status_500:错误: 笼位:hyb压测笼架115278196-2-F 已被使用，请刷新页面: 1</w:t>
      </w:r>
    </w:p>
    <w:p>
      <w:r>
        <w:t>status_500:错误: 笼位:hyb压测笼架115278196-3-A 已被使用，请刷新页面: 1</w:t>
      </w:r>
    </w:p>
    <w:p>
      <w:r>
        <w:t>status_500:错误: 笼位:hyb压测笼架115278196-3-C 已被使用，请刷新页面: 1</w:t>
      </w:r>
    </w:p>
    <w:p>
      <w:r>
        <w:t>status_500:错误: 笼位:hyb压测笼架115278196-3-D 已被使用，请刷新页面: 1</w:t>
      </w:r>
    </w:p>
    <w:p>
      <w:r>
        <w:t>status_500:错误: 笼位:hyb压测笼架115278196-2-J 已被使用，请刷新页面: 1</w:t>
      </w:r>
    </w:p>
    <w:p>
      <w:r>
        <w:t>status_500:错误: 笼位:hyb压测笼架115278196-3-H 已被使用，请刷新页面: 1</w:t>
      </w:r>
    </w:p>
    <w:p>
      <w:r>
        <w:t>status_500:错误: 笼位:hyb压测笼架115278196-3-F 已被使用，请刷新页面: 1</w:t>
      </w:r>
    </w:p>
    <w:p>
      <w:r>
        <w:t>status_500:错误: 笼位:hyb压测笼架115278196-3-G 已被使用，请刷新页面: 1</w:t>
      </w:r>
    </w:p>
    <w:p>
      <w:r>
        <w:t>status_500:错误: 笼位:hyb压测笼架115278196-3-E 已被使用，请刷新页面: 1</w:t>
      </w:r>
    </w:p>
    <w:p>
      <w:r>
        <w:t>status_500:错误: 笼位:hyb压测笼架115278196-3-J 已被使用，请刷新页面: 1</w:t>
      </w:r>
    </w:p>
    <w:p>
      <w:r>
        <w:t>status_500:错误: 笼位:hyb压测笼架115278196-3-I 已被使用，请刷新页面: 1</w:t>
      </w:r>
    </w:p>
    <w:p>
      <w:r>
        <w:t>status_500:错误: 笼位:hyb压测笼架115278196-3-B 已被使用，请刷新页面: 1</w:t>
      </w:r>
    </w:p>
    <w:p>
      <w:r>
        <w:t>status_500:错误: 笼位:hyb压测笼架115278196-4-C 已被使用，请刷新页面: 1</w:t>
      </w:r>
    </w:p>
    <w:p>
      <w:r>
        <w:t>status_500:错误: 笼位:hyb压测笼架115278196-4-B 已被使用，请刷新页面: 1</w:t>
      </w:r>
    </w:p>
    <w:p>
      <w:r>
        <w:t>status_500:错误: 笼位:hyb压测笼架115278196-4-A 已被使用，请刷新页面: 1</w:t>
      </w:r>
    </w:p>
    <w:p>
      <w:r>
        <w:t>status_500:错误: 笼位:hyb压测笼架115278196-4-D 已被使用，请刷新页面: 1</w:t>
      </w:r>
    </w:p>
    <w:p>
      <w:r>
        <w:t>status_500:错误: 笼位:hyb压测笼架115278196-4-F 已被使用，请刷新页面: 1</w:t>
      </w:r>
    </w:p>
    <w:p>
      <w:r>
        <w:t>status_500:错误: 笼位:hyb压测笼架115278196-4-E 已被使用，请刷新页面: 1</w:t>
      </w:r>
    </w:p>
    <w:p>
      <w:r>
        <w:t>status_500:错误: 笼位:hyb压测笼架115278196-4-G 已被使用，请刷新页面: 1</w:t>
      </w:r>
    </w:p>
    <w:p>
      <w:r>
        <w:t>status_500:错误: 笼位:hyb压测笼架115278196-4-H 已被使用，请刷新页面: 1</w:t>
      </w:r>
    </w:p>
    <w:p>
      <w:r>
        <w:t>status_500:错误: 笼位:hyb压测笼架115278196-4-J 已被使用，请刷新页面: 1</w:t>
      </w:r>
    </w:p>
    <w:p>
      <w:r>
        <w:t>status_500:错误: 笼位:hyb压测笼架115278196-5-B 已被使用，请刷新页面: 1</w:t>
      </w:r>
    </w:p>
    <w:p>
      <w:r>
        <w:t>status_500:错误: 笼位:hyb压测笼架115278196-4-I 已被使用，请刷新页面: 1</w:t>
      </w:r>
    </w:p>
    <w:p>
      <w:r>
        <w:t>status_500:错误: 笼位:hyb压测笼架115278196-5-F 已被使用，请刷新页面: 1</w:t>
      </w:r>
    </w:p>
    <w:p>
      <w:r>
        <w:t>status_500:错误: 笼位:hyb压测笼架115278196-5-E 已被使用，请刷新页面: 1</w:t>
      </w:r>
    </w:p>
    <w:p>
      <w:r>
        <w:t>status_500:错误: 笼位:hyb压测笼架115278196-5-C 已被使用，请刷新页面: 1</w:t>
      </w:r>
    </w:p>
    <w:p>
      <w:r>
        <w:t>status_500:错误: 笼位:hyb压测笼架115278196-5-D 已被使用，请刷新页面: 1</w:t>
      </w:r>
    </w:p>
    <w:p>
      <w:r>
        <w:t>status_500:错误: 笼位:hyb压测笼架115278196-5-A 已被使用，请刷新页面: 1</w:t>
      </w:r>
    </w:p>
    <w:p>
      <w:r>
        <w:t>status_500:错误: 笼位:hyb压测笼架115278196-5-H 已被使用，请刷新页面: 1</w:t>
      </w:r>
    </w:p>
    <w:p>
      <w:r>
        <w:t>status_500:错误: 笼位:hyb压测笼架115278196-5-J 已被使用，请刷新页面: 1</w:t>
      </w:r>
    </w:p>
    <w:p>
      <w:r>
        <w:t>status_500:错误: 笼位:hyb压测笼架115278196-6-B 已被使用，请刷新页面: 1</w:t>
      </w:r>
    </w:p>
    <w:p>
      <w:r>
        <w:t>status_500:错误: 笼位:hyb压测笼架115278196-6-C 已被使用，请刷新页面: 1</w:t>
      </w:r>
    </w:p>
    <w:p>
      <w:r>
        <w:t>status_500:错误: 笼位:hyb压测笼架115278196-5-G 已被使用，请刷新页面: 1</w:t>
      </w:r>
    </w:p>
    <w:p>
      <w:r>
        <w:t>status_500:错误: 笼位:hyb压测笼架115278196-6-E 已被使用，请刷新页面: 1</w:t>
      </w:r>
    </w:p>
    <w:p>
      <w:r>
        <w:t>status_500:错误: 笼位:hyb压测笼架115278196-6-F 已被使用，请刷新页面: 1</w:t>
      </w:r>
    </w:p>
    <w:p>
      <w:r>
        <w:t>status_500:错误: 笼位:hyb压测笼架115278196-6-G 已被使用，请刷新页面: 1</w:t>
      </w:r>
    </w:p>
    <w:p>
      <w:r>
        <w:t>status_500:错误: 笼位:hyb压测笼架115278196-6-A 已被使用，请刷新页面: 1</w:t>
      </w:r>
    </w:p>
    <w:p>
      <w:r>
        <w:t>status_500:错误: 笼位:hyb压测笼架115278196-6-J 已被使用，请刷新页面: 1</w:t>
      </w:r>
    </w:p>
    <w:p>
      <w:r>
        <w:t>status_500:错误: 笼位:hyb压测笼架115278196-7-A 已被使用，请刷新页面: 1</w:t>
      </w:r>
    </w:p>
    <w:p>
      <w:r>
        <w:t>status_500:错误: 笼位:hyb压测笼架115278196-7-E 已被使用，请刷新页面: 1</w:t>
      </w:r>
    </w:p>
    <w:p>
      <w:r>
        <w:t>status_500:错误: 笼位:hyb压测笼架115278196-7-C 已被使用，请刷新页面: 1</w:t>
      </w:r>
    </w:p>
    <w:p>
      <w:r>
        <w:t>status_500:错误: 笼位:hyb压测笼架115278196-7-D 已被使用，请刷新页面: 1</w:t>
      </w:r>
    </w:p>
    <w:p>
      <w:r>
        <w:t>status_500:错误: 笼位:hyb压测笼架115278196-7-G 已被使用，请刷新页面: 1</w:t>
      </w:r>
    </w:p>
    <w:p>
      <w:r>
        <w:t>status_500:错误: 笼位:hyb压测笼架118532271-9-A 已被使用，请刷新页面: 1</w:t>
      </w:r>
    </w:p>
    <w:p>
      <w:r>
        <w:t>status_500:错误: 笼位:hyb压测笼架118532271-9-F 已被使用，请刷新页面: 1</w:t>
      </w:r>
    </w:p>
    <w:p>
      <w:r>
        <w:t>status_500:错误: 笼位:hyb压测笼架118532271-9-I 已被使用，请刷新页面: 1</w:t>
      </w:r>
    </w:p>
    <w:p>
      <w:r>
        <w:t>status_500:错误: 笼位:hyb压测笼架118532271-10-E 已被使用，请刷新页面: 1</w:t>
      </w:r>
    </w:p>
    <w:p>
      <w:r>
        <w:t>status_500:错误: 笼位:hyb压测笼架118532271-10-F 已被使用，请刷新页面: 1</w:t>
      </w:r>
    </w:p>
    <w:p>
      <w:r>
        <w:t>status_500:错误: 笼位:hyb压测笼架118532271-9-G 已被使用，请刷新页面: 1</w:t>
      </w:r>
    </w:p>
    <w:p>
      <w:r>
        <w:t>status_500:错误: 笼位:hyb压测笼架118532271-9-H 已被使用，请刷新页面: 1</w:t>
      </w:r>
    </w:p>
    <w:p>
      <w:r>
        <w:t>status_500:错误: 笼位:hyb压测笼架118532271-10-A 已被使用，请刷新页面: 1</w:t>
      </w:r>
    </w:p>
    <w:p>
      <w:r>
        <w:t>status_500:错误: 笼位:hyb压测笼架118532271-10-J 已被使用，请刷新页面: 1</w:t>
      </w:r>
    </w:p>
    <w:p>
      <w:r>
        <w:t>status_500:错误: 笼位:hyb压测笼架118532271-10-B 已被使用，请刷新页面: 1</w:t>
      </w:r>
    </w:p>
    <w:p>
      <w:r>
        <w:t>status_500:错误: 笼位:hyb压测笼架118532271-10-C 已被使用，请刷新页面: 1</w:t>
      </w:r>
    </w:p>
    <w:p>
      <w:r>
        <w:t>status_500:错误: 笼位:hyb压测笼架118532271-10-D 已被使用，请刷新页面: 1</w:t>
      </w:r>
    </w:p>
    <w:p>
      <w:r>
        <w:t>status_500:错误: 笼位:hyb压测笼架118532271-10-G 已被使用，请刷新页面: 1</w:t>
      </w:r>
    </w:p>
    <w:p>
      <w:r>
        <w:t>status_500:错误: 笼位:hyb压测笼架118532271-10-H 已被使用，请刷新页面: 1</w:t>
      </w:r>
    </w:p>
    <w:p>
      <w:r>
        <w:t>status_500:错误: 笼位:hyb压测笼架100004925-1-A 已被使用，请刷新页面: 1</w:t>
      </w:r>
    </w:p>
    <w:p>
      <w:r>
        <w:t>status_500:错误: 笼位:hyb压测笼架118532271-10-I 已被使用，请刷新页面: 1</w:t>
      </w:r>
    </w:p>
    <w:p>
      <w:r>
        <w:t>status_500:错误: 笼位:hyb压测笼架100004925-1-C 已被使用，请刷新页面: 1</w:t>
      </w:r>
    </w:p>
    <w:p>
      <w:r>
        <w:t>status_500:错误: 笼位:hyb压测笼架100004925-1-E 已被使用，请刷新页面: 1</w:t>
      </w:r>
    </w:p>
    <w:p>
      <w:r>
        <w:t>status_500:错误: 笼位:hyb压测笼架100004925-1-D 已被使用，请刷新页面: 1</w:t>
      </w:r>
    </w:p>
    <w:p>
      <w:r>
        <w:t>status_500:错误: 笼位:hyb压测笼架100004925-1-F 已被使用，请刷新页面: 1</w:t>
      </w:r>
    </w:p>
    <w:p>
      <w:r>
        <w:t>status_500:错误: 笼位:hyb压测笼架100004925-1-H 已被使用，请刷新页面: 1</w:t>
      </w:r>
    </w:p>
    <w:p>
      <w:r>
        <w:t>status_500:错误: 笼位:hyb压测笼架100004925-1-B 已被使用，请刷新页面: 1</w:t>
      </w:r>
    </w:p>
    <w:p>
      <w:r>
        <w:t>status_500:错误: 笼位:hyb压测笼架100004925-1-G 已被使用，请刷新页面: 1</w:t>
      </w:r>
    </w:p>
    <w:p>
      <w:r>
        <w:t>status_500:错误: 笼位:hyb压测笼架100004925-2-B 已被使用，请刷新页面: 1</w:t>
      </w:r>
    </w:p>
    <w:p>
      <w:r>
        <w:t>status_500:错误: 笼位:hyb压测笼架100004925-1-J 已被使用，请刷新页面: 1</w:t>
      </w:r>
    </w:p>
    <w:p>
      <w:r>
        <w:t>status_500:错误: 笼位:hyb压测笼架100004925-2-A 已被使用，请刷新页面: 1</w:t>
      </w:r>
    </w:p>
    <w:p>
      <w:r>
        <w:t>status_500:错误: 笼位:hyb压测笼架100004925-1-I 已被使用，请刷新页面: 1</w:t>
      </w:r>
    </w:p>
    <w:p>
      <w:r>
        <w:t>status_500:错误: 笼位:hyb压测笼架100004925-2-D 已被使用，请刷新页面: 1</w:t>
      </w:r>
    </w:p>
    <w:p>
      <w:r>
        <w:t>status_500:错误: 笼位:hyb压测笼架100004925-2-G 已被使用，请刷新页面: 1</w:t>
      </w:r>
    </w:p>
    <w:p>
      <w:r>
        <w:t>status_500:错误: 笼位:hyb压测笼架100004925-2-F 已被使用，请刷新页面: 1</w:t>
      </w:r>
    </w:p>
    <w:p>
      <w:r>
        <w:t>status_500:错误: 笼位:hyb压测笼架100004925-2-C 已被使用，请刷新页面: 1</w:t>
      </w:r>
    </w:p>
    <w:p>
      <w:r>
        <w:t>status_500:错误: 笼位:hyb压测笼架100004925-2-I 已被使用，请刷新页面: 1</w:t>
      </w:r>
    </w:p>
    <w:p>
      <w:r>
        <w:t>status_500:错误: 笼位:hyb压测笼架100004925-2-H 已被使用，请刷新页面: 1</w:t>
      </w:r>
    </w:p>
    <w:p>
      <w:r>
        <w:t>status_500:错误: 笼位:hyb压测笼架100004925-2-E 已被使用，请刷新页面: 1</w:t>
      </w:r>
    </w:p>
    <w:p>
      <w:r>
        <w:t>status_500:错误: 笼位:hyb压测笼架100004925-2-J 已被使用，请刷新页面: 1</w:t>
      </w:r>
    </w:p>
    <w:p>
      <w:r>
        <w:t>status_500:错误: 笼位:hyb压测笼架100004925-3-A 已被使用，请刷新页面: 1</w:t>
      </w:r>
    </w:p>
    <w:p>
      <w:r>
        <w:t>status_500:错误: 笼位:hyb压测笼架100004925-3-D 已被使用，请刷新页面: 1</w:t>
      </w:r>
    </w:p>
    <w:p>
      <w:r>
        <w:t>status_500:错误: 笼位:hyb压测笼架100004925-3-B 已被使用，请刷新页面: 1</w:t>
      </w:r>
    </w:p>
    <w:p>
      <w:r>
        <w:t>status_500:错误: 笼位:hyb压测笼架100004925-3-C 已被使用，请刷新页面: 1</w:t>
      </w:r>
    </w:p>
    <w:p>
      <w:r>
        <w:t>status_500:错误: 笼位:hyb压测笼架100004925-3-E 已被使用，请刷新页面: 1</w:t>
      </w:r>
    </w:p>
    <w:p>
      <w:r>
        <w:t>status_500:错误: 笼位:hyb压测笼架100004925-3-F 已被使用，请刷新页面: 1</w:t>
      </w:r>
    </w:p>
    <w:p>
      <w:r>
        <w:t>status_500:错误: 笼位:hyb压测笼架100004925-3-G 已被使用，请刷新页面: 1</w:t>
      </w:r>
    </w:p>
    <w:p>
      <w:r>
        <w:t>status_500:错误: 笼位:hyb压测笼架100004925-3-I 已被使用，请刷新页面: 1</w:t>
      </w:r>
    </w:p>
    <w:p>
      <w:r>
        <w:t>status_500:错误: 笼位:hyb压测笼架100004925-3-H 已被使用，请刷新页面: 1</w:t>
      </w:r>
    </w:p>
    <w:p>
      <w:r>
        <w:t>status_500:错误: 笼位:hyb压测笼架100004925-3-J 已被使用，请刷新页面: 1</w:t>
      </w:r>
    </w:p>
    <w:p>
      <w:r>
        <w:t>status_500:错误: 笼位:hyb压测笼架100004925-4-A 已被使用，请刷新页面: 1</w:t>
      </w:r>
    </w:p>
    <w:p>
      <w:r>
        <w:t>status_500:错误: 笼位:hyb压测笼架100004925-4-B 已被使用，请刷新页面: 1</w:t>
      </w:r>
    </w:p>
    <w:p>
      <w:r>
        <w:t>status_500:错误: 笼位:hyb压测笼架100004925-4-C 已被使用，请刷新页面: 1</w:t>
      </w:r>
    </w:p>
    <w:p>
      <w:r>
        <w:t>status_500:错误: 笼位:hyb压测笼架100004925-4-D 已被使用，请刷新页面: 1</w:t>
      </w:r>
    </w:p>
    <w:p>
      <w:r>
        <w:t>status_500:错误: 笼位:hyb压测笼架100004925-4-G 已被使用，请刷新页面: 1</w:t>
      </w:r>
    </w:p>
    <w:p>
      <w:r>
        <w:t>status_500:错误: 笼位:hyb压测笼架100004925-4-F 已被使用，请刷新页面: 1</w:t>
      </w:r>
    </w:p>
    <w:p>
      <w:r>
        <w:t>status_500:错误: 笼位:hyb压测笼架100004925-4-E 已被使用，请刷新页面: 1</w:t>
      </w:r>
    </w:p>
    <w:p>
      <w:r>
        <w:t>status_500:错误: 笼位:hyb压测笼架100004925-4-I 已被使用，请刷新页面: 1</w:t>
      </w:r>
    </w:p>
    <w:p>
      <w:r>
        <w:t>status_500:错误: 笼位:hyb压测笼架100004925-4-H 已被使用，请刷新页面: 1</w:t>
      </w:r>
    </w:p>
    <w:p>
      <w:r>
        <w:t>status_500:错误: 笼位:hyb压测笼架100004925-5-B 已被使用，请刷新页面: 1</w:t>
      </w:r>
    </w:p>
    <w:p>
      <w:r>
        <w:t>status_500:错误: 笼位:hyb压测笼架100004925-4-J 已被使用，请刷新页面: 1</w:t>
      </w:r>
    </w:p>
    <w:p>
      <w:r>
        <w:t>status_500:错误: 笼位:hyb压测笼架100004925-5-G 已被使用，请刷新页面: 1</w:t>
      </w:r>
    </w:p>
    <w:p>
      <w:r>
        <w:t>status_500:错误: 笼位:hyb压测笼架100004925-5-D 已被使用，请刷新页面: 1</w:t>
      </w:r>
    </w:p>
    <w:p>
      <w:r>
        <w:t>status_500:错误: 笼位:hyb压测笼架100004925-5-E 已被使用，请刷新页面: 1</w:t>
      </w:r>
    </w:p>
    <w:p>
      <w:r>
        <w:t>status_500:错误: 笼位:hyb压测笼架100004925-5-A 已被使用，请刷新页面: 1</w:t>
      </w:r>
    </w:p>
    <w:p>
      <w:r>
        <w:t>status_500:错误: 笼位:hyb压测笼架100004925-6-A 已被使用，请刷新页面: 1</w:t>
      </w:r>
    </w:p>
    <w:p>
      <w:r>
        <w:t>status_500:错误: 笼位:hyb压测笼架100004925-5-F 已被使用，请刷新页面: 1</w:t>
      </w:r>
    </w:p>
    <w:p>
      <w:r>
        <w:t>status_500:错误: 笼位:hyb压测笼架100004925-5-C 已被使用，请刷新页面: 1</w:t>
      </w:r>
    </w:p>
    <w:p>
      <w:r>
        <w:t>status_500:错误: 笼位:hyb压测笼架100004925-5-H 已被使用，请刷新页面: 1</w:t>
      </w:r>
    </w:p>
    <w:p>
      <w:r>
        <w:t>status_500:错误: 笼位:hyb压测笼架100004925-5-I 已被使用，请刷新页面: 1</w:t>
      </w:r>
    </w:p>
    <w:p>
      <w:r>
        <w:t>status_500:错误: 笼位:hyb压测笼架100004925-5-J 已被使用，请刷新页面: 1</w:t>
      </w:r>
    </w:p>
    <w:p>
      <w:r>
        <w:t>status_500:错误: 笼位:hyb压测笼架100004925-6-D 已被使用，请刷新页面: 1</w:t>
      </w:r>
    </w:p>
    <w:p>
      <w:r>
        <w:t>status_500:错误: 笼位:hyb压测笼架100004925-6-G 已被使用，请刷新页面: 1</w:t>
      </w:r>
    </w:p>
    <w:p>
      <w:r>
        <w:t>status_500:错误: 笼位:hyb压测笼架100004925-6-E 已被使用，请刷新页面: 1</w:t>
      </w:r>
    </w:p>
    <w:p>
      <w:r>
        <w:t>status_500:错误: 笼位:hyb压测笼架100004925-6-F 已被使用，请刷新页面: 1</w:t>
      </w:r>
    </w:p>
    <w:p>
      <w:r>
        <w:t>status_500:错误: 笼位:hyb压测笼架100004925-6-C 已被使用，请刷新页面: 1</w:t>
      </w:r>
    </w:p>
    <w:p>
      <w:r>
        <w:t>status_500:错误: 笼位:hyb压测笼架100004925-6-J 已被使用，请刷新页面: 1</w:t>
      </w:r>
    </w:p>
    <w:p>
      <w:r>
        <w:t>status_500:错误: 笼位:hyb压测笼架100004925-6-B 已被使用，请刷新页面: 1</w:t>
      </w:r>
    </w:p>
    <w:p>
      <w:r>
        <w:t>status_500:错误: 笼位:hyb压测笼架100004925-7-A 已被使用，请刷新页面: 1</w:t>
      </w:r>
    </w:p>
    <w:p>
      <w:r>
        <w:t>status_500:错误: 笼位:hyb压测笼架100004925-7-B 已被使用，请刷新页面: 1</w:t>
      </w:r>
    </w:p>
    <w:p>
      <w:r>
        <w:t>status_500:错误: 笼位:hyb压测笼架100004925-7-C 已被使用，请刷新页面: 1</w:t>
      </w:r>
    </w:p>
    <w:p>
      <w:r>
        <w:t>status_500:错误: 笼位:hyb压测笼架100004925-6-H 已被使用，请刷新页面: 1</w:t>
      </w:r>
    </w:p>
    <w:p>
      <w:r>
        <w:t>status_500:错误: 笼位:hyb压测笼架100004925-6-I 已被使用，请刷新页面: 1</w:t>
      </w:r>
    </w:p>
    <w:p>
      <w:r>
        <w:t>status_500:错误: 笼位:hyb压测笼架100004925-7-E 已被使用，请刷新页面: 1</w:t>
      </w:r>
    </w:p>
    <w:p>
      <w:r>
        <w:t>status_500:错误: 笼位:hyb压测笼架100004925-7-F 已被使用，请刷新页面: 1</w:t>
      </w:r>
    </w:p>
    <w:p>
      <w:r>
        <w:t>status_500:错误: 笼位:hyb压测笼架100004925-7-D 已被使用，请刷新页面: 1</w:t>
      </w:r>
    </w:p>
    <w:p>
      <w:r>
        <w:t>status_500:错误: 笼位:hyb压测笼架100004925-7-H 已被使用，请刷新页面: 1</w:t>
      </w:r>
    </w:p>
    <w:p>
      <w:r>
        <w:t>status_500:错误: 笼位:hyb压测笼架100004925-7-I 已被使用，请刷新页面: 1</w:t>
      </w:r>
    </w:p>
    <w:p>
      <w:r>
        <w:t>status_500:错误: 笼位:hyb压测笼架100004925-7-J 已被使用，请刷新页面: 1</w:t>
      </w:r>
    </w:p>
    <w:p>
      <w:r>
        <w:t>status_500:错误: 笼位:hyb压测笼架100004925-8-C 已被使用，请刷新页面: 1</w:t>
      </w:r>
    </w:p>
    <w:p>
      <w:r>
        <w:t>status_500:错误: 笼位:hyb压测笼架100004925-7-G 已被使用，请刷新页面: 1</w:t>
      </w:r>
    </w:p>
    <w:p>
      <w:r>
        <w:t>status_500:错误: 笼位:hyb压测笼架100004925-8-D 已被使用，请刷新页面: 1</w:t>
      </w:r>
    </w:p>
    <w:p>
      <w:r>
        <w:t>status_500:错误: 笼位:hyb压测笼架100004925-8-F 已被使用，请刷新页面: 1</w:t>
      </w:r>
    </w:p>
    <w:p>
      <w:r>
        <w:t>status_500:错误: 笼位:hyb压测笼架100004925-8-A 已被使用，请刷新页面: 1</w:t>
      </w:r>
    </w:p>
    <w:p>
      <w:r>
        <w:t>status_500:错误: 笼位:hyb压测笼架100004925-8-B 已被使用，请刷新页面: 1</w:t>
      </w:r>
    </w:p>
    <w:p>
      <w:r>
        <w:t>status_500:错误: 笼位:hyb压测笼架100004925-8-I 已被使用，请刷新页面: 1</w:t>
      </w:r>
    </w:p>
    <w:p>
      <w:r>
        <w:t>status_500:错误: 笼位:hyb压测笼架100004925-8-E 已被使用，请刷新页面: 1</w:t>
      </w:r>
    </w:p>
    <w:p>
      <w:r>
        <w:t>status_500:错误: 笼位:hyb压测笼架100004925-9-B 已被使用，请刷新页面: 1</w:t>
      </w:r>
    </w:p>
    <w:p>
      <w:r>
        <w:t>status_500:错误: 笼位:hyb压测笼架100004925-9-A 已被使用，请刷新页面: 1</w:t>
      </w:r>
    </w:p>
    <w:p>
      <w:r>
        <w:t>status_500:错误: 笼位:hyb压测笼架100004925-8-H 已被使用，请刷新页面: 1</w:t>
      </w:r>
    </w:p>
    <w:p>
      <w:r>
        <w:t>status_500:错误: 笼位:hyb压测笼架100004925-9-D 已被使用，请刷新页面: 1</w:t>
      </w:r>
    </w:p>
    <w:p>
      <w:r>
        <w:t>status_500:错误: 笼位:hyb压测笼架100004925-9-E 已被使用，请刷新页面: 1</w:t>
      </w:r>
    </w:p>
    <w:p>
      <w:r>
        <w:t>status_500:错误: 笼位:hyb压测笼架100004925-8-G 已被使用，请刷新页面: 1</w:t>
      </w:r>
    </w:p>
    <w:p>
      <w:r>
        <w:t>status_500:错误: 笼位:hyb压测笼架100004925-9-C 已被使用，请刷新页面: 1</w:t>
      </w:r>
    </w:p>
    <w:p>
      <w:r>
        <w:t>status_500:错误: 笼位:hyb压测笼架110139659-9-I 已被使用，请刷新页面: 1</w:t>
      </w:r>
    </w:p>
    <w:p>
      <w:r>
        <w:t>status_500:错误: 笼位:hyb压测笼架110139659-10-E 已被使用，请刷新页面: 1</w:t>
      </w:r>
    </w:p>
    <w:p>
      <w:r>
        <w:t>status_500:错误: 笼位:hyb压测笼架110139659-10-C 已被使用，请刷新页面: 1</w:t>
      </w:r>
    </w:p>
    <w:p>
      <w:r>
        <w:t>status_500:错误: 笼位:hyb压测笼架110139659-10-D 已被使用，请刷新页面: 1</w:t>
      </w:r>
    </w:p>
    <w:p>
      <w:r>
        <w:t>status_500:错误: 笼位:hyb压测笼架110139659-10-H 已被使用，请刷新页面: 1</w:t>
      </w:r>
    </w:p>
    <w:p>
      <w:r>
        <w:t>status_500:错误: 笼位:hyb压测笼架110139659-10-J 已被使用，请刷新页面: 1</w:t>
      </w:r>
    </w:p>
    <w:p>
      <w:r>
        <w:t>status_500:错误: 笼位:hyb压测笼架110139659-10-I 已被使用，请刷新页面: 1</w:t>
      </w:r>
    </w:p>
    <w:p>
      <w:r>
        <w:t>status_500:错误: 笼位:hyb压测笼架114268655-1-C 已被使用，请刷新页面: 1</w:t>
      </w:r>
    </w:p>
    <w:p>
      <w:r>
        <w:t>status_500:错误: 笼位:hyb压测笼架114268655-1-E 已被使用，请刷新页面: 1</w:t>
      </w:r>
    </w:p>
    <w:p>
      <w:r>
        <w:t>status_500:错误: 笼位:hyb压测笼架114268655-1-D 已被使用，请刷新页面: 1</w:t>
      </w:r>
    </w:p>
    <w:p>
      <w:r>
        <w:t>status_500:错误: 笼位:hyb压测笼架114268655-1-H 已被使用，请刷新页面: 1</w:t>
      </w:r>
    </w:p>
    <w:p>
      <w:r>
        <w:t>status_500:错误: 笼位:hyb压测笼架114268655-2-B 已被使用，请刷新页面: 1</w:t>
      </w:r>
    </w:p>
    <w:p>
      <w:r>
        <w:t>status_500:错误: 笼位:hyb压测笼架114268655-1-I 已被使用，请刷新页面: 1</w:t>
      </w:r>
    </w:p>
    <w:p>
      <w:r>
        <w:t>status_500:错误: 笼位:hyb压测笼架114268655-1-F 已被使用，请刷新页面: 1</w:t>
      </w:r>
    </w:p>
    <w:p>
      <w:r>
        <w:t>status_500:错误: 笼位:hyb压测笼架114268655-1-J 已被使用，请刷新页面: 1</w:t>
      </w:r>
    </w:p>
    <w:p>
      <w:r>
        <w:t>status_500:错误: 笼位:hyb压测笼架114268655-2-D 已被使用，请刷新页面: 1</w:t>
      </w:r>
    </w:p>
    <w:p>
      <w:r>
        <w:t>status_500:错误: 笼位:hyb压测笼架114268655-2-C 已被使用，请刷新页面: 1</w:t>
      </w:r>
    </w:p>
    <w:p>
      <w:r>
        <w:t>status_500:错误: 笼位:hyb压测笼架114268655-2-I 已被使用，请刷新页面: 1</w:t>
      </w:r>
    </w:p>
    <w:p>
      <w:r>
        <w:t>status_500:错误: 笼位:hyb压测笼架114268655-2-H 已被使用，请刷新页面: 1</w:t>
      </w:r>
    </w:p>
    <w:p>
      <w:r>
        <w:t>status_500:错误: 笼位:hyb压测笼架114268655-2-G 已被使用，请刷新页面: 1</w:t>
      </w:r>
    </w:p>
    <w:p>
      <w:r>
        <w:t>status_500:错误: 笼位:hyb压测笼架114268655-3-D 已被使用，请刷新页面: 1</w:t>
      </w:r>
    </w:p>
    <w:p>
      <w:r>
        <w:t>status_500:错误: 笼位:hyb压测笼架114268655-3-F 已被使用，请刷新页面: 1</w:t>
      </w:r>
    </w:p>
    <w:p>
      <w:r>
        <w:t>status_500:错误: 笼位:hyb压测笼架114268655-3-A 已被使用，请刷新页面: 1</w:t>
      </w:r>
    </w:p>
    <w:p>
      <w:r>
        <w:t>status_500:错误: 笼位:hyb压测笼架114268655-3-B 已被使用，请刷新页面: 1</w:t>
      </w:r>
    </w:p>
    <w:p>
      <w:r>
        <w:t>status_500:错误: 笼位:hyb压测笼架114268655-3-C 已被使用，请刷新页面: 1</w:t>
      </w:r>
    </w:p>
    <w:p>
      <w:r>
        <w:t>status_500:错误: 笼位:hyb压测笼架114268655-4-A 已被使用，请刷新页面: 1</w:t>
      </w:r>
    </w:p>
    <w:p>
      <w:r>
        <w:t>status_500:错误: 笼位:hyb压测笼架114268655-3-G 已被使用，请刷新页面: 1</w:t>
      </w:r>
    </w:p>
    <w:p>
      <w:r>
        <w:t>status_500:错误: 笼位:hyb压测笼架114268655-3-H 已被使用，请刷新页面: 1</w:t>
      </w:r>
    </w:p>
    <w:p>
      <w:r>
        <w:t>status_500:错误: 笼位:hyb压测笼架114268655-4-H 已被使用，请刷新页面: 1</w:t>
      </w:r>
    </w:p>
    <w:p>
      <w:r>
        <w:t>status_500:错误: 笼位:hyb压测笼架114268655-4-G 已被使用，请刷新页面: 1</w:t>
      </w:r>
    </w:p>
    <w:p>
      <w:r>
        <w:t>status_500:错误: 笼位:hyb压测笼架114268655-4-B 已被使用，请刷新页面: 1</w:t>
      </w:r>
    </w:p>
    <w:p>
      <w:r>
        <w:t>status_500:错误: 笼位:hyb压测笼架114268655-4-C 已被使用，请刷新页面: 1</w:t>
      </w:r>
    </w:p>
    <w:p>
      <w:r>
        <w:t>status_500:错误: 笼位:hyb压测笼架114268655-5-B 已被使用，请刷新页面: 1</w:t>
      </w:r>
    </w:p>
    <w:p>
      <w:r>
        <w:t>status_500:错误: 笼位:hyb压测笼架114268655-5-C 已被使用，请刷新页面: 1</w:t>
      </w:r>
    </w:p>
    <w:p>
      <w:r>
        <w:t>status_500:错误: 笼位:hyb压测笼架114268655-4-F 已被使用，请刷新页面: 1</w:t>
      </w:r>
    </w:p>
    <w:p>
      <w:r>
        <w:t>status_500:错误: 笼位:hyb压测笼架114268655-5-F 已被使用，请刷新页面: 1</w:t>
      </w:r>
    </w:p>
    <w:p>
      <w:r>
        <w:t>status_500:错误: 笼位:hyb压测笼架114268655-5-H 已被使用，请刷新页面: 1</w:t>
      </w:r>
    </w:p>
    <w:p>
      <w:r>
        <w:t>status_500:错误: 笼位:hyb压测笼架114268655-5-A 已被使用，请刷新页面: 1</w:t>
      </w:r>
    </w:p>
    <w:p>
      <w:r>
        <w:t>status_500:错误: 笼位:hyb压测笼架114268655-5-G 已被使用，请刷新页面: 1</w:t>
      </w:r>
    </w:p>
    <w:p>
      <w:r>
        <w:t>status_500:错误: 笼位:hyb压测笼架114268655-6-F 已被使用，请刷新页面: 1</w:t>
      </w:r>
    </w:p>
    <w:p>
      <w:r>
        <w:t>status_500:错误: 笼位:hyb压测笼架114268655-6-B 已被使用，请刷新页面: 1</w:t>
      </w:r>
    </w:p>
    <w:p>
      <w:r>
        <w:t>status_500:错误: 笼位:hyb压测笼架114268655-6-C 已被使用，请刷新页面: 1</w:t>
      </w:r>
    </w:p>
    <w:p>
      <w:r>
        <w:t>status_500:错误: 笼位:hyb压测笼架114268655-5-I 已被使用，请刷新页面: 1</w:t>
      </w:r>
    </w:p>
    <w:p>
      <w:r>
        <w:t>status_500:错误: 笼位:hyb压测笼架114268655-6-H 已被使用，请刷新页面: 1</w:t>
      </w:r>
    </w:p>
    <w:p>
      <w:r>
        <w:t>status_500:错误: 笼位:hyb压测笼架114268655-6-G 已被使用，请刷新页面: 1</w:t>
      </w:r>
    </w:p>
    <w:p>
      <w:r>
        <w:t>status_500:错误: 笼位:hyb压测笼架114268655-6-I 已被使用，请刷新页面: 1</w:t>
      </w:r>
    </w:p>
    <w:p>
      <w:r>
        <w:t>status_500:错误: 笼位:hyb压测笼架114268655-6-D 已被使用，请刷新页面: 1</w:t>
      </w:r>
    </w:p>
    <w:p>
      <w:r>
        <w:t>status_500:错误: 笼位:hyb压测笼架114268655-7-F 已被使用，请刷新页面: 1</w:t>
      </w:r>
    </w:p>
    <w:p>
      <w:r>
        <w:t>status_500:错误: 笼位:hyb压测笼架114268655-7-B 已被使用，请刷新页面: 1</w:t>
      </w:r>
    </w:p>
    <w:p>
      <w:r>
        <w:t>status_500:错误: 笼位:hyb压测笼架114268655-7-G 已被使用，请刷新页面: 1</w:t>
      </w:r>
    </w:p>
    <w:p>
      <w:r>
        <w:t>status_500:错误: 笼位:hyb压测笼架114268655-7-D 已被使用，请刷新页面: 1</w:t>
      </w:r>
    </w:p>
    <w:p>
      <w:r>
        <w:t>status_500:错误: 笼位:hyb压测笼架114268655-8-A 已被使用，请刷新页面: 1</w:t>
      </w:r>
    </w:p>
    <w:p>
      <w:r>
        <w:t>status_500:错误: 笼位:hyb压测笼架114268655-8-B 已被使用，请刷新页面: 1</w:t>
      </w:r>
    </w:p>
    <w:p>
      <w:r>
        <w:t>status_500:错误: 笼位:hyb压测笼架114268655-8-C 已被使用，请刷新页面: 1</w:t>
      </w:r>
    </w:p>
    <w:p>
      <w:r>
        <w:t>status_500:错误: 笼位:hyb压测笼架114268655-8-F 已被使用，请刷新页面: 1</w:t>
      </w:r>
    </w:p>
    <w:p>
      <w:r>
        <w:t>status_500:错误: 笼位:hyb压测笼架114268655-8-G 已被使用，请刷新页面: 1</w:t>
      </w:r>
    </w:p>
    <w:p>
      <w:r>
        <w:t>status_500:错误: 笼位:hyb压测笼架114268655-7-H 已被使用，请刷新页面: 1</w:t>
      </w:r>
    </w:p>
    <w:p>
      <w:r>
        <w:t>status_500:错误: 笼位:hyb压测笼架114268655-7-J 已被使用，请刷新页面: 1</w:t>
      </w:r>
    </w:p>
    <w:p>
      <w:r>
        <w:t>status_500:错误: 笼位:hyb压测笼架114268655-8-E 已被使用，请刷新页面: 1</w:t>
      </w:r>
    </w:p>
    <w:p>
      <w:r>
        <w:t>status_500:错误: 笼位:hyb压测笼架114268655-8-H 已被使用，请刷新页面: 1</w:t>
      </w:r>
    </w:p>
    <w:p>
      <w:r>
        <w:t>status_500:错误: 笼位:hyb压测笼架114268655-9-A 已被使用，请刷新页面: 1</w:t>
      </w:r>
    </w:p>
    <w:p>
      <w:r>
        <w:t>status_500:错误: 笼位:hyb压测笼架114268655-9-D 已被使用，请刷新页面: 1</w:t>
      </w:r>
    </w:p>
    <w:p>
      <w:r>
        <w:t>status_500:错误: 笼位:hyb压测笼架114268655-7-C 已被使用，请刷新页面: 1</w:t>
      </w:r>
    </w:p>
    <w:p>
      <w:r>
        <w:t>status_500:错误: 笼位:hyb压测笼架114268655-9-B 已被使用，请刷新页面: 1</w:t>
      </w:r>
    </w:p>
    <w:p>
      <w:r>
        <w:t>status_500:错误: 笼位:hyb压测笼架114268655-9-C 已被使用，请刷新页面: 1</w:t>
      </w:r>
    </w:p>
    <w:p>
      <w:r>
        <w:t>status_500:错误: 笼位:hyb压测笼架114268655-9-G 已被使用，请刷新页面: 1</w:t>
      </w:r>
    </w:p>
    <w:p>
      <w:r>
        <w:t>status_500:错误: 笼位:hyb压测笼架114268655-9-H 已被使用，请刷新页面: 1</w:t>
      </w:r>
    </w:p>
    <w:p>
      <w:r>
        <w:t>status_500:错误: 笼位:hyb压测笼架114268655-9-I 已被使用，请刷新页面: 1</w:t>
      </w:r>
    </w:p>
    <w:p>
      <w:r>
        <w:t>status_500:错误: 笼位:hyb压测笼架114268655-10-C 已被使用，请刷新页面: 1</w:t>
      </w:r>
    </w:p>
    <w:p>
      <w:r>
        <w:t>status_500:错误: 笼位:hyb压测笼架114268655-10-B 已被使用，请刷新页面: 1</w:t>
      </w:r>
    </w:p>
    <w:p>
      <w:r>
        <w:t>status_500:错误: 笼位:hyb压测笼架114268655-10-E 已被使用，请刷新页面: 1</w:t>
      </w:r>
    </w:p>
    <w:p>
      <w:r>
        <w:t>status_500:错误: 笼位:hyb压测笼架114268655-10-D 已被使用，请刷新页面: 1</w:t>
      </w:r>
    </w:p>
    <w:p>
      <w:r>
        <w:t>status_500:错误: 笼位:hyb压测笼架114268655-10-F 已被使用，请刷新页面: 1</w:t>
      </w:r>
    </w:p>
    <w:p>
      <w:r>
        <w:t>status_500:错误: 笼位:hyb压测笼架115188720-2-J 已被使用，请刷新页面: 1</w:t>
      </w:r>
    </w:p>
    <w:p>
      <w:r>
        <w:t>status_500:错误: 笼位:hyb压测笼架115188720-6-J 已被使用，请刷新页面: 1</w:t>
      </w:r>
    </w:p>
    <w:p>
      <w:r>
        <w:t>status_500:错误: 笼位:hyb压测笼架115188720-6-I 已被使用，请刷新页面: 1</w:t>
      </w:r>
    </w:p>
    <w:p>
      <w:r>
        <w:t>status_500:错误: 笼位:hyb压测笼架105791775-9-I 已被使用，请刷新页面: 1</w:t>
      </w:r>
    </w:p>
    <w:p>
      <w:r>
        <w:t>status_500:错误: 笼位:hyb压测笼架115188720-7-B 已被使用，请刷新页面: 1</w:t>
      </w:r>
    </w:p>
    <w:p>
      <w:r>
        <w:t>status_500:错误: 笼位:hyb压测笼架115188720-7-A 已被使用，请刷新页面: 1</w:t>
      </w:r>
    </w:p>
    <w:p>
      <w:r>
        <w:t>status_500:错误: 笼位:hyb压测笼架105791775-10-B 已被使用，请刷新页面: 1</w:t>
      </w:r>
    </w:p>
    <w:p>
      <w:r>
        <w:t>status_500:错误: 笼位:hyb压测笼架105791775-10-E 已被使用，请刷新页面: 1</w:t>
      </w:r>
    </w:p>
    <w:p>
      <w:r>
        <w:t>status_500:错误: 笼位:hyb压测笼架115188720-7-E 已被使用，请刷新页面: 1</w:t>
      </w:r>
    </w:p>
    <w:p>
      <w:r>
        <w:t>status_500:错误: 笼位:hyb压测笼架115188720-7-C 已被使用，请刷新页面: 1</w:t>
      </w:r>
    </w:p>
    <w:p>
      <w:r>
        <w:t>status_500:错误: 笼位:hyb压测笼架105791775-10-D 已被使用，请刷新页面: 1</w:t>
      </w:r>
    </w:p>
    <w:p>
      <w:r>
        <w:t>status_500:错误: 笼位:hyb压测笼架105791775-10-G 已被使用，请刷新页面: 1</w:t>
      </w:r>
    </w:p>
    <w:p>
      <w:r>
        <w:t>status_500:错误: 笼位:hyb压测笼架105791775-10-F 已被使用，请刷新页面: 1</w:t>
      </w:r>
    </w:p>
    <w:p>
      <w:r>
        <w:t>status_500:错误: 笼位:hyb压测笼架115188720-7-D 已被使用，请刷新页面: 1</w:t>
      </w:r>
    </w:p>
    <w:p>
      <w:r>
        <w:t>status_500:错误: 笼位:hyb压测笼架105791775-10-H 已被使用，请刷新页面: 1</w:t>
      </w:r>
    </w:p>
    <w:p>
      <w:r>
        <w:t>status_500:错误: 笼位:hyb压测笼架105791775-10-J 已被使用，请刷新页面: 1</w:t>
      </w:r>
    </w:p>
    <w:p>
      <w:r>
        <w:t>status_500:错误: 笼位:hyb压测笼架105791775-10-I 已被使用，请刷新页面: 1</w:t>
      </w:r>
    </w:p>
    <w:p>
      <w:r>
        <w:t>status_500:错误: 笼位:hyb压测笼架115188720-7-G 已被使用，请刷新页面: 1</w:t>
      </w:r>
    </w:p>
    <w:p>
      <w:r>
        <w:t>status_500:错误: 笼位:hyb压测笼架115188720-7-F 已被使用，请刷新页面: 1</w:t>
      </w:r>
    </w:p>
    <w:p>
      <w:r>
        <w:t>status_500:错误: 笼位:hyb压测笼架115188720-8-A 已被使用，请刷新页面: 1</w:t>
      </w:r>
    </w:p>
    <w:p>
      <w:r>
        <w:t>status_500:错误: 笼位:hyb压测笼架115188720-7-H 已被使用，请刷新页面: 1</w:t>
      </w:r>
    </w:p>
    <w:p>
      <w:r>
        <w:t>status_500:错误: 笼位:hyb压测笼架115188720-7-I 已被使用，请刷新页面: 1</w:t>
      </w:r>
    </w:p>
    <w:p>
      <w:r>
        <w:t>status_500:错误: 笼位:hyb压测笼架115188720-8-F 已被使用，请刷新页面: 1</w:t>
      </w:r>
    </w:p>
    <w:p>
      <w:r>
        <w:t>status_500:错误: 笼位:hyb压测笼架115188720-8-C 已被使用，请刷新页面: 1</w:t>
      </w:r>
    </w:p>
    <w:p>
      <w:r>
        <w:t>status_500:错误: 笼位:hyb压测笼架115188720-8-D 已被使用，请刷新页面: 1</w:t>
      </w:r>
    </w:p>
    <w:p>
      <w:r>
        <w:t>status_500:错误: 笼位:hyb压测笼架115188720-7-J 已被使用，请刷新页面: 1</w:t>
      </w:r>
    </w:p>
    <w:p>
      <w:r>
        <w:t>status_500:错误: 笼位:hyb压测笼架115188720-8-G 已被使用，请刷新页面: 1</w:t>
      </w:r>
    </w:p>
    <w:p>
      <w:r>
        <w:t>status_500:错误: 笼位:hyb压测笼架115188720-8-I 已被使用，请刷新页面: 1</w:t>
      </w:r>
    </w:p>
    <w:p>
      <w:r>
        <w:t>status_500:错误: 笼位:hyb压测笼架115188720-8-E 已被使用，请刷新页面: 1</w:t>
      </w:r>
    </w:p>
    <w:p>
      <w:r>
        <w:t>status_500:错误: 笼位:hyb压测笼架115188720-8-B 已被使用，请刷新页面: 1</w:t>
      </w:r>
    </w:p>
    <w:p>
      <w:r>
        <w:t>status_500:错误: 笼位:hyb压测笼架115188720-9-E 已被使用，请刷新页面: 1</w:t>
      </w:r>
    </w:p>
    <w:p>
      <w:r>
        <w:t>status_500:错误: 笼位:hyb压测笼架115188720-8-H 已被使用，请刷新页面: 1</w:t>
      </w:r>
    </w:p>
    <w:p>
      <w:r>
        <w:t>status_500:错误: 笼位:hyb压测笼架115188720-9-C 已被使用，请刷新页面: 1</w:t>
      </w:r>
    </w:p>
    <w:p>
      <w:r>
        <w:t>status_500:错误: 笼位:hyb压测笼架115188720-8-J 已被使用，请刷新页面: 1</w:t>
      </w:r>
    </w:p>
    <w:p>
      <w:r>
        <w:t>status_500:错误: 笼位:hyb压测笼架115188720-9-A 已被使用，请刷新页面: 1</w:t>
      </w:r>
    </w:p>
    <w:p>
      <w:r>
        <w:t>status_500:错误: 笼位:hyb压测笼架115188720-9-B 已被使用，请刷新页面: 1</w:t>
      </w:r>
    </w:p>
    <w:p>
      <w:r>
        <w:t>status_500:错误: 笼位:hyb压测笼架115188720-9-G 已被使用，请刷新页面: 1</w:t>
      </w:r>
    </w:p>
    <w:p>
      <w:r>
        <w:t>status_500:错误: 笼位:hyb压测笼架115188720-9-F 已被使用，请刷新页面: 1</w:t>
      </w:r>
    </w:p>
    <w:p>
      <w:r>
        <w:t>status_500:错误: 笼位:hyb压测笼架115188720-9-H 已被使用，请刷新页面: 1</w:t>
      </w:r>
    </w:p>
    <w:p>
      <w:r>
        <w:t>status_500:错误: 笼位:hyb压测笼架115188720-9-J 已被使用，请刷新页面: 1</w:t>
      </w:r>
    </w:p>
    <w:p>
      <w:r>
        <w:t>status_500:错误: 笼位:hyb压测笼架115188720-9-I 已被使用，请刷新页面: 1</w:t>
      </w:r>
    </w:p>
    <w:p>
      <w:r>
        <w:t>status_500:错误: 笼位:hyb压测笼架115188720-10-A 已被使用，请刷新页面: 1</w:t>
      </w:r>
    </w:p>
    <w:p>
      <w:r>
        <w:t>status_500:错误: 笼位:hyb压测笼架115188720-9-D 已被使用，请刷新页面: 1</w:t>
      </w:r>
    </w:p>
    <w:p>
      <w:r>
        <w:t>status_500:错误: 笼位:hyb压测笼架111034232-1-A 已被使用，请刷新页面: 1</w:t>
      </w:r>
    </w:p>
    <w:p>
      <w:r>
        <w:t>status_500:错误: 笼位:hyb压测笼架115188720-10-B 已被使用，请刷新页面: 1</w:t>
      </w:r>
    </w:p>
    <w:p>
      <w:r>
        <w:t>status_500:错误: 笼位:hyb压测笼架115188720-10-C 已被使用，请刷新页面: 1</w:t>
      </w:r>
    </w:p>
    <w:p>
      <w:r>
        <w:t>status_500:错误: 笼位:hyb压测笼架115188720-10-F 已被使用，请刷新页面: 1</w:t>
      </w:r>
    </w:p>
    <w:p>
      <w:r>
        <w:t>status_500:错误: 笼位:hyb压测笼架115188720-10-E 已被使用，请刷新页面: 1</w:t>
      </w:r>
    </w:p>
    <w:p>
      <w:r>
        <w:t>status_500:错误: 笼位:hyb压测笼架115188720-10-D 已被使用，请刷新页面: 1</w:t>
      </w:r>
    </w:p>
    <w:p>
      <w:r>
        <w:t>status_500:错误: 笼位:hyb压测笼架115188720-10-G 已被使用，请刷新页面: 1</w:t>
      </w:r>
    </w:p>
    <w:p>
      <w:r>
        <w:t>status_500:错误: 笼位:hyb压测笼架111034232-1-D 已被使用，请刷新页面: 1</w:t>
      </w:r>
    </w:p>
    <w:p>
      <w:r>
        <w:t>status_500:错误: 笼位:hyb压测笼架111034232-1-E 已被使用，请刷新页面: 1</w:t>
      </w:r>
    </w:p>
    <w:p>
      <w:r>
        <w:t>status_500:错误: 笼位:hyb压测笼架111034232-1-C 已被使用，请刷新页面: 1</w:t>
      </w:r>
    </w:p>
    <w:p>
      <w:r>
        <w:t>status_500:错误: 笼位:hyb压测笼架111034232-1-B 已被使用，请刷新页面: 1</w:t>
      </w:r>
    </w:p>
    <w:p>
      <w:r>
        <w:t>status_500:错误: 笼位:hyb压测笼架111034232-1-G 已被使用，请刷新页面: 1</w:t>
      </w:r>
    </w:p>
    <w:p>
      <w:r>
        <w:t>status_500:错误: 笼位:hyb压测笼架115188720-10-H 已被使用，请刷新页面: 1</w:t>
      </w:r>
    </w:p>
    <w:p>
      <w:r>
        <w:t>status_500:错误: 笼位:hyb压测笼架111034232-1-H 已被使用，请刷新页面: 1</w:t>
      </w:r>
    </w:p>
    <w:p>
      <w:r>
        <w:t>status_500:错误: 笼位:hyb压测笼架115188720-10-I 已被使用，请刷新页面: 1</w:t>
      </w:r>
    </w:p>
    <w:p>
      <w:r>
        <w:t>status_500:错误: 笼位:hyb压测笼架111034232-1-J 已被使用，请刷新页面: 1</w:t>
      </w:r>
    </w:p>
    <w:p>
      <w:r>
        <w:t>status_500:错误: 笼位:hyb压测笼架111034232-2-A 已被使用，请刷新页面: 1</w:t>
      </w:r>
    </w:p>
    <w:p>
      <w:r>
        <w:t>status_500:错误: 笼位:hyb压测笼架111034232-2-B 已被使用，请刷新页面: 1</w:t>
      </w:r>
    </w:p>
    <w:p>
      <w:r>
        <w:t>status_500:错误: 笼位:hyb压测笼架111034232-1-F 已被使用，请刷新页面: 1</w:t>
      </w:r>
    </w:p>
    <w:p>
      <w:r>
        <w:t>status_500:错误: 笼位:hyb压测笼架111034232-2-F 已被使用，请刷新页面: 1</w:t>
      </w:r>
    </w:p>
    <w:p>
      <w:r>
        <w:t>status_500:错误: 笼位:hyb压测笼架111034232-1-I 已被使用，请刷新页面: 1</w:t>
      </w:r>
    </w:p>
    <w:p>
      <w:r>
        <w:t>status_500:错误: 笼位:hyb压测笼架115188720-10-J 已被使用，请刷新页面: 1</w:t>
      </w:r>
    </w:p>
    <w:p>
      <w:r>
        <w:t>status_500:错误: 笼位:hyb压测笼架111034232-2-E 已被使用，请刷新页面: 1</w:t>
      </w:r>
    </w:p>
    <w:p>
      <w:r>
        <w:t>status_500:错误: 笼位:hyb压测笼架111034232-2-D 已被使用，请刷新页面: 1</w:t>
      </w:r>
    </w:p>
    <w:p>
      <w:r>
        <w:t>status_500:错误: 笼位:hyb压测笼架111034232-2-C 已被使用，请刷新页面: 1</w:t>
      </w:r>
    </w:p>
    <w:p>
      <w:r>
        <w:t>status_500:错误: 笼位:hyb压测笼架111034232-2-I 已被使用，请刷新页面: 1</w:t>
      </w:r>
    </w:p>
    <w:p>
      <w:r>
        <w:t>status_500:错误: 笼位:hyb压测笼架111034232-2-G 已被使用，请刷新页面: 1</w:t>
      </w:r>
    </w:p>
    <w:p>
      <w:r>
        <w:t>status_500:错误: 笼位:hyb压测笼架111034232-3-B 已被使用，请刷新页面: 1</w:t>
      </w:r>
    </w:p>
    <w:p>
      <w:r>
        <w:t>status_500:错误: 笼位:hyb压测笼架111034232-2-H 已被使用，请刷新页面: 1</w:t>
      </w:r>
    </w:p>
    <w:p>
      <w:r>
        <w:t>status_500:错误: 笼位:hyb压测笼架111034232-3-D 已被使用，请刷新页面: 1</w:t>
      </w:r>
    </w:p>
    <w:p>
      <w:r>
        <w:t>status_500:错误: 笼位:hyb压测笼架111034232-2-J 已被使用，请刷新页面: 1</w:t>
      </w:r>
    </w:p>
    <w:p>
      <w:r>
        <w:t>status_500:错误: 笼位:hyb压测笼架111034232-3-A 已被使用，请刷新页面: 1</w:t>
      </w:r>
    </w:p>
    <w:p>
      <w:r>
        <w:t>status_500:错误: 笼位:hyb压测笼架111034232-3-C 已被使用，请刷新页面: 1</w:t>
      </w:r>
    </w:p>
    <w:p>
      <w:r>
        <w:t>status_500:错误: 笼位:hyb压测笼架111034232-3-F 已被使用，请刷新页面: 1</w:t>
      </w:r>
    </w:p>
    <w:p>
      <w:r>
        <w:t>status_500:错误: 笼位:hyb压测笼架111034232-3-G 已被使用，请刷新页面: 1</w:t>
      </w:r>
    </w:p>
    <w:p>
      <w:r>
        <w:t>status_500:错误: 笼位:hyb压测笼架111034232-3-E 已被使用，请刷新页面: 1</w:t>
      </w:r>
    </w:p>
    <w:p>
      <w:r>
        <w:t>status_500:错误: 笼位:hyb压测笼架111034232-3-I 已被使用，请刷新页面: 1</w:t>
      </w:r>
    </w:p>
    <w:p>
      <w:r>
        <w:t>status_500:错误: 笼位:hyb压测笼架111034232-3-J 已被使用，请刷新页面: 1</w:t>
      </w:r>
    </w:p>
    <w:p>
      <w:r>
        <w:t>status_500:错误: 笼位:hyb压测笼架111034232-3-H 已被使用，请刷新页面: 1</w:t>
      </w:r>
    </w:p>
    <w:p>
      <w:r>
        <w:t>status_500:错误: 笼位:hyb压测笼架111034232-4-A 已被使用，请刷新页面: 1</w:t>
      </w:r>
    </w:p>
    <w:p>
      <w:r>
        <w:t>status_500:错误: 笼位:hyb压测笼架111034232-4-B 已被使用，请刷新页面: 1</w:t>
      </w:r>
    </w:p>
    <w:p>
      <w:r>
        <w:t>status_500:错误: 笼位:hyb压测笼架111034232-4-D 已被使用，请刷新页面: 1</w:t>
      </w:r>
    </w:p>
    <w:p>
      <w:r>
        <w:t>status_500:错误: 笼位:hyb压测笼架111034232-4-C 已被使用，请刷新页面: 1</w:t>
      </w:r>
    </w:p>
    <w:p>
      <w:r>
        <w:t>status_500:错误: 笼位:hyb压测笼架111034232-4-E 已被使用，请刷新页面: 1</w:t>
      </w:r>
    </w:p>
    <w:p>
      <w:r>
        <w:t>status_500:错误: 笼位:hyb压测笼架111034232-4-F 已被使用，请刷新页面: 1</w:t>
      </w:r>
    </w:p>
    <w:p>
      <w:r>
        <w:t>status_500:错误: 笼位:hyb压测笼架111034232-4-J 已被使用，请刷新页面: 1</w:t>
      </w:r>
    </w:p>
    <w:p>
      <w:r>
        <w:t>status_500:错误: 笼位:hyb压测笼架111034232-4-I 已被使用，请刷新页面: 1</w:t>
      </w:r>
    </w:p>
    <w:p>
      <w:r>
        <w:t>status_500:错误: 笼位:hyb压测笼架111034232-4-G 已被使用，请刷新页面: 1</w:t>
      </w:r>
    </w:p>
    <w:p>
      <w:r>
        <w:t>status_500:错误: 笼位:hyb压测笼架111034232-5-B 已被使用，请刷新页面: 1</w:t>
      </w:r>
    </w:p>
    <w:p>
      <w:r>
        <w:t>status_500:错误: 笼位:hyb压测笼架111034232-5-C 已被使用，请刷新页面: 1</w:t>
      </w:r>
    </w:p>
    <w:p>
      <w:r>
        <w:t>status_500:错误: 笼位:hyb压测笼架111034232-4-H 已被使用，请刷新页面: 1</w:t>
      </w:r>
    </w:p>
    <w:p>
      <w:r>
        <w:t>status_500:错误: 笼位:hyb压测笼架111034232-5-A 已被使用，请刷新页面: 1</w:t>
      </w:r>
    </w:p>
    <w:p>
      <w:r>
        <w:t>status_500:错误: 笼位:hyb压测笼架111034232-5-E 已被使用，请刷新页面: 1</w:t>
      </w:r>
    </w:p>
    <w:p>
      <w:r>
        <w:t>status_500:错误: 笼位:hyb压测笼架111034232-5-G 已被使用，请刷新页面: 1</w:t>
      </w:r>
    </w:p>
    <w:p>
      <w:r>
        <w:t>status_500:错误: 笼位:hyb压测笼架111034232-5-D 已被使用，请刷新页面: 1</w:t>
      </w:r>
    </w:p>
    <w:p>
      <w:r>
        <w:t>status_500:错误: 笼位:hyb压测笼架111034232-5-H 已被使用，请刷新页面: 1</w:t>
      </w:r>
    </w:p>
    <w:p>
      <w:r>
        <w:t>status_500:错误: 笼位:hyb压测笼架111034232-5-F 已被使用，请刷新页面: 1</w:t>
      </w:r>
    </w:p>
    <w:p>
      <w:r>
        <w:t>status_500:错误: 笼位:hyb压测笼架118377083-3-D 已被使用，请刷新页面: 1</w:t>
      </w:r>
    </w:p>
    <w:p>
      <w:r>
        <w:t>status_500:错误: 笼位:hyb压测笼架118377083-3-C 已被使用，请刷新页面: 1</w:t>
      </w:r>
    </w:p>
    <w:p>
      <w:r>
        <w:t>status_500:错误: 笼位:hyb压测笼架118377083-3-H 已被使用，请刷新页面: 1</w:t>
      </w:r>
    </w:p>
    <w:p>
      <w:r>
        <w:t>status_500:错误: 笼位:hyb压测笼架118377083-3-I 已被使用，请刷新页面: 1</w:t>
      </w:r>
    </w:p>
    <w:p>
      <w:r>
        <w:t>status_500:错误: 笼位:hyb压测笼架118377083-3-J 已被使用，请刷新页面: 1</w:t>
      </w:r>
    </w:p>
    <w:p>
      <w:r>
        <w:t>status_500:错误: 笼位:hyb压测笼架118377083-4-D 已被使用，请刷新页面: 1</w:t>
      </w:r>
    </w:p>
    <w:p>
      <w:r>
        <w:t>status_500:错误: 笼位:hyb压测笼架118377083-4-E 已被使用，请刷新页面: 1</w:t>
      </w:r>
    </w:p>
    <w:p>
      <w:r>
        <w:t>status_500:错误: 笼位:hyb压测笼架118377083-4-C 已被使用，请刷新页面: 1</w:t>
      </w:r>
    </w:p>
    <w:p>
      <w:r>
        <w:t>status_500:错误: 笼位:hyb压测笼架118377083-5-A 已被使用，请刷新页面: 1</w:t>
      </w:r>
    </w:p>
    <w:p>
      <w:r>
        <w:t>status_500:错误: 笼位:hyb压测笼架118377083-4-J 已被使用，请刷新页面: 1</w:t>
      </w:r>
    </w:p>
    <w:p>
      <w:r>
        <w:t>status_500:错误: 笼位:hyb压测笼架118377083-4-I 已被使用，请刷新页面: 1</w:t>
      </w:r>
    </w:p>
    <w:p>
      <w:r>
        <w:t>status_500:错误: 笼位:hyb压测笼架118377083-4-H 已被使用，请刷新页面: 1</w:t>
      </w:r>
    </w:p>
    <w:p>
      <w:r>
        <w:t>status_500:错误: 笼位:hyb压测笼架118377083-4-G 已被使用，请刷新页面: 1</w:t>
      </w:r>
    </w:p>
    <w:p>
      <w:r>
        <w:t>status_500:错误: 笼位:hyb压测笼架118377083-5-E 已被使用，请刷新页面: 1</w:t>
      </w:r>
    </w:p>
    <w:p>
      <w:r>
        <w:t>status_500:错误: 笼位:hyb压测笼架118377083-5-D 已被使用，请刷新页面: 1</w:t>
      </w:r>
    </w:p>
    <w:p>
      <w:r>
        <w:t>status_500:错误: 笼位:hyb压测笼架118377083-5-C 已被使用，请刷新页面: 1</w:t>
      </w:r>
    </w:p>
    <w:p>
      <w:r>
        <w:t>status_500:错误: 笼位:hyb压测笼架118377083-5-B 已被使用，请刷新页面: 1</w:t>
      </w:r>
    </w:p>
    <w:p>
      <w:r>
        <w:t>status_500:错误: 笼位:hyb压测笼架118377083-5-J 已被使用，请刷新页面: 1</w:t>
      </w:r>
    </w:p>
    <w:p>
      <w:r>
        <w:t>status_500:错误: 笼位:hyb压测笼架118377083-5-G 已被使用，请刷新页面: 1</w:t>
      </w:r>
    </w:p>
    <w:p>
      <w:r>
        <w:t>status_500:错误: 笼位:hyb压测笼架118377083-5-I 已被使用，请刷新页面: 1</w:t>
      </w:r>
    </w:p>
    <w:p>
      <w:r>
        <w:t>status_500:错误: 笼位:hyb压测笼架118377083-5-H 已被使用，请刷新页面: 1</w:t>
      </w:r>
    </w:p>
    <w:p>
      <w:r>
        <w:t>status_500:错误: 笼位:hyb压测笼架118377083-5-F 已被使用，请刷新页面: 1</w:t>
      </w:r>
    </w:p>
    <w:p>
      <w:r>
        <w:t>status_500:错误: 笼位:hyb压测笼架118377083-6-D 已被使用，请刷新页面: 1</w:t>
      </w:r>
    </w:p>
    <w:p>
      <w:r>
        <w:t>status_500:错误: 笼位:hyb压测笼架118377083-6-C 已被使用，请刷新页面: 1</w:t>
      </w:r>
    </w:p>
    <w:p>
      <w:r>
        <w:t>status_500:错误: 笼位:hyb压测笼架118377083-6-B 已被使用，请刷新页面: 1</w:t>
      </w:r>
    </w:p>
    <w:p>
      <w:r>
        <w:t>status_500:错误: 笼位:hyb压测笼架118377083-6-A 已被使用，请刷新页面: 1</w:t>
      </w:r>
    </w:p>
    <w:p>
      <w:r>
        <w:t>status_500:错误: 笼位:hyb压测笼架118377083-6-H 已被使用，请刷新页面: 1</w:t>
      </w:r>
    </w:p>
    <w:p>
      <w:r>
        <w:t>status_500:错误: 笼位:hyb压测笼架118377083-6-G 已被使用，请刷新页面: 1</w:t>
      </w:r>
    </w:p>
    <w:p>
      <w:r>
        <w:t>status_500:错误: 笼位:hyb压测笼架118377083-6-F 已被使用，请刷新页面: 1</w:t>
      </w:r>
    </w:p>
    <w:p>
      <w:r>
        <w:t>status_500:错误: 笼位:hyb压测笼架118377083-6-E 已被使用，请刷新页面: 1</w:t>
      </w:r>
    </w:p>
    <w:p>
      <w:r>
        <w:t>status_500:错误: 笼位:hyb压测笼架118377083-7-B 已被使用，请刷新页面: 1</w:t>
      </w:r>
    </w:p>
    <w:p>
      <w:r>
        <w:t>status_500:错误: 笼位:hyb压测笼架118377083-7-A 已被使用，请刷新页面: 1</w:t>
      </w:r>
    </w:p>
    <w:p>
      <w:r>
        <w:t>status_500:错误: 笼位:hyb压测笼架118377083-6-J 已被使用，请刷新页面: 1</w:t>
      </w:r>
    </w:p>
    <w:p>
      <w:r>
        <w:t>status_500:错误: 笼位:hyb压测笼架118377083-6-I 已被使用，请刷新页面: 1</w:t>
      </w:r>
    </w:p>
    <w:p>
      <w:r>
        <w:t>status_500:错误: 笼位:hyb压测笼架118377083-7-E 已被使用，请刷新页面: 1</w:t>
      </w:r>
    </w:p>
    <w:p>
      <w:r>
        <w:t>status_500:错误: 笼位:hyb压测笼架118377083-7-D 已被使用，请刷新页面: 1</w:t>
      </w:r>
    </w:p>
    <w:p>
      <w:r>
        <w:t>status_500:错误: 笼位:hyb压测笼架118377083-7-C 已被使用，请刷新页面: 1</w:t>
      </w:r>
    </w:p>
    <w:p>
      <w:r>
        <w:t>status_500:错误: 笼位:hyb压测笼架118377083-7-H 已被使用，请刷新页面: 1</w:t>
      </w:r>
    </w:p>
    <w:p>
      <w:r>
        <w:t>status_500:错误: 笼位:hyb压测笼架118377083-7-G 已被使用，请刷新页面: 1</w:t>
      </w:r>
    </w:p>
    <w:p>
      <w:r>
        <w:t>status_500:错误: 笼位:hyb压测笼架118377083-7-F 已被使用，请刷新页面: 1</w:t>
      </w:r>
    </w:p>
    <w:p>
      <w:r>
        <w:t>status_500:错误: 笼位:hyb压测笼架118377083-7-J 已被使用，请刷新页面: 1</w:t>
      </w:r>
    </w:p>
    <w:p>
      <w:r>
        <w:t>status_500:错误: 笼位:hyb压测笼架118377083-7-I 已被使用，请刷新页面: 1</w:t>
      </w:r>
    </w:p>
    <w:p>
      <w:r>
        <w:t>status_500:错误: 笼位:hyb压测笼架118377083-8-A 已被使用，请刷新页面: 1</w:t>
      </w:r>
    </w:p>
    <w:p>
      <w:r>
        <w:t>status_500:错误: 笼位:hyb压测笼架118377083-8-C 已被使用，请刷新页面: 1</w:t>
      </w:r>
    </w:p>
    <w:p>
      <w:r>
        <w:t>status_500:错误: 笼位:hyb压测笼架118377083-8-B 已被使用，请刷新页面: 1</w:t>
      </w:r>
    </w:p>
    <w:p>
      <w:r>
        <w:t>status_500:错误: 笼位:hyb压测笼架118377083-8-D 已被使用，请刷新页面: 1</w:t>
      </w:r>
    </w:p>
    <w:p>
      <w:r>
        <w:t>status_500:错误: 笼位:hyb压测笼架118377083-8-H 已被使用，请刷新页面: 1</w:t>
      </w:r>
    </w:p>
    <w:p>
      <w:r>
        <w:t>status_500:错误: 笼位:hyb压测笼架118377083-8-F 已被使用，请刷新页面: 1</w:t>
      </w:r>
    </w:p>
    <w:p>
      <w:r>
        <w:t>status_500:错误: 笼位:hyb压测笼架118377083-8-G 已被使用，请刷新页面: 1</w:t>
      </w:r>
    </w:p>
    <w:p>
      <w:r>
        <w:t>status_500:错误: 笼位:hyb压测笼架118377083-9-A 已被使用，请刷新页面: 1</w:t>
      </w:r>
    </w:p>
    <w:p>
      <w:r>
        <w:t>status_500:错误: 笼位:hyb压测笼架118377083-8-J 已被使用，请刷新页面: 1</w:t>
      </w:r>
    </w:p>
    <w:p>
      <w:r>
        <w:t>status_500:错误: 笼位:hyb压测笼架118377083-8-I 已被使用，请刷新页面: 1</w:t>
      </w:r>
    </w:p>
    <w:p>
      <w:r>
        <w:t>status_500:错误: 笼位:hyb压测笼架118377083-9-B 已被使用，请刷新页面: 1</w:t>
      </w:r>
    </w:p>
    <w:p>
      <w:r>
        <w:t>status_500:错误: 笼位:hyb压测笼架118377083-9-F 已被使用，请刷新页面: 1</w:t>
      </w:r>
    </w:p>
    <w:p>
      <w:r>
        <w:t>status_500:错误: 笼位:hyb压测笼架118377083-9-E 已被使用，请刷新页面: 1</w:t>
      </w:r>
    </w:p>
    <w:p>
      <w:r>
        <w:t>status_500:错误: 笼位:hyb压测笼架118377083-9-C 已被使用，请刷新页面: 1</w:t>
      </w:r>
    </w:p>
    <w:p>
      <w:r>
        <w:t>status_500:错误: 笼位:hyb压测笼架118377083-9-D 已被使用，请刷新页面: 1</w:t>
      </w:r>
    </w:p>
    <w:p>
      <w:r>
        <w:t>status_500:错误: 笼位:hyb压测笼架118377083-9-J 已被使用，请刷新页面: 1</w:t>
      </w:r>
    </w:p>
    <w:p>
      <w:r>
        <w:t>status_500:错误: 笼位:hyb压测笼架118377083-9-G 已被使用，请刷新页面: 1</w:t>
      </w:r>
    </w:p>
    <w:p>
      <w:r>
        <w:t>status_500:错误: 笼位:hyb压测笼架118377083-9-I 已被使用，请刷新页面: 1</w:t>
      </w:r>
    </w:p>
    <w:p>
      <w:r>
        <w:t>status_500:错误: 笼位:hyb压测笼架118377083-10-D 已被使用，请刷新页面: 1</w:t>
      </w:r>
    </w:p>
    <w:p>
      <w:r>
        <w:t>status_500:错误: 笼位:hyb压测笼架118377083-9-H 已被使用，请刷新页面: 1</w:t>
      </w:r>
    </w:p>
    <w:p>
      <w:r>
        <w:t>status_500:错误: 笼位:hyb压测笼架118377083-10-A 已被使用，请刷新页面: 1</w:t>
      </w:r>
    </w:p>
    <w:p>
      <w:r>
        <w:t>status_500:错误: 笼位:hyb压测笼架118377083-10-B 已被使用，请刷新页面: 1</w:t>
      </w:r>
    </w:p>
    <w:p>
      <w:r>
        <w:t>status_500:错误: 笼位:hyb压测笼架118377083-10-F 已被使用，请刷新页面: 1</w:t>
      </w:r>
    </w:p>
    <w:p>
      <w:r>
        <w:t>status_500:错误: 笼位:hyb压测笼架118377083-10-C 已被使用，请刷新页面: 1</w:t>
      </w:r>
    </w:p>
    <w:p>
      <w:r>
        <w:t>status_500:错误: 笼位:hyb压测笼架118377083-10-E 已被使用，请刷新页面: 1</w:t>
      </w:r>
    </w:p>
    <w:p>
      <w:r>
        <w:t>status_500:错误: 笼位:hyb压测笼架118377083-10-I 已被使用，请刷新页面: 1</w:t>
      </w:r>
    </w:p>
    <w:p>
      <w:r>
        <w:t>status_500:错误: 笼位:hyb压测笼架118377083-10-J 已被使用，请刷新页面: 1</w:t>
      </w:r>
    </w:p>
    <w:p>
      <w:r>
        <w:t>status_500:错误: 笼位:hyb压测笼架118377083-10-G 已被使用，请刷新页面: 1</w:t>
      </w:r>
    </w:p>
    <w:p>
      <w:r>
        <w:t>status_500:错误: 笼位:hyb压测笼架102115484-1-C 已被使用，请刷新页面: 1</w:t>
      </w:r>
    </w:p>
    <w:p>
      <w:r>
        <w:t>status_500:错误: 笼位:hyb压测笼架118377083-10-H 已被使用，请刷新页面: 1</w:t>
      </w:r>
    </w:p>
    <w:p>
      <w:r>
        <w:t>status_500:错误: 笼位:hyb压测笼架102115484-1-F 已被使用，请刷新页面: 1</w:t>
      </w:r>
    </w:p>
    <w:p>
      <w:r>
        <w:t>status_500:错误: 笼位:hyb压测笼架102115484-1-A 已被使用，请刷新页面: 1</w:t>
      </w:r>
    </w:p>
    <w:p>
      <w:r>
        <w:t>status_500:错误: 笼位:hyb压测笼架102115484-1-B 已被使用，请刷新页面: 1</w:t>
      </w:r>
    </w:p>
    <w:p>
      <w:r>
        <w:t>status_500:错误: 笼位:hyb压测笼架102115484-1-I 已被使用，请刷新页面: 1</w:t>
      </w:r>
    </w:p>
    <w:p>
      <w:r>
        <w:t>status_500:错误: 笼位:hyb压测笼架102115484-1-D 已被使用，请刷新页面: 1</w:t>
      </w:r>
    </w:p>
    <w:p>
      <w:r>
        <w:t>status_500:错误: 笼位:hyb压测笼架102115484-1-E 已被使用，请刷新页面: 1</w:t>
      </w:r>
    </w:p>
    <w:p>
      <w:r>
        <w:t>status_500:错误: 笼位:hyb压测笼架102115484-1-H 已被使用，请刷新页面: 1</w:t>
      </w:r>
    </w:p>
    <w:p>
      <w:r>
        <w:t>status_500:错误: 笼位:hyb压测笼架102115484-1-G 已被使用，请刷新页面: 1</w:t>
      </w:r>
    </w:p>
    <w:p>
      <w:r>
        <w:t>status_404:&lt;html&gt;</w:t>
        <w:br/>
        <w:br/>
        <w:t>&lt;head&gt;&lt;title&gt;404 Not Found&lt;/title&gt;&lt;/head&gt;</w:t>
        <w:br/>
        <w:br/>
        <w:t>&lt;body&gt;</w:t>
        <w:br/>
        <w:br/>
        <w:t>&lt;center&gt;&lt;h1&gt;404 Not Found&lt;/h1&gt;&lt;/center&gt;</w:t>
        <w:br/>
        <w:br/>
        <w:t>&lt;hr&gt;&lt;center&gt;nginx/1.26.2&lt;/center&gt;</w:t>
        <w:br/>
        <w:br/>
        <w:t>&lt;/body&gt;</w:t>
        <w:br/>
        <w:br/>
        <w:t>&lt;/html&gt;</w:t>
        <w:br/>
        <w:br/>
        <w:t>: 425</w:t>
      </w:r>
    </w:p>
    <w:p>
      <w:r>
        <w:t>status_500:错误: 笼位:hyb压测笼架102115484-2-B 已被使用，请刷新页面: 1</w:t>
      </w:r>
    </w:p>
    <w:p>
      <w:r>
        <w:t>status_500:错误: 笼位:hyb压测笼架102115484-2-A 已被使用，请刷新页面: 1</w:t>
      </w:r>
    </w:p>
    <w:p>
      <w:r>
        <w:t>status_500:错误: 笼位:hyb压测笼架102115484-2-D 已被使用，请刷新页面: 1</w:t>
      </w:r>
    </w:p>
    <w:p>
      <w:r>
        <w:t>status_500:错误: 笼位:hyb压测笼架102115484-1-J 已被使用，请刷新页面: 1</w:t>
      </w:r>
    </w:p>
    <w:p>
      <w:r>
        <w:t>status_500:错误: 笼位:hyb压测笼架102115484-2-F 已被使用，请刷新页面: 1</w:t>
      </w:r>
    </w:p>
    <w:p>
      <w:r>
        <w:t>status_500:错误: 笼位:hyb压测笼架102115484-2-C 已被使用，请刷新页面: 1</w:t>
      </w:r>
    </w:p>
    <w:p>
      <w:r>
        <w:t>status_500:错误: 笼位:hyb压测笼架102115484-2-E 已被使用，请刷新页面: 1</w:t>
      </w:r>
    </w:p>
    <w:p>
      <w:r>
        <w:t>status_500:错误: 笼位:hyb压测笼架102115484-2-G 已被使用，请刷新页面: 1</w:t>
      </w:r>
    </w:p>
    <w:p>
      <w:r>
        <w:t>status_500:错误: 笼位:hyb压测笼架102115484-2-J 已被使用，请刷新页面: 1</w:t>
      </w:r>
    </w:p>
    <w:p>
      <w:r>
        <w:t>status_500:错误: 笼位:hyb压测笼架102115484-2-I 已被使用，请刷新页面: 1</w:t>
      </w:r>
    </w:p>
    <w:p>
      <w:r>
        <w:t>status_500:错误: 笼位:hyb压测笼架102115484-2-H 已被使用，请刷新页面: 1</w:t>
      </w:r>
    </w:p>
    <w:p>
      <w:r>
        <w:t>status_500:错误: 笼位:hyb压测笼架102115484-3-A 已被使用，请刷新页面: 1</w:t>
      </w:r>
    </w:p>
    <w:p>
      <w:r>
        <w:t>status_500:错误: 笼位:hyb压测笼架102115484-3-B 已被使用，请刷新页面: 1</w:t>
      </w:r>
    </w:p>
    <w:p>
      <w:r>
        <w:t>status_500:错误: 笼位:hyb压测笼架102115484-3-D 已被使用，请刷新页面: 1</w:t>
      </w:r>
    </w:p>
    <w:p>
      <w:r>
        <w:t>status_500:错误: 笼位:hyb压测笼架102115484-3-C 已被使用，请刷新页面: 1</w:t>
      </w:r>
    </w:p>
    <w:p>
      <w:r>
        <w:t>status_500:错误: 笼位:hyb压测笼架102115484-3-E 已被使用，请刷新页面: 1</w:t>
      </w:r>
    </w:p>
    <w:p>
      <w:r>
        <w:t>status_500:错误: 笼位:hyb压测笼架102115484-3-F 已被使用，请刷新页面: 1</w:t>
      </w:r>
    </w:p>
    <w:p>
      <w:r>
        <w:t>status_500:错误: 笼位:hyb压测笼架102115484-3-G 已被使用，请刷新页面: 1</w:t>
      </w:r>
    </w:p>
    <w:p>
      <w:r>
        <w:t>status_500:错误: 笼位:hyb压测笼架102115484-3-H 已被使用，请刷新页面: 1</w:t>
      </w:r>
    </w:p>
    <w:p>
      <w:r>
        <w:t>TimeoutError:: 11</w:t>
      </w:r>
    </w:p>
    <w:p>
      <w:r>
        <w:t>status_500:错误: 笼位:hyb压测笼架102115484-9-F 已被使用，请刷新页面: 1</w:t>
      </w:r>
    </w:p>
    <w:p>
      <w:r>
        <w:t>status_500:错误: 笼位:hyb压测笼架102115484-10-B 已被使用，请刷新页面: 1</w:t>
      </w:r>
    </w:p>
    <w:p>
      <w:r>
        <w:t>status_500:错误: 笼位:hyb压测笼架102115484-10-A 已被使用，请刷新页面: 1</w:t>
      </w:r>
    </w:p>
    <w:p>
      <w:r>
        <w:t>status_500:错误: 笼位:hyb压测笼架102115484-9-I 已被使用，请刷新页面: 1</w:t>
      </w:r>
    </w:p>
    <w:p>
      <w:r>
        <w:t>status_500:错误: 笼位:hyb压测笼架102115484-9-J 已被使用，请刷新页面: 1</w:t>
      </w:r>
    </w:p>
    <w:p>
      <w:r>
        <w:t>status_500:错误: 笼位:hyb压测笼架102115484-10-F 已被使用，请刷新页面: 1</w:t>
      </w:r>
    </w:p>
    <w:p>
      <w:r>
        <w:t>status_500:错误: 笼位:hyb压测笼架102115484-10-E 已被使用，请刷新页面: 1</w:t>
      </w:r>
    </w:p>
    <w:p>
      <w:r>
        <w:t>status_500:错误: 笼位:hyb压测笼架102115484-10-D 已被使用，请刷新页面: 1</w:t>
      </w:r>
    </w:p>
    <w:p>
      <w:r>
        <w:t>status_500:错误: 笼位:hyb压测笼架102115484-10-G 已被使用，请刷新页面: 1</w:t>
      </w:r>
    </w:p>
    <w:p>
      <w:r>
        <w:t>status_500:错误: 笼位:hyb压测笼架102115484-10-H 已被使用，请刷新页面: 1</w:t>
      </w:r>
    </w:p>
    <w:p>
      <w:r>
        <w:t>status_500:错误: 笼位:hyb压测笼架111338636-1-A 已被使用，请刷新页面: 1</w:t>
      </w:r>
    </w:p>
    <w:p>
      <w:r>
        <w:t>status_500:错误: 笼位:hyb压测笼架102115484-10-J 已被使用，请刷新页面: 1</w:t>
      </w:r>
    </w:p>
    <w:p>
      <w:r>
        <w:t>status_500:错误: 笼位:hyb压测笼架102115484-10-I 已被使用，请刷新页面: 1</w:t>
      </w:r>
    </w:p>
    <w:p>
      <w:r>
        <w:t>status_500:错误: 笼位:hyb压测笼架111338636-1-D 已被使用，请刷新页面: 1</w:t>
      </w:r>
    </w:p>
    <w:p>
      <w:r>
        <w:t>status_500:错误: 笼位:hyb压测笼架111338636-1-C 已被使用，请刷新页面: 1</w:t>
      </w:r>
    </w:p>
    <w:p>
      <w:r>
        <w:t>status_500:错误: 笼位:hyb压测笼架111338636-1-B 已被使用，请刷新页面: 1</w:t>
      </w:r>
    </w:p>
    <w:p>
      <w:r>
        <w:t>status_500:错误: 笼位:hyb压测笼架111338636-1-F 已被使用，请刷新页面: 1</w:t>
      </w:r>
    </w:p>
    <w:p>
      <w:r>
        <w:t>status_500:错误: 笼位:hyb压测笼架111338636-1-G 已被使用，请刷新页面: 1</w:t>
      </w:r>
    </w:p>
    <w:p>
      <w:r>
        <w:t>status_500:错误: 笼位:hyb压测笼架111338636-2-A 已被使用，请刷新页面: 1</w:t>
      </w:r>
    </w:p>
    <w:p>
      <w:r>
        <w:t>status_500:错误: 笼位:hyb压测笼架111338636-1-J 已被使用，请刷新页面: 1</w:t>
      </w:r>
    </w:p>
    <w:p>
      <w:r>
        <w:t>status_500:错误: 笼位:hyb压测笼架111338636-1-I 已被使用，请刷新页面: 1</w:t>
      </w:r>
    </w:p>
    <w:p>
      <w:r>
        <w:t>status_500:错误: 笼位:hyb压测笼架111338636-2-C 已被使用，请刷新页面: 1</w:t>
      </w:r>
    </w:p>
    <w:p>
      <w:r>
        <w:t>status_500:错误: 笼位:hyb压测笼架111338636-2-E 已被使用，请刷新页面: 1</w:t>
      </w:r>
    </w:p>
    <w:p>
      <w:r>
        <w:t>status_500:错误: 笼位:hyb压测笼架111338636-2-F 已被使用，请刷新页面: 1</w:t>
      </w:r>
    </w:p>
    <w:p>
      <w:r>
        <w:t>status_500:错误: 笼位:hyb压测笼架111338636-2-G 已被使用，请刷新页面: 1</w:t>
      </w:r>
    </w:p>
    <w:p>
      <w:r>
        <w:t>status_500:错误: 笼位:hyb压测笼架111338636-2-H 已被使用，请刷新页面: 1</w:t>
      </w:r>
    </w:p>
    <w:p>
      <w:r>
        <w:t>status_500:错误: 笼位:hyb压测笼架111338636-2-J 已被使用，请刷新页面: 1</w:t>
      </w:r>
    </w:p>
    <w:p>
      <w:r>
        <w:t>status_500:错误: 笼位:hyb压测笼架111338636-3-A 已被使用，请刷新页面: 1</w:t>
      </w:r>
    </w:p>
    <w:p>
      <w:r>
        <w:t>status_500:错误: 笼位:hyb压测笼架111338636-3-C 已被使用，请刷新页面: 1</w:t>
      </w:r>
    </w:p>
    <w:p>
      <w:r>
        <w:t>status_500:错误: 笼位:hyb压测笼架111338636-3-F 已被使用，请刷新页面: 1</w:t>
      </w:r>
    </w:p>
    <w:p>
      <w:r>
        <w:t>status_500:错误: 笼位:hyb压测笼架111338636-3-J 已被使用，请刷新页面: 1</w:t>
      </w:r>
    </w:p>
    <w:p>
      <w:r>
        <w:t>status_500:错误: 笼位:hyb压测笼架111338636-4-B 已被使用，请刷新页面: 1</w:t>
      </w:r>
    </w:p>
    <w:p>
      <w:r>
        <w:t>status_500:错误: 笼位:hyb压测笼架111338636-4-E 已被使用，请刷新页面: 1</w:t>
      </w:r>
    </w:p>
    <w:p>
      <w:r>
        <w:t>status_500:错误: 笼位:hyb压测笼架111338636-4-J 已被使用，请刷新页面: 1</w:t>
      </w:r>
    </w:p>
    <w:p>
      <w:r>
        <w:t>status_500:错误: 笼位:hyb压测笼架111338636-5-D 已被使用，请刷新页面: 1</w:t>
      </w:r>
    </w:p>
    <w:p>
      <w:r>
        <w:t>status_500:错误: 笼位:hyb压测笼架111338636-5-C 已被使用，请刷新页面: 1</w:t>
      </w:r>
    </w:p>
    <w:p>
      <w:r>
        <w:t>status_500:错误: 笼位:hyb压测笼架111338636-5-F 已被使用，请刷新页面: 1</w:t>
      </w:r>
    </w:p>
    <w:p>
      <w:r>
        <w:t>status_500:错误: 笼位:hyb压测笼架111338636-5-J 已被使用，请刷新页面: 1</w:t>
      </w:r>
    </w:p>
    <w:p>
      <w:r>
        <w:t>status_500:错误: 笼位:hyb压测笼架111338636-5-I 已被使用，请刷新页面: 1</w:t>
      </w:r>
    </w:p>
    <w:p>
      <w:r>
        <w:t>status_500:错误: 笼位:hyb压测笼架111338636-6-D 已被使用，请刷新页面: 1</w:t>
      </w:r>
    </w:p>
    <w:p>
      <w:r>
        <w:t>status_500:错误: 笼位:hyb压测笼架111338636-6-C 已被使用，请刷新页面: 1</w:t>
      </w:r>
    </w:p>
    <w:p>
      <w:r>
        <w:t>status_500:错误: 笼位:hyb压测笼架111338636-6-B 已被使用，请刷新页面: 1</w:t>
      </w:r>
    </w:p>
    <w:p>
      <w:r>
        <w:t>status_500:错误: 笼位:hyb压测笼架111338636-6-G 已被使用，请刷新页面: 1</w:t>
      </w:r>
    </w:p>
    <w:p>
      <w:r>
        <w:t>status_500:错误: 笼位:hyb压测笼架111338636-6-F 已被使用，请刷新页面: 1</w:t>
      </w:r>
    </w:p>
    <w:p>
      <w:r>
        <w:t>status_500:错误: 笼位:hyb压测笼架111338636-6-E 已被使用，请刷新页面: 1</w:t>
      </w:r>
    </w:p>
    <w:p>
      <w:r>
        <w:t>status_500:错误: 笼位:hyb压测笼架111338636-6-J 已被使用，请刷新页面: 1</w:t>
      </w:r>
    </w:p>
    <w:p>
      <w:r>
        <w:t>status_500:错误: 笼位:hyb压测笼架111338636-6-I 已被使用，请刷新页面: 1</w:t>
      </w:r>
    </w:p>
    <w:p>
      <w:r>
        <w:t>status_500:错误: 笼位:hyb压测笼架111338636-6-H 已被使用，请刷新页面: 1</w:t>
      </w:r>
    </w:p>
    <w:p>
      <w:r>
        <w:t>status_500:错误: 笼位:hyb压测笼架111338636-7-C 已被使用，请刷新页面: 1</w:t>
      </w:r>
    </w:p>
    <w:p>
      <w:r>
        <w:t>status_500:错误: 笼位:hyb压测笼架111338636-7-D 已被使用，请刷新页面: 1</w:t>
      </w:r>
    </w:p>
    <w:p>
      <w:r>
        <w:t>status_500:错误: 笼位:hyb压测笼架111338636-7-B 已被使用，请刷新页面: 1</w:t>
      </w:r>
    </w:p>
    <w:p>
      <w:r>
        <w:t>status_500:错误: 笼位:hyb压测笼架111338636-7-A 已被使用，请刷新页面: 1</w:t>
      </w:r>
    </w:p>
    <w:p>
      <w:r>
        <w:t>status_500:错误: 笼位:hyb压测笼架111338636-7-F 已被使用，请刷新页面: 1</w:t>
      </w:r>
    </w:p>
    <w:p>
      <w:r>
        <w:t>status_500:错误: 笼位:hyb压测笼架111338636-7-G 已被使用，请刷新页面: 1</w:t>
      </w:r>
    </w:p>
    <w:p>
      <w:r>
        <w:t>status_500:错误: 笼位:hyb压测笼架111338636-7-E 已被使用，请刷新页面: 1</w:t>
      </w:r>
    </w:p>
    <w:p>
      <w:r>
        <w:t>status_500:错误: 笼位:hyb压测笼架111338636-7-I 已被使用，请刷新页面: 1</w:t>
      </w:r>
    </w:p>
    <w:p>
      <w:r>
        <w:t>status_500:错误: 笼位:hyb压测笼架111338636-7-H 已被使用，请刷新页面: 1</w:t>
      </w:r>
    </w:p>
    <w:p>
      <w:r>
        <w:t>status_500:错误: 笼位:hyb压测笼架111338636-7-J 已被使用，请刷新页面: 1</w:t>
      </w:r>
    </w:p>
    <w:p>
      <w:r>
        <w:t>status_500:错误: 笼位:hyb压测笼架111338636-8-A 已被使用，请刷新页面: 1</w:t>
      </w:r>
    </w:p>
    <w:p>
      <w:r>
        <w:t>status_500:错误: 笼位:hyb压测笼架111338636-8-B 已被使用，请刷新页面: 1</w:t>
      </w:r>
    </w:p>
    <w:p>
      <w:r>
        <w:t>status_500:错误: 笼位:hyb压测笼架111338636-8-C 已被使用，请刷新页面: 1</w:t>
      </w:r>
    </w:p>
    <w:p>
      <w:r>
        <w:t>status_500:错误: 笼位:hyb压测笼架111338636-8-D 已被使用，请刷新页面: 1</w:t>
      </w:r>
    </w:p>
    <w:p>
      <w:r>
        <w:t>status_500:错误: 笼位:hyb压测笼架111338636-8-E 已被使用，请刷新页面: 1</w:t>
      </w:r>
    </w:p>
    <w:p>
      <w:r>
        <w:t>status_500:错误: 笼位:hyb压测笼架111338636-8-F 已被使用，请刷新页面: 1</w:t>
      </w:r>
    </w:p>
    <w:p>
      <w:r>
        <w:t>status_500:错误: 笼位:hyb压测笼架111338636-8-G 已被使用，请刷新页面: 1</w:t>
      </w:r>
    </w:p>
    <w:p>
      <w:r>
        <w:t>status_408:您的token已经超时，请刷新token重新获取！: 164347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60101_033923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60101_033923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2025-12-31 11:23:28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2902.9784202575684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笼位:103-3-3-D 已被使用，请刷新页面</w:t>
            </w:r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2025-12-31 11:23:28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3055.9661388397217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笼位:103-3-3-E 已被使用，请刷新页面</w:t>
            </w:r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2025-12-31 11:23:28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3236.980438232422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笼位:103-3-4-D 已被使用，请刷新页面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2025-12-31 11:23:28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3327.98171043396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笼位:103-3-1-B 已被使用，请刷新页面</w:t>
            </w:r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2025-12-31 11:23:28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3447.9823112487793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笼位:103-3-2-B 已被使用，请刷新页面</w:t>
            </w:r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2813.403606414795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笼位:103-3-1-C 已被使用，请刷新页面</w:t>
            </w:r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2983.4961891174316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笼位:103-2-1-F 已被使用，请刷新页面</w:t>
            </w:r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3136.4874839782715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笼位:103-3-3-A 已被使用，请刷新页面</w:t>
            </w:r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3270.4949378967285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笼位:103-3-1-F 已被使用，请刷新页面</w:t>
            </w:r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3385.4963779449463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笼位:103-3-6-B 已被使用，请刷新页面</w:t>
            </w:r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3569.4961547851562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笼位:103-3-4-A 已被使用，请刷新页面</w:t>
            </w:r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2854.804754257202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笼位:103-3-2-E 已被使用，请刷新页面</w:t>
            </w:r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3031.4908027648926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笼位:103-3-6-D 已被使用，请刷新页面</w:t>
            </w:r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3155.489921569824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笼位:103-3-5-F 已被使用，请刷新页面</w:t>
            </w:r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3302.489995956421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笼位:103-2-2-D 已被使用，请刷新页面</w:t>
            </w:r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3434.4847202301025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笼位:103-3-3-C 已被使用，请刷新页面</w:t>
            </w:r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3573.490858078003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笼位:103-3-5-D 已被使用，请刷新页面</w:t>
            </w:r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2854.1667461395264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笼位:103-3-2-F 已被使用，请刷新页面</w:t>
            </w:r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2025-12-31 11:23:29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3019.733190536499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笼位:103-3-6-E 已被使用，请刷新页面</w:t>
            </w:r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3205.8639526367188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笼位:103-3-4-B 已被使用，请刷新页面</w:t>
            </w:r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3313.8623237609863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笼位:103-2-2-A 已被使用，请刷新页面</w:t>
            </w:r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3431.8604469299316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笼位:103-3-4-C 已被使用，请刷新页面</w:t>
            </w:r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3607.8946590423584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笼位:103-2-4-A 已被使用，请刷新页面</w:t>
            </w:r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2914.7331714630127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笼位:201-1-3-E 已被使用，请刷新页面</w:t>
            </w:r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3062.7334117889404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笼位:201-1-2-A 已被使用，请刷新页面</w:t>
            </w:r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3177.7336597442627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笼位:103-2-1-D 已被使用，请刷新页面</w:t>
            </w:r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3342.733383178711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笼位:103-3-1-D 已被使用，请刷新页面</w:t>
            </w:r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3471.736431121826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笼位:103-3-2-D 已被使用，请刷新页面</w:t>
            </w:r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3591.73583984375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笼位:103-3-2-A 已被使用，请刷新页面</w:t>
            </w:r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2889.1940116882324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笼位:103-2-2-E 已被使用，请刷新页面</w:t>
            </w:r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3071.280002593994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笼位:103-2-2-F 已被使用，请刷新页面</w:t>
            </w:r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3217.9949283599854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笼位:103-1-1-D 已被使用，请刷新页面</w:t>
            </w:r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2025-12-31 11:23:30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3353.907823562622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笼位:103-3-6-C 已被使用，请刷新页面</w:t>
            </w:r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3446.605443954468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笼位:103-2-1-E 已被使用，请刷新页面</w:t>
            </w:r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3634.876251220703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笼位:103-3-3-B 已被使用，请刷新页面</w:t>
            </w:r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2908.087968826294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笼位:201-1-4-A 已被使用，请刷新页面</w:t>
            </w:r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3070.2452659606934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笼位:103-2-4-E 已被使用，请刷新页面</w:t>
            </w:r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3186.920166015625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笼位:103-3-5-E 已被使用，请刷新页面</w:t>
            </w:r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3369.2758083343506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笼位:103-2-1-C 已被使用，请刷新页面</w:t>
            </w:r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3476.198673248291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笼位:103-3-5-A 已被使用，请刷新页面</w:t>
            </w:r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3678.3218383789062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笼位:201-1-2-C 已被使用，请刷新页面</w:t>
            </w:r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2976.185083389282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笼位:103-2-4-F 已被使用，请刷新页面</w:t>
            </w:r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3138.190746307373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笼位:103-2-5-E 已被使用，请刷新页面</w:t>
            </w:r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3279.2766094207764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笼位:103-2-1-B 已被使用，请刷新页面</w:t>
            </w:r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3407.2823524475098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笼位:201-1-5-D 已被使用，请刷新页面</w:t>
            </w:r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3565.7780170440674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笼位:201-1-1-E 已被使用，请刷新页面</w:t>
            </w:r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2025-12-31 11:23:31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2916.2652492523193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笼位:103-1-1-C 已被使用，请刷新页面</w:t>
            </w:r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3099.280834197998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笼位:201-1-5-A 已被使用，请刷新页面</w:t>
            </w:r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3238.250494003296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笼位:103-3-6-F 已被使用，请刷新页面</w:t>
            </w:r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3375.5571842193604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笼位:103-2-5-A 已被使用，请刷新页面</w:t>
            </w:r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3459.757089614868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笼位:103-3-1-E 已被使用，请刷新页面</w:t>
            </w:r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3644.801139831543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笼位:103-3-3-F 已被使用，请刷新页面</w:t>
            </w:r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2887.2830867767334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笼位:201-1-4-D 已被使用，请刷新页面</w:t>
            </w:r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3047.281265258789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笼位:103-3-5-C 已被使用，请刷新页面</w:t>
            </w:r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3202.859878540039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笼位:103-2-3-D 已被使用，请刷新页面</w:t>
            </w:r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3384.8628997802734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笼位:201-1-5-B 已被使用，请刷新页面</w:t>
            </w:r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3501.861333847046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笼位:103-2-2-C 已被使用，请刷新页面</w:t>
            </w:r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3643.7289714813232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笼位:103-2-4-C 已被使用，请刷新页面</w:t>
            </w:r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2887.834310531616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笼位:201-1-2-E 已被使用，请刷新页面</w:t>
            </w:r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2025-12-31 11:23:32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3043.2260036468506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笼位:103-3-4-E 已被使用，请刷新页面</w:t>
            </w:r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3180.6185245513916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笼位:103-2-4-B 已被使用，请刷新页面</w:t>
            </w:r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3346.6885089874268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笼位:103-2-4-D 已被使用，请刷新页面</w:t>
            </w:r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3462.6479148864746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笼位:103-2-2-B 已被使用，请刷新页面</w:t>
            </w:r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3595.174551010132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笼位:103-2-3-E 已被使用，请刷新页面</w:t>
            </w:r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2838.7742042541504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笼位:103-3-4-F 已被使用，请刷新页面</w:t>
            </w:r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2998.812675476074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笼位:201-1-1-B 已被使用，请刷新页面</w:t>
            </w:r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3154.191017150879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笼位:201-1-4-E 已被使用，请刷新页面</w:t>
            </w:r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3297.152519226074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笼位:103-1-1-B 已被使用，请刷新页面</w:t>
            </w:r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3426.304340362549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笼位:103-3-2-C 已被使用，请刷新页面</w:t>
            </w:r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3582.742214202881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笼位:201-1-4-B 已被使用，请刷新页面</w:t>
            </w:r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2844.338893890381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笼位:103-3-5-B 已被使用，请刷新页面</w:t>
            </w:r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3001.2667179107666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笼位:103-2-1-A 已被使用，请刷新页面</w:t>
            </w:r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3179.87322807312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笼位:103-2-3-A 已被使用，请刷新页面</w:t>
            </w:r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3309.9231719970703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笼位:103-1-1-A 已被使用，请刷新页面</w:t>
            </w:r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2025-12-31 11:23:33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3423.5801696777344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笼位:103-2-6-C 已被使用，请刷新页面</w:t>
            </w:r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3592.3361778259277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笼位:103-2-5-C 已被使用，请刷新页面</w:t>
            </w:r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2952.2364139556885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笼位:201-1-3-A 已被使用，请刷新页面</w:t>
            </w:r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3077.4295330047607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笼位:201-1-5-C 已被使用，请刷新页面</w:t>
            </w:r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3247.1067905426025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笼位:103-2-6-A 已被使用，请刷新页面</w:t>
            </w:r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3379.674196243286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笼位:103-2-6-F 已被使用，请刷新页面</w:t>
            </w:r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3528.583526611328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笼位:103-2-6-E 已被使用，请刷新页面</w:t>
            </w:r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2955.2574157714844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笼位:201-1-1-A 已被使用，请刷新页面</w:t>
            </w:r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3125.3819465637207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笼位:201-1-1-D 已被使用，请刷新页面</w:t>
            </w:r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3267.723321914673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笼位:201-1-3-D 已被使用，请刷新页面</w:t>
            </w:r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3457.716941833496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笼位:201-1-2-D 已被使用，请刷新页面</w:t>
            </w:r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2887.737989425659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笼位:201-1-3-C 已被使用，请刷新页面</w:t>
            </w:r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2989.0599250793457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笼位:201-1-4-C 已被使用，请刷新页面</w:t>
            </w:r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2025-12-31 11:23:34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3161.170482635498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笼位:201-1-5-E 已被使用，请刷新页面</w:t>
            </w:r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3303.252935409546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笼位:201-1-1-C 已被使用，请刷新页面</w:t>
            </w:r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3429.2562007904053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笼位:103-2-3-F 已被使用，请刷新页面</w:t>
            </w:r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2820.6605911254883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笼位:103-2-5-D 已被使用，请刷新页面</w:t>
            </w:r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2923.6645698547363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笼位:103-2-6-D 已被使用，请刷新页面</w:t>
            </w:r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3079.880475997925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笼位:103-2-3-B 已被使用，请刷新页面</w:t>
            </w:r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3243.2141304016113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笼位:201-1-2-B 已被使用，请刷新页面</w:t>
            </w:r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3359.178304672241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笼位:201-1-3-B 已被使用，请刷新页面</w:t>
            </w:r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3480.2558422088623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笼位:103-2-5-B 已被使用，请刷新页面</w:t>
            </w:r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4275.936841964722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笼位:103-2-3-C 已被使用，请刷新页面</w:t>
            </w:r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3081.8934440612793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笼位:103-2-6-B 已被使用，请刷新页面</w:t>
            </w:r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3224.87211227417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笼位:103-3-6-A 已被使用，请刷新页面</w:t>
            </w:r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2025-12-31 11:23:35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3380.441665649414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status_500:错误: 笼位:103-2-5-F 已被使用，请刷新页面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