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压测详细报告</w:t>
      </w:r>
    </w:p>
    <w:p>
      <w:r>
        <w:t>生成时间：2025-12-31 11:22:15</w:t>
      </w:r>
    </w:p>
    <w:p>
      <w:pPr>
        <w:pStyle w:val="Heading2"/>
      </w:pPr>
      <w:r>
        <w:t>摘要</w:t>
      </w:r>
    </w:p>
    <w:p>
      <w:r>
        <w:t>总请求数：10  成功：0  失败：10  成功率：0.00%</w:t>
      </w:r>
    </w:p>
    <w:p>
      <w:r>
        <w:t>总耗时(秒)：0.78  平均吞吐(req/s)：12.89</w:t>
      </w:r>
    </w:p>
    <w:p>
      <w:pPr>
        <w:pStyle w:val="Heading2"/>
      </w:pPr>
      <w:r>
        <w:t>响应时间统计 (ms)</w:t>
      </w:r>
    </w:p>
    <w:p>
      <w:r>
        <w:t>最小：181.67  最大：216.76  平均：199.31</w:t>
      </w:r>
    </w:p>
    <w:p>
      <w:r>
        <w:t>P50：202.05  P90：215.87  P95：216.32  P99：216.67</w:t>
      </w:r>
    </w:p>
    <w:p>
      <w:pPr>
        <w:pStyle w:val="Heading2"/>
      </w:pPr>
      <w:r>
        <w:t>状态码分布</w:t>
      </w:r>
    </w:p>
    <w:p>
      <w:r>
        <w:t>0: 10</w:t>
      </w:r>
    </w:p>
    <w:p>
      <w:pPr>
        <w:pStyle w:val="Heading2"/>
      </w:pPr>
      <w:r>
        <w:t>错误汇总</w:t>
      </w:r>
    </w:p>
    <w:p>
      <w:r>
        <w:t>status_500:错误: 笼位:103-3-2-E 已被使用，请刷新页面: 1</w:t>
      </w:r>
    </w:p>
    <w:p>
      <w:r>
        <w:t>status_500:错误: 笼位:103-3-1-C 已被使用，请刷新页面: 1</w:t>
      </w:r>
    </w:p>
    <w:p>
      <w:r>
        <w:t>status_500:错误: 笼位:103-3-1-B 已被使用，请刷新页面: 1</w:t>
      </w:r>
    </w:p>
    <w:p>
      <w:r>
        <w:t>status_500:错误: 笼位:103-3-2-C 已被使用，请刷新页面: 1</w:t>
      </w:r>
    </w:p>
    <w:p>
      <w:r>
        <w:t>status_500:错误: 笼位:103-3-1-F 已被使用，请刷新页面: 1</w:t>
      </w:r>
    </w:p>
    <w:p>
      <w:r>
        <w:t>status_500:错误: 笼位:103-3-2-A 已被使用，请刷新页面: 1</w:t>
      </w:r>
    </w:p>
    <w:p>
      <w:r>
        <w:t>status_500:错误: 笼位:103-3-2-D 已被使用，请刷新页面: 1</w:t>
      </w:r>
    </w:p>
    <w:p>
      <w:r>
        <w:t>status_500:错误: 笼位:103-3-2-B 已被使用，请刷新页面: 1</w:t>
      </w:r>
    </w:p>
    <w:p>
      <w:r>
        <w:t>status_500:错误: 笼位:103-3-1-E 已被使用，请刷新页面: 1</w:t>
      </w:r>
    </w:p>
    <w:p>
      <w:r>
        <w:t>status_500:错误: 笼位:103-3-1-D 已被使用，请刷新页面: 1</w:t>
      </w:r>
    </w:p>
    <w:p>
      <w:pPr>
        <w:pStyle w:val="Heading2"/>
      </w:pPr>
      <w:r>
        <w:t>latency_hist</w:t>
      </w:r>
    </w:p>
    <w:p>
      <w:r>
        <w:drawing>
          <wp:inline xmlns:a="http://schemas.openxmlformats.org/drawingml/2006/main" xmlns:pic="http://schemas.openxmlformats.org/drawingml/2006/picture">
            <wp:extent cx="5486400" cy="41148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压测任务_20251231_112214_latency_hist.pn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11480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pStyle w:val="Heading2"/>
      </w:pPr>
      <w:r>
        <w:t>rps</w:t>
      </w:r>
    </w:p>
    <w:p>
      <w:r>
        <w:drawing>
          <wp:inline xmlns:a="http://schemas.openxmlformats.org/drawingml/2006/main" xmlns:pic="http://schemas.openxmlformats.org/drawingml/2006/picture">
            <wp:extent cx="5486400" cy="4114800"/>
            <wp:docPr id="2" name="Picture 2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压测任务_20251231_112214_rps.png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11480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pStyle w:val="Heading2"/>
      </w:pPr>
      <w:r>
        <w:t>请求明细（前100条）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1440"/>
        <w:gridCol w:w="1440"/>
        <w:gridCol w:w="1440"/>
        <w:gridCol w:w="1440"/>
        <w:gridCol w:w="1440"/>
        <w:gridCol w:w="1440"/>
      </w:tblGrid>
      <w:tr>
        <w:tc>
          <w:tcPr>
            <w:tcW w:type="dxa" w:w="1440"/>
          </w:tcPr>
          <w:p>
            <w:r>
              <w:t>#</w:t>
            </w:r>
          </w:p>
        </w:tc>
        <w:tc>
          <w:tcPr>
            <w:tcW w:type="dxa" w:w="1440"/>
          </w:tcPr>
          <w:p>
            <w:r>
              <w:t>时间</w:t>
            </w:r>
          </w:p>
        </w:tc>
        <w:tc>
          <w:tcPr>
            <w:tcW w:type="dxa" w:w="1440"/>
          </w:tcPr>
          <w:p>
            <w:r>
              <w:t>状态码</w:t>
            </w:r>
          </w:p>
        </w:tc>
        <w:tc>
          <w:tcPr>
            <w:tcW w:type="dxa" w:w="1440"/>
          </w:tcPr>
          <w:p>
            <w:r>
              <w:t>延迟(ms)</w:t>
            </w:r>
          </w:p>
        </w:tc>
        <w:tc>
          <w:tcPr>
            <w:tcW w:type="dxa" w:w="1440"/>
          </w:tcPr>
          <w:p>
            <w:r>
              <w:t>响应大小</w:t>
            </w:r>
          </w:p>
        </w:tc>
        <w:tc>
          <w:tcPr>
            <w:tcW w:type="dxa" w:w="1440"/>
          </w:tcPr>
          <w:p>
            <w:r>
              <w:t>错误</w:t>
            </w:r>
          </w:p>
        </w:tc>
      </w:tr>
      <w:tr>
        <w:tc>
          <w:tcPr>
            <w:tcW w:type="dxa" w:w="1440"/>
          </w:tcPr>
          <w:p>
            <w:r>
              <w:t>10</w:t>
            </w:r>
          </w:p>
        </w:tc>
        <w:tc>
          <w:tcPr>
            <w:tcW w:type="dxa" w:w="1440"/>
          </w:tcPr>
          <w:p>
            <w:r>
              <w:t>2025-12-31 11:22:13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184.70120429992676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status_500:错误: 笼位:103-3-2-E 已被使用，请刷新页面</w:t>
            </w:r>
          </w:p>
        </w:tc>
      </w:tr>
      <w:tr>
        <w:tc>
          <w:tcPr>
            <w:tcW w:type="dxa" w:w="1440"/>
          </w:tcPr>
          <w:p>
            <w:r>
              <w:t>2</w:t>
            </w:r>
          </w:p>
        </w:tc>
        <w:tc>
          <w:tcPr>
            <w:tcW w:type="dxa" w:w="1440"/>
          </w:tcPr>
          <w:p>
            <w:r>
              <w:t>2025-12-31 11:22:13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197.1151828765869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status_500:错误: 笼位:103-3-1-C 已被使用，请刷新页面</w:t>
            </w:r>
          </w:p>
        </w:tc>
      </w:tr>
      <w:tr>
        <w:tc>
          <w:tcPr>
            <w:tcW w:type="dxa" w:w="1440"/>
          </w:tcPr>
          <w:p>
            <w:r>
              <w:t>1</w:t>
            </w:r>
          </w:p>
        </w:tc>
        <w:tc>
          <w:tcPr>
            <w:tcW w:type="dxa" w:w="1440"/>
          </w:tcPr>
          <w:p>
            <w:r>
              <w:t>2025-12-31 11:22:13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181.6725730895996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status_500:错误: 笼位:103-3-1-B 已被使用，请刷新页面</w:t>
            </w:r>
          </w:p>
        </w:tc>
      </w:tr>
      <w:tr>
        <w:tc>
          <w:tcPr>
            <w:tcW w:type="dxa" w:w="1440"/>
          </w:tcPr>
          <w:p>
            <w:r>
              <w:t>8</w:t>
            </w:r>
          </w:p>
        </w:tc>
        <w:tc>
          <w:tcPr>
            <w:tcW w:type="dxa" w:w="1440"/>
          </w:tcPr>
          <w:p>
            <w:r>
              <w:t>2025-12-31 11:22:13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202.74090766906738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status_500:错误: 笼位:103-3-2-C 已被使用，请刷新页面</w:t>
            </w:r>
          </w:p>
        </w:tc>
      </w:tr>
      <w:tr>
        <w:tc>
          <w:tcPr>
            <w:tcW w:type="dxa" w:w="1440"/>
          </w:tcPr>
          <w:p>
            <w:r>
              <w:t>5</w:t>
            </w:r>
          </w:p>
        </w:tc>
        <w:tc>
          <w:tcPr>
            <w:tcW w:type="dxa" w:w="1440"/>
          </w:tcPr>
          <w:p>
            <w:r>
              <w:t>2025-12-31 11:22:13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201.34949684143066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status_500:错误: 笼位:103-3-1-F 已被使用，请刷新页面</w:t>
            </w:r>
          </w:p>
        </w:tc>
      </w:tr>
      <w:tr>
        <w:tc>
          <w:tcPr>
            <w:tcW w:type="dxa" w:w="1440"/>
          </w:tcPr>
          <w:p>
            <w:r>
              <w:t>6</w:t>
            </w:r>
          </w:p>
        </w:tc>
        <w:tc>
          <w:tcPr>
            <w:tcW w:type="dxa" w:w="1440"/>
          </w:tcPr>
          <w:p>
            <w:r>
              <w:t>2025-12-31 11:22:14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203.48381996154785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status_500:错误: 笼位:103-3-2-A 已被使用，请刷新页面</w:t>
            </w:r>
          </w:p>
        </w:tc>
      </w:tr>
      <w:tr>
        <w:tc>
          <w:tcPr>
            <w:tcW w:type="dxa" w:w="1440"/>
          </w:tcPr>
          <w:p>
            <w:r>
              <w:t>9</w:t>
            </w:r>
          </w:p>
        </w:tc>
        <w:tc>
          <w:tcPr>
            <w:tcW w:type="dxa" w:w="1440"/>
          </w:tcPr>
          <w:p>
            <w:r>
              <w:t>2025-12-31 11:22:14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203.95803451538086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status_500:错误: 笼位:103-3-2-D 已被使用，请刷新页面</w:t>
            </w:r>
          </w:p>
        </w:tc>
      </w:tr>
      <w:tr>
        <w:tc>
          <w:tcPr>
            <w:tcW w:type="dxa" w:w="1440"/>
          </w:tcPr>
          <w:p>
            <w:r>
              <w:t>7</w:t>
            </w:r>
          </w:p>
        </w:tc>
        <w:tc>
          <w:tcPr>
            <w:tcW w:type="dxa" w:w="1440"/>
          </w:tcPr>
          <w:p>
            <w:r>
              <w:t>2025-12-31 11:22:14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215.7754898071289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status_500:错误: 笼位:103-3-2-B 已被使用，请刷新页面</w:t>
            </w:r>
          </w:p>
        </w:tc>
      </w:tr>
      <w:tr>
        <w:tc>
          <w:tcPr>
            <w:tcW w:type="dxa" w:w="1440"/>
          </w:tcPr>
          <w:p>
            <w:r>
              <w:t>4</w:t>
            </w:r>
          </w:p>
        </w:tc>
        <w:tc>
          <w:tcPr>
            <w:tcW w:type="dxa" w:w="1440"/>
          </w:tcPr>
          <w:p>
            <w:r>
              <w:t>2025-12-31 11:22:14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185.52398681640625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status_500:错误: 笼位:103-3-1-E 已被使用，请刷新页面</w:t>
            </w:r>
          </w:p>
        </w:tc>
      </w:tr>
      <w:tr>
        <w:tc>
          <w:tcPr>
            <w:tcW w:type="dxa" w:w="1440"/>
          </w:tcPr>
          <w:p>
            <w:r>
              <w:t>3</w:t>
            </w:r>
          </w:p>
        </w:tc>
        <w:tc>
          <w:tcPr>
            <w:tcW w:type="dxa" w:w="1440"/>
          </w:tcPr>
          <w:p>
            <w:r>
              <w:t>2025-12-31 11:22:14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216.76039695739746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status_500:错误: 笼位:103-3-1-D 已被使用，请刷新页面</w:t>
            </w:r>
          </w:p>
        </w:tc>
      </w:tr>
    </w:tbl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png"/><Relationship Id="rId10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