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压测详细报告</w:t>
      </w:r>
    </w:p>
    <w:p>
      <w:r>
        <w:t>生成时间：2025-12-30 08:34:43</w:t>
      </w:r>
    </w:p>
    <w:p>
      <w:pPr>
        <w:pStyle w:val="Heading2"/>
      </w:pPr>
      <w:r>
        <w:t>摘要</w:t>
      </w:r>
    </w:p>
    <w:p>
      <w:r>
        <w:t>总请求数：10  成功：10  失败：0  成功率：100.00%</w:t>
      </w:r>
    </w:p>
    <w:p>
      <w:r>
        <w:t>总耗时(秒)：0.82  平均吞吐(req/s)：12.21</w:t>
      </w:r>
    </w:p>
    <w:p>
      <w:pPr>
        <w:pStyle w:val="Heading2"/>
      </w:pPr>
      <w:r>
        <w:t>响应时间统计 (ms)</w:t>
      </w:r>
    </w:p>
    <w:p>
      <w:r>
        <w:t>最小：379.86  最大：1192.79  平均：867.79</w:t>
      </w:r>
    </w:p>
    <w:p>
      <w:r>
        <w:t>P50：917.50  P90：1167.59  P95：1180.19  P99：1190.27</w:t>
      </w:r>
    </w:p>
    <w:p>
      <w:pPr>
        <w:pStyle w:val="Heading2"/>
      </w:pPr>
      <w:r>
        <w:t>状态码分布</w:t>
      </w:r>
    </w:p>
    <w:p>
      <w:r>
        <w:t>200: 10</w:t>
      </w:r>
    </w:p>
    <w:p>
      <w:pPr>
        <w:pStyle w:val="Heading2"/>
      </w:pPr>
      <w:r>
        <w:t>错误汇总</w:t>
      </w:r>
    </w:p>
    <w:p>
      <w:r>
        <w:t>无错误记录</w:t>
      </w:r>
    </w:p>
    <w:p>
      <w:pPr>
        <w:pStyle w:val="Heading2"/>
      </w:pPr>
      <w:r>
        <w:t>latency_hist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压测任务_20251230_083442_latency_hist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rps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压测任务_20251230_083442_rps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请求明细（前100条）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#</w:t>
            </w:r>
          </w:p>
        </w:tc>
        <w:tc>
          <w:tcPr>
            <w:tcW w:type="dxa" w:w="1440"/>
          </w:tcPr>
          <w:p>
            <w:r>
              <w:t>时间</w:t>
            </w:r>
          </w:p>
        </w:tc>
        <w:tc>
          <w:tcPr>
            <w:tcW w:type="dxa" w:w="1440"/>
          </w:tcPr>
          <w:p>
            <w:r>
              <w:t>状态码</w:t>
            </w:r>
          </w:p>
        </w:tc>
        <w:tc>
          <w:tcPr>
            <w:tcW w:type="dxa" w:w="1440"/>
          </w:tcPr>
          <w:p>
            <w:r>
              <w:t>延迟(ms)</w:t>
            </w:r>
          </w:p>
        </w:tc>
        <w:tc>
          <w:tcPr>
            <w:tcW w:type="dxa" w:w="1440"/>
          </w:tcPr>
          <w:p>
            <w:r>
              <w:t>响应大小</w:t>
            </w:r>
          </w:p>
        </w:tc>
        <w:tc>
          <w:tcPr>
            <w:tcW w:type="dxa" w:w="1440"/>
          </w:tcPr>
          <w:p>
            <w:r>
              <w:t>错误</w:t>
            </w:r>
          </w:p>
        </w:tc>
      </w:tr>
      <w:tr>
        <w:tc>
          <w:tcPr>
            <w:tcW w:type="dxa" w:w="1440"/>
          </w:tcPr>
          <w:p>
            <w:r>
              <w:t>1</w:t>
            </w:r>
          </w:p>
        </w:tc>
        <w:tc>
          <w:tcPr>
            <w:tcW w:type="dxa" w:w="1440"/>
          </w:tcPr>
          <w:p>
            <w:r>
              <w:t>2025-12-30 08:34:41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379.85897064208984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</w:t>
            </w:r>
          </w:p>
        </w:tc>
        <w:tc>
          <w:tcPr>
            <w:tcW w:type="dxa" w:w="1440"/>
          </w:tcPr>
          <w:p>
            <w:r>
              <w:t>2025-12-30 08:34:41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395.44224739074707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</w:t>
            </w:r>
          </w:p>
        </w:tc>
        <w:tc>
          <w:tcPr>
            <w:tcW w:type="dxa" w:w="1440"/>
          </w:tcPr>
          <w:p>
            <w:r>
              <w:t>2025-12-30 08:34:42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705.2054405212402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10</w:t>
            </w:r>
          </w:p>
        </w:tc>
        <w:tc>
          <w:tcPr>
            <w:tcW w:type="dxa" w:w="1440"/>
          </w:tcPr>
          <w:p>
            <w:r>
              <w:t>2025-12-30 08:34:42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775.2070426940918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</w:t>
            </w:r>
          </w:p>
        </w:tc>
        <w:tc>
          <w:tcPr>
            <w:tcW w:type="dxa" w:w="1440"/>
          </w:tcPr>
          <w:p>
            <w:r>
              <w:t>2025-12-30 08:34:42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792.2074794769287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>
              <w:t>2025-12-30 08:34:42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1042.7906513214111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</w:t>
            </w:r>
          </w:p>
        </w:tc>
        <w:tc>
          <w:tcPr>
            <w:tcW w:type="dxa" w:w="1440"/>
          </w:tcPr>
          <w:p>
            <w:r>
              <w:t>2025-12-30 08:34:42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1078.7897109985352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>
              <w:t>2025-12-30 08:34:42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1150.8002281188965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</w:t>
            </w:r>
          </w:p>
        </w:tc>
        <w:tc>
          <w:tcPr>
            <w:tcW w:type="dxa" w:w="1440"/>
          </w:tcPr>
          <w:p>
            <w:r>
              <w:t>2025-12-30 08:34:42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1164.7894382476807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</w:t>
            </w:r>
          </w:p>
        </w:tc>
        <w:tc>
          <w:tcPr>
            <w:tcW w:type="dxa" w:w="1440"/>
          </w:tcPr>
          <w:p>
            <w:r>
              <w:t>2025-12-30 08:34:42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1192.7902698516846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