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生成时间：2025-11-14 11:10:51</w:t>
      </w:r>
    </w:p>
    <w:p>
      <w:pPr>
        <w:pStyle w:val="Heading2"/>
      </w:pPr>
      <w:r>
        <w:t>摘要</w:t>
      </w:r>
    </w:p>
    <w:p>
      <w:r>
        <w:t>总请求数：10000  成功：10000  失败：0  成功率：100.00%</w:t>
      </w:r>
    </w:p>
    <w:p>
      <w:r>
        <w:t>总耗时(秒)：492.49  平均吞吐(req/s)：20.31</w:t>
      </w:r>
    </w:p>
    <w:p>
      <w:pPr>
        <w:pStyle w:val="Heading2"/>
      </w:pPr>
      <w:r>
        <w:t>响应时间统计 (ms)</w:t>
      </w:r>
    </w:p>
    <w:p>
      <w:r>
        <w:t>最小：3003.90  最大：9071.00  平均：4959.57</w:t>
      </w:r>
    </w:p>
    <w:p>
      <w:r>
        <w:t>P50：4861.27  P90：5760.03  P95：6109.71  P99：6898.13</w:t>
      </w:r>
    </w:p>
    <w:p>
      <w:pPr>
        <w:pStyle w:val="Heading2"/>
      </w:pPr>
      <w:r>
        <w:t>状态码分布</w:t>
      </w:r>
    </w:p>
    <w:p>
      <w:r>
        <w:t>200: 10000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4_111050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动物房管理新建动物房压测任务_20251114_111050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4442.166328430176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4672.16682434082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4678.151845932007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4693.154811859131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4707.14259147644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4706.165790557861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4709.152698516846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4711.154937744141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4731.152296066284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4726.15647315979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4736.144065856934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4729.156970977783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4750.155210494995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4766.148805618286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4761.157274246216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4763.1566524505615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4765.156030654907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4765.155792236328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4787.159204483032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4798.150062561035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4790.1575565338135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4789.155721664429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4792.155981063843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4796.151638031006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4800.156116485596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4809.157133102417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4801.157236099243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4804.156064987183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4801.158905029297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4829.150438308716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4812.152624130249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4819.155693054199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4825.156927108765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4824.157476425171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4837.149620056152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4842.155933380127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4838.156461715698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4843.156099319458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4842.155933380127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4842.156887054443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4854.153871536255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4848.155498504639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4864.153623580933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4854.156255722046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4869.156360626221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4871.1559772491455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4866.154193878174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4881.155967712402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4873.154640197754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4881.155967712402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4882.156133651733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4892.156600952148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4884.154558181763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4883.150815963745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4884.151935577393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4885.152578353882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4889.156341552734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4907.156229019165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4902.156352996826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4911.156177520752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4919.156074523926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4906.151294708252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4911.150217056274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2025-11-14 11:02:37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4905.157566070557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4926.154136657715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4919.156074523926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4931.15234375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4938.157558441162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4937.156438827515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4928.1580448150635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4938.157081604004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4959.1639041900635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4938.153982162476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4952.157497406006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4947.15690612793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4955.159902572632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4951.161623001099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4970.165491104126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4976.1693477630615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4961.169481277466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4969.165563583374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4973.166704177856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4966.169357299805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4981.168270111084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4983.169317245483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4984.169960021973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4991.16849899292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4990.165710449219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4990.162372589111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4996.165037155151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5012.169599533081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5001.169204711914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5004.1663646698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5010.161876678467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5006.16979598999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5021.169424057007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5041.167974472046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5073.168992996216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5189.169406890869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2025-11-14 11:02:38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5306.169033050537</w:t>
            </w:r>
          </w:p>
        </w:tc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