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生成时间：2025-11-12 17:50:53</w:t>
      </w:r>
    </w:p>
    <w:p>
      <w:pPr>
        <w:pStyle w:val="Heading2"/>
      </w:pPr>
      <w:r>
        <w:t>摘要</w:t>
      </w:r>
    </w:p>
    <w:p>
      <w:r>
        <w:t>总请求数：10000  成功：10000  失败：0  成功率：100.00%</w:t>
      </w:r>
    </w:p>
    <w:p>
      <w:r>
        <w:t>总耗时(秒)：525.46  平均吞吐(req/s)：19.03</w:t>
      </w:r>
    </w:p>
    <w:p>
      <w:pPr>
        <w:pStyle w:val="Heading2"/>
      </w:pPr>
      <w:r>
        <w:t>响应时间统计 (ms)</w:t>
      </w:r>
    </w:p>
    <w:p>
      <w:r>
        <w:t>最小：2581.28  最大：11187.67  平均：5282.15</w:t>
      </w:r>
    </w:p>
    <w:p>
      <w:r>
        <w:t>P50：5057.26  P90：6251.82  P95：6611.83  P99：8029.87</w:t>
      </w:r>
    </w:p>
    <w:p>
      <w:pPr>
        <w:pStyle w:val="Heading2"/>
      </w:pPr>
      <w:r>
        <w:t>状态码分布</w:t>
      </w:r>
    </w:p>
    <w:p>
      <w:r>
        <w:t>200: 10000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2_175052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2_175052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4016.1163806915283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4239.122629165649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4252.122640609741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4258.126497268677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4266.122341156006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4271.126985549927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4277.122020721436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4286.126136779785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4299.125909805298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4308.122396469116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4318.123817443848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4313.12108039856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4326.1213302612305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4332.123517990112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4332.1213722229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4332.123041152954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4342.123031616211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4340.123414993286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4356.121778488159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4355.121612548828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4354.120969772339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4361.12117767334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4360.122919082642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4369.12202835083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4378.149032592773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4383.121728897095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4384.122133255005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4388.124227523804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4389.121770858765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4406.123161315918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4410.123348236084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4413.124084472656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4406.125783920288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4410.128593444824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4439.1210079193115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4427.123308181763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4436.121940612793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4416.125774383545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4426.120758056641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4426.12361907959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4445.1234340667725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4435.127735137939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4445.130348205566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4440.12451171875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4434.125185012817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4456.123113632202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4446.1236000061035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4452.127695083618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4455.12580871582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4450.122833251953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4458.124399185181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4468.123197555542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4462.125301361084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4467.124700546265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4473.12068939209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4460.125207901001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4481.122970581055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4486.126184463501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4486.12117767334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4491.122245788574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4494.122743606567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4492.126941680908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4494.1229820251465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4496.124744415283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2025-11-12 17:42:06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4509.125709533691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4492.124795913696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4493.124961853027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4516.12401008606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4495.122909545898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4503.12352180481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4504.121541976929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4513.124465942383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4521.124839782715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4516.124248504639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4517.125606536865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4532.1221351623535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4523.122787475586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4527.12345123291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4535.124063491821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4533.736705780029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4536.733150482178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4539.735317230225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4562.7336502075195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4546.7376708984375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4543.737173080444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4566.736698150635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4573.734283447266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4557.732820510864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4570.733308792114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4564.733028411865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4574.735403060913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4577.73232460022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4572.735786437988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4581.734418869019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4596.734285354614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4652.73118019104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4658.735513687134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4700.731992721558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4704.733848571777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2025-11-12 17:42:07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4690.733194351196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