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压测详细报告</w:t>
      </w:r>
    </w:p>
    <w:p>
      <w:r>
        <w:t>生成时间：2025-11-12 16:49:19</w:t>
      </w:r>
    </w:p>
    <w:p>
      <w:pPr>
        <w:pStyle w:val="Heading2"/>
      </w:pPr>
      <w:r>
        <w:t>摘要</w:t>
      </w:r>
    </w:p>
    <w:p>
      <w:r>
        <w:t>总请求数：10000  成功：10000  失败：0  成功率：100.00%</w:t>
      </w:r>
    </w:p>
    <w:p>
      <w:r>
        <w:t>总耗时(秒)：493.44  平均吞吐(req/s)：20.27</w:t>
      </w:r>
    </w:p>
    <w:p>
      <w:pPr>
        <w:pStyle w:val="Heading2"/>
      </w:pPr>
      <w:r>
        <w:t>响应时间统计 (ms)</w:t>
      </w:r>
    </w:p>
    <w:p>
      <w:r>
        <w:t>最小：2995.07  最大：8979.18  平均：4966.85</w:t>
      </w:r>
    </w:p>
    <w:p>
      <w:r>
        <w:t>P50：4861.56  P90：5892.74  P95：6121.15  P99：7008.39</w:t>
      </w:r>
    </w:p>
    <w:p>
      <w:pPr>
        <w:pStyle w:val="Heading2"/>
      </w:pPr>
      <w:r>
        <w:t>状态码分布</w:t>
      </w:r>
    </w:p>
    <w:p>
      <w:r>
        <w:t>200: 10000</w:t>
      </w:r>
    </w:p>
    <w:p>
      <w:pPr>
        <w:pStyle w:val="Heading2"/>
      </w:pPr>
      <w:r>
        <w:t>错误汇总</w:t>
      </w:r>
    </w:p>
    <w:p>
      <w:r>
        <w:t>无错误记录</w:t>
      </w:r>
    </w:p>
    <w:p>
      <w:pPr>
        <w:pStyle w:val="Heading2"/>
      </w:pPr>
      <w:r>
        <w:t>latency_hist</w:t>
      </w:r>
    </w:p>
    <w:p>
      <w:r>
        <w:drawing>
          <wp:inline xmlns:a="http://schemas.openxmlformats.org/drawingml/2006/main" xmlns:pic="http://schemas.openxmlformats.org/drawingml/2006/picture">
            <wp:extent cx="5486400" cy="41148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动物房管理新建动物房压测任务_20251112_164917_latency_hist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rps</w:t>
      </w:r>
    </w:p>
    <w:p>
      <w:r>
        <w:drawing>
          <wp:inline xmlns:a="http://schemas.openxmlformats.org/drawingml/2006/main" xmlns:pic="http://schemas.openxmlformats.org/drawingml/2006/picture">
            <wp:extent cx="5486400" cy="411480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动物房管理新建动物房压测任务_20251112_164917_rps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请求明细（前100条）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#</w:t>
            </w:r>
          </w:p>
        </w:tc>
        <w:tc>
          <w:tcPr>
            <w:tcW w:type="dxa" w:w="1440"/>
          </w:tcPr>
          <w:p>
            <w:r>
              <w:t>时间</w:t>
            </w:r>
          </w:p>
        </w:tc>
        <w:tc>
          <w:tcPr>
            <w:tcW w:type="dxa" w:w="1440"/>
          </w:tcPr>
          <w:p>
            <w:r>
              <w:t>状态码</w:t>
            </w:r>
          </w:p>
        </w:tc>
        <w:tc>
          <w:tcPr>
            <w:tcW w:type="dxa" w:w="1440"/>
          </w:tcPr>
          <w:p>
            <w:r>
              <w:t>延迟(ms)</w:t>
            </w:r>
          </w:p>
        </w:tc>
        <w:tc>
          <w:tcPr>
            <w:tcW w:type="dxa" w:w="1440"/>
          </w:tcPr>
          <w:p>
            <w:r>
              <w:t>响应大小</w:t>
            </w:r>
          </w:p>
        </w:tc>
        <w:tc>
          <w:tcPr>
            <w:tcW w:type="dxa" w:w="1440"/>
          </w:tcPr>
          <w:p>
            <w:r>
              <w:t>错误</w:t>
            </w:r>
          </w:p>
        </w:tc>
      </w:tr>
      <w:tr>
        <w:tc>
          <w:tcPr>
            <w:tcW w:type="dxa" w:w="1440"/>
          </w:tcPr>
          <w:p>
            <w:r>
              <w:t>27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4316.097021102905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17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4503.03053855896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4509.0272426605225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4527.026891708374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4531.03494644165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4544.030666351318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11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4560.0340366363525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13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4577.026128768921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33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4572.026252746582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4583.027601242065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32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4583.027601242065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22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4594.027280807495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10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4599.024772644043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21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4595.026016235352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36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4610.026121139526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15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4618.0260181427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4621.026039123535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14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4631.024599075317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20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4631.0272216796875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4634.026288986206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49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4622.025966644287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38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4627.026319503784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24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4633.0246925354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69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4627.023458480835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19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4649.024724960327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79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4632.027387619019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4659.02853012085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4660.027503967285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47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4647.025108337402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25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4673.023462295532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81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4654.026746749878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4681.026220321655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18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4678.02619934082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16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4683.026075363159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34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4680.025339126587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77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4667.027473449707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63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4682.023763656616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70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4683.023452758789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67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4687.023401260376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23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4703.025102615356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92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4689.024209976196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87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4696.024417877197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56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4708.02640914917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65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4705.023765563965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68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4705.024003982544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43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4729.025363922119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64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4725.023984909058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85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4727.025270462036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58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4738.027095794678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90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4748.024463653564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28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4771.021842956543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46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4764.024019241333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26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4787.028789520264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88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4770.025014877319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35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4790.027618408203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82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4774.026393890381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50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4788.024663925171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31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4805.024862289429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73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4792.027235031128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80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4795.027494430542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94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4790.027618408203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44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4809.029340744019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48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4815.025806427002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71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4809.027433395386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72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4810.025930404663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42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4829.024314880371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78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4818.0272579193115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57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4826.025724411011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61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4828.025341033936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41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4837.023496627808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52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4845.023393630981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29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4854.026794433594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30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4857.025146484375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84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4839.025497436523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37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4856.026649475098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59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4863.027334213257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60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4864.0265464782715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93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4853.025436401367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54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4870.025157928467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75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4864.025831222534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89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4860.024690628052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97</w:t>
            </w:r>
          </w:p>
        </w:tc>
        <w:tc>
          <w:tcPr>
            <w:tcW w:type="dxa" w:w="1440"/>
          </w:tcPr>
          <w:p>
            <w:r>
              <w:t>2025-11-12 16:41:04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4859.026193618774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86</w:t>
            </w:r>
          </w:p>
        </w:tc>
        <w:tc>
          <w:tcPr>
            <w:tcW w:type="dxa" w:w="1440"/>
          </w:tcPr>
          <w:p>
            <w:r>
              <w:t>2025-11-12 16:41:05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4870.026350021362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96</w:t>
            </w:r>
          </w:p>
        </w:tc>
        <w:tc>
          <w:tcPr>
            <w:tcW w:type="dxa" w:w="1440"/>
          </w:tcPr>
          <w:p>
            <w:r>
              <w:t>2025-11-12 16:41:05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4868.025541305542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53</w:t>
            </w:r>
          </w:p>
        </w:tc>
        <w:tc>
          <w:tcPr>
            <w:tcW w:type="dxa" w:w="1440"/>
          </w:tcPr>
          <w:p>
            <w:r>
              <w:t>2025-11-12 16:41:05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4886.023998260498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98</w:t>
            </w:r>
          </w:p>
        </w:tc>
        <w:tc>
          <w:tcPr>
            <w:tcW w:type="dxa" w:w="1440"/>
          </w:tcPr>
          <w:p>
            <w:r>
              <w:t>2025-11-12 16:41:05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4877.027273178101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51</w:t>
            </w:r>
          </w:p>
        </w:tc>
        <w:tc>
          <w:tcPr>
            <w:tcW w:type="dxa" w:w="1440"/>
          </w:tcPr>
          <w:p>
            <w:r>
              <w:t>2025-11-12 16:41:05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4895.024061203003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74</w:t>
            </w:r>
          </w:p>
        </w:tc>
        <w:tc>
          <w:tcPr>
            <w:tcW w:type="dxa" w:w="1440"/>
          </w:tcPr>
          <w:p>
            <w:r>
              <w:t>2025-11-12 16:41:05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4888.025999069214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100</w:t>
            </w:r>
          </w:p>
        </w:tc>
        <w:tc>
          <w:tcPr>
            <w:tcW w:type="dxa" w:w="1440"/>
          </w:tcPr>
          <w:p>
            <w:r>
              <w:t>2025-11-12 16:41:05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4882.0250034332275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99</w:t>
            </w:r>
          </w:p>
        </w:tc>
        <w:tc>
          <w:tcPr>
            <w:tcW w:type="dxa" w:w="1440"/>
          </w:tcPr>
          <w:p>
            <w:r>
              <w:t>2025-11-12 16:41:05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4882.0250034332275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39</w:t>
            </w:r>
          </w:p>
        </w:tc>
        <w:tc>
          <w:tcPr>
            <w:tcW w:type="dxa" w:w="1440"/>
          </w:tcPr>
          <w:p>
            <w:r>
              <w:t>2025-11-12 16:41:05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4905.02667427063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55</w:t>
            </w:r>
          </w:p>
        </w:tc>
        <w:tc>
          <w:tcPr>
            <w:tcW w:type="dxa" w:w="1440"/>
          </w:tcPr>
          <w:p>
            <w:r>
              <w:t>2025-11-12 16:41:05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4910.027503967285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91</w:t>
            </w:r>
          </w:p>
        </w:tc>
        <w:tc>
          <w:tcPr>
            <w:tcW w:type="dxa" w:w="1440"/>
          </w:tcPr>
          <w:p>
            <w:r>
              <w:t>2025-11-12 16:41:05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4905.026197433472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62</w:t>
            </w:r>
          </w:p>
        </w:tc>
        <w:tc>
          <w:tcPr>
            <w:tcW w:type="dxa" w:w="1440"/>
          </w:tcPr>
          <w:p>
            <w:r>
              <w:t>2025-11-12 16:41:05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4927.027463912964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83</w:t>
            </w:r>
          </w:p>
        </w:tc>
        <w:tc>
          <w:tcPr>
            <w:tcW w:type="dxa" w:w="1440"/>
          </w:tcPr>
          <w:p>
            <w:r>
              <w:t>2025-11-12 16:41:05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4921.027183532715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76</w:t>
            </w:r>
          </w:p>
        </w:tc>
        <w:tc>
          <w:tcPr>
            <w:tcW w:type="dxa" w:w="1440"/>
          </w:tcPr>
          <w:p>
            <w:r>
              <w:t>2025-11-12 16:41:05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4948.025703430176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45</w:t>
            </w:r>
          </w:p>
        </w:tc>
        <w:tc>
          <w:tcPr>
            <w:tcW w:type="dxa" w:w="1440"/>
          </w:tcPr>
          <w:p>
            <w:r>
              <w:t>2025-11-12 16:41:05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4999.026536941528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95</w:t>
            </w:r>
          </w:p>
        </w:tc>
        <w:tc>
          <w:tcPr>
            <w:tcW w:type="dxa" w:w="1440"/>
          </w:tcPr>
          <w:p>
            <w:r>
              <w:t>2025-11-12 16:41:05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5127.027750015259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66</w:t>
            </w:r>
          </w:p>
        </w:tc>
        <w:tc>
          <w:tcPr>
            <w:tcW w:type="dxa" w:w="1440"/>
          </w:tcPr>
          <w:p>
            <w:r>
              <w:t>2025-11-12 16:41:05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5412.693023681641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40</w:t>
            </w:r>
          </w:p>
        </w:tc>
        <w:tc>
          <w:tcPr>
            <w:tcW w:type="dxa" w:w="1440"/>
          </w:tcPr>
          <w:p>
            <w:r>
              <w:t>2025-11-12 16:41:05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5575.217962265015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