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生成时间：2025-12-20 15:04:46</w:t>
      </w:r>
    </w:p>
    <w:p>
      <w:pPr>
        <w:pStyle w:val="Heading2"/>
      </w:pPr>
      <w:r>
        <w:t>摘要</w:t>
      </w:r>
    </w:p>
    <w:p>
      <w:r>
        <w:t>总请求数：40000  成功：98  失败：39902  成功率：0.24%</w:t>
      </w:r>
    </w:p>
    <w:p>
      <w:r>
        <w:t>总耗时(秒)：77576.53  平均吞吐(req/s)：0.52</w:t>
      </w:r>
    </w:p>
    <w:p>
      <w:pPr>
        <w:pStyle w:val="Heading2"/>
      </w:pPr>
      <w:r>
        <w:t>响应时间统计 (ms)</w:t>
      </w:r>
    </w:p>
    <w:p>
      <w:r>
        <w:t>最小：6501.80  最大：60140.01  平均：59948.44</w:t>
      </w:r>
    </w:p>
    <w:p>
      <w:r>
        <w:t>P50：60006.91  P90：60055.25  P95：60062.55  P99：60068.00</w:t>
      </w:r>
    </w:p>
    <w:p>
      <w:pPr>
        <w:pStyle w:val="Heading2"/>
      </w:pPr>
      <w:r>
        <w:t>状态码分布</w:t>
      </w:r>
    </w:p>
    <w:p>
      <w:r>
        <w:t>200: 98</w:t>
      </w:r>
    </w:p>
    <w:p>
      <w:r>
        <w:t>0: 39902</w:t>
      </w:r>
    </w:p>
    <w:p>
      <w:pPr>
        <w:pStyle w:val="Heading2"/>
      </w:pPr>
      <w:r>
        <w:t>错误汇总</w:t>
      </w:r>
    </w:p>
    <w:p>
      <w:r>
        <w:t>status_404:&lt;html&gt;</w:t>
        <w:br/>
        <w:br/>
        <w:t>&lt;head&gt;&lt;title&gt;404 Not Found&lt;/title&gt;&lt;/head&gt;</w:t>
        <w:br/>
        <w:br/>
        <w:t>&lt;body&gt;</w:t>
        <w:br/>
        <w:br/>
        <w:t>&lt;center&gt;&lt;h1&gt;404 Not Found&lt;/h1&gt;&lt;/center&gt;</w:t>
        <w:br/>
        <w:br/>
        <w:t>&lt;hr&gt;&lt;center&gt;nginx/1.26.2&lt;/center&gt;</w:t>
        <w:br/>
        <w:br/>
        <w:t>&lt;/body&gt;</w:t>
        <w:br/>
        <w:br/>
        <w:t>&lt;/html&gt;</w:t>
        <w:br/>
        <w:br/>
        <w:t>: 38477</w:t>
      </w:r>
    </w:p>
    <w:p>
      <w:r>
        <w:t>TimeoutError:: 1425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20_150442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20_150442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2025-12-19 17:31:45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6501.801252365112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2025-12-19 17:31:45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6536.803960800171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2025-12-19 17:31:45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6587.803363800049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80</w:t>
            </w:r>
          </w:p>
        </w:tc>
        <w:tc>
          <w:tcPr>
            <w:tcW w:type="dxa" w:w="1440"/>
          </w:tcPr>
          <w:p>
            <w:r>
              <w:t>2025-12-19 17:31:45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6601.800441741943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2025-12-19 17:31:46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6997.430086135864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2025-12-19 17:31:46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7473.469257354736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98</w:t>
            </w:r>
          </w:p>
        </w:tc>
        <w:tc>
          <w:tcPr>
            <w:tcW w:type="dxa" w:w="1440"/>
          </w:tcPr>
          <w:p>
            <w:r>
              <w:t>2025-12-19 17:31:47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8192.993879318237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2025-12-19 17:31:50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11399.858713150024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96</w:t>
            </w:r>
          </w:p>
        </w:tc>
        <w:tc>
          <w:tcPr>
            <w:tcW w:type="dxa" w:w="1440"/>
          </w:tcPr>
          <w:p>
            <w:r>
              <w:t>2025-12-19 17:31:50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11522.770166397095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2025-12-19 17:31:50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11687.269687652588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84</w:t>
            </w:r>
          </w:p>
        </w:tc>
        <w:tc>
          <w:tcPr>
            <w:tcW w:type="dxa" w:w="1440"/>
          </w:tcPr>
          <w:p>
            <w:r>
              <w:t>2025-12-19 17:31:50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11723.859310150146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85</w:t>
            </w:r>
          </w:p>
        </w:tc>
        <w:tc>
          <w:tcPr>
            <w:tcW w:type="dxa" w:w="1440"/>
          </w:tcPr>
          <w:p>
            <w:r>
              <w:t>2025-12-19 17:31:51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12288.209676742554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2025-12-19 17:31:52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13604.55298423767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2025-12-19 17:31:54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15098.32787513733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2025-12-19 17:31:55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16122.00403213501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2025-12-19 17:31:55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16604.77638244629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63</w:t>
            </w:r>
          </w:p>
        </w:tc>
        <w:tc>
          <w:tcPr>
            <w:tcW w:type="dxa" w:w="1440"/>
          </w:tcPr>
          <w:p>
            <w:r>
              <w:t>2025-12-19 17:31:55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16740.970611572266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87</w:t>
            </w:r>
          </w:p>
        </w:tc>
        <w:tc>
          <w:tcPr>
            <w:tcW w:type="dxa" w:w="1440"/>
          </w:tcPr>
          <w:p>
            <w:r>
              <w:t>2025-12-19 17:31:56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16841.984748840332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2025-12-19 17:31:56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17636.683702468872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71</w:t>
            </w:r>
          </w:p>
        </w:tc>
        <w:tc>
          <w:tcPr>
            <w:tcW w:type="dxa" w:w="1440"/>
          </w:tcPr>
          <w:p>
            <w:r>
              <w:t>2025-12-19 17:31:58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19641.02077484131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2025-12-19 17:32:00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20874.3417263031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88</w:t>
            </w:r>
          </w:p>
        </w:tc>
        <w:tc>
          <w:tcPr>
            <w:tcW w:type="dxa" w:w="1440"/>
          </w:tcPr>
          <w:p>
            <w:r>
              <w:t>2025-12-19 17:32:00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21562.708616256714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53</w:t>
            </w:r>
          </w:p>
        </w:tc>
        <w:tc>
          <w:tcPr>
            <w:tcW w:type="dxa" w:w="1440"/>
          </w:tcPr>
          <w:p>
            <w:r>
              <w:t>2025-12-19 17:32:01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21881.85214996338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2025-12-19 17:32:01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21970.46160697937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92</w:t>
            </w:r>
          </w:p>
        </w:tc>
        <w:tc>
          <w:tcPr>
            <w:tcW w:type="dxa" w:w="1440"/>
          </w:tcPr>
          <w:p>
            <w:r>
              <w:t>2025-12-19 17:32:01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21976.45878791809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90</w:t>
            </w:r>
          </w:p>
        </w:tc>
        <w:tc>
          <w:tcPr>
            <w:tcW w:type="dxa" w:w="1440"/>
          </w:tcPr>
          <w:p>
            <w:r>
              <w:t>2025-12-19 17:32:02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22839.781284332275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2025-12-19 17:32:04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25562.65163421631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2025-12-19 17:32:04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25733.7863445282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2025-12-19 17:32:05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26594.603061676025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2025-12-19 17:32:06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26934.176206588745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2025-12-19 17:32:06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27078.773975372314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95</w:t>
            </w:r>
          </w:p>
        </w:tc>
        <w:tc>
          <w:tcPr>
            <w:tcW w:type="dxa" w:w="1440"/>
          </w:tcPr>
          <w:p>
            <w:r>
              <w:t>2025-12-19 17:32:07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28102.483987808228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2025-12-19 17:32:07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28775.54178237915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76</w:t>
            </w:r>
          </w:p>
        </w:tc>
        <w:tc>
          <w:tcPr>
            <w:tcW w:type="dxa" w:w="1440"/>
          </w:tcPr>
          <w:p>
            <w:r>
              <w:t>2025-12-19 17:32:09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30250.354528427124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2025-12-19 17:32:10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31592.986345291138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2025-12-19 17:32:10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31739.563703536987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78</w:t>
            </w:r>
          </w:p>
        </w:tc>
        <w:tc>
          <w:tcPr>
            <w:tcW w:type="dxa" w:w="1440"/>
          </w:tcPr>
          <w:p>
            <w:r>
              <w:t>2025-12-19 17:32:11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31971.235513687134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2025-12-19 17:32:11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32221.757173538208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2025-12-19 17:32:12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33461.28559112549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89</w:t>
            </w:r>
          </w:p>
        </w:tc>
        <w:tc>
          <w:tcPr>
            <w:tcW w:type="dxa" w:w="1440"/>
          </w:tcPr>
          <w:p>
            <w:r>
              <w:t>2025-12-19 17:32:14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34931.60033226013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79</w:t>
            </w:r>
          </w:p>
        </w:tc>
        <w:tc>
          <w:tcPr>
            <w:tcW w:type="dxa" w:w="1440"/>
          </w:tcPr>
          <w:p>
            <w:r>
              <w:t>2025-12-19 17:32:14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35573.57048988342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2025-12-19 17:32:15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36576.865673065186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2025-12-19 17:32:16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37026.54409408569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75</w:t>
            </w:r>
          </w:p>
        </w:tc>
        <w:tc>
          <w:tcPr>
            <w:tcW w:type="dxa" w:w="1440"/>
          </w:tcPr>
          <w:p>
            <w:r>
              <w:t>2025-12-19 17:32:16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37259.377002716064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77</w:t>
            </w:r>
          </w:p>
        </w:tc>
        <w:tc>
          <w:tcPr>
            <w:tcW w:type="dxa" w:w="1440"/>
          </w:tcPr>
          <w:p>
            <w:r>
              <w:t>2025-12-19 17:32:17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37770.089626312256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2025-12-19 17:32:17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38723.75154495239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2025-12-19 17:32:18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39714.79916572571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2025-12-19 17:32:20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41640.74349403381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83</w:t>
            </w:r>
          </w:p>
        </w:tc>
        <w:tc>
          <w:tcPr>
            <w:tcW w:type="dxa" w:w="1440"/>
          </w:tcPr>
          <w:p>
            <w:r>
              <w:t>2025-12-19 17:32:21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42098.19722175598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69</w:t>
            </w:r>
          </w:p>
        </w:tc>
        <w:tc>
          <w:tcPr>
            <w:tcW w:type="dxa" w:w="1440"/>
          </w:tcPr>
          <w:p>
            <w:r>
              <w:t>2025-12-19 17:32:21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42372.363567352295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65</w:t>
            </w:r>
          </w:p>
        </w:tc>
        <w:tc>
          <w:tcPr>
            <w:tcW w:type="dxa" w:w="1440"/>
          </w:tcPr>
          <w:p>
            <w:r>
              <w:t>2025-12-19 17:32:21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42404.36124801636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66</w:t>
            </w:r>
          </w:p>
        </w:tc>
        <w:tc>
          <w:tcPr>
            <w:tcW w:type="dxa" w:w="1440"/>
          </w:tcPr>
          <w:p>
            <w:r>
              <w:t>2025-12-19 17:32:23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43801.53155326843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2025-12-19 17:32:23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43959.1498374939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61</w:t>
            </w:r>
          </w:p>
        </w:tc>
        <w:tc>
          <w:tcPr>
            <w:tcW w:type="dxa" w:w="1440"/>
          </w:tcPr>
          <w:p>
            <w:r>
              <w:t>2025-12-19 17:32:23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44357.62405395508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2025-12-19 17:32:25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46581.279039382935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86</w:t>
            </w:r>
          </w:p>
        </w:tc>
        <w:tc>
          <w:tcPr>
            <w:tcW w:type="dxa" w:w="1440"/>
          </w:tcPr>
          <w:p>
            <w:r>
              <w:t>2025-12-19 17:32:26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47098.071336746216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64</w:t>
            </w:r>
          </w:p>
        </w:tc>
        <w:tc>
          <w:tcPr>
            <w:tcW w:type="dxa" w:w="1440"/>
          </w:tcPr>
          <w:p>
            <w:r>
              <w:t>2025-12-19 17:32:26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47479.154109954834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2025-12-19 17:32:28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49046.358823776245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62</w:t>
            </w:r>
          </w:p>
        </w:tc>
        <w:tc>
          <w:tcPr>
            <w:tcW w:type="dxa" w:w="1440"/>
          </w:tcPr>
          <w:p>
            <w:r>
              <w:t>2025-12-19 17:32:28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49171.348571777344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2025-12-19 17:32:28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49231.353998184204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2025-12-19 17:32:29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49789.0567779541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93</w:t>
            </w:r>
          </w:p>
        </w:tc>
        <w:tc>
          <w:tcPr>
            <w:tcW w:type="dxa" w:w="1440"/>
          </w:tcPr>
          <w:p>
            <w:r>
              <w:t>2025-12-19 17:32:30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51503.05223464966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2025-12-19 17:32:31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52132.91811943054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2025-12-19 17:32:31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52545.90559005737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68</w:t>
            </w:r>
          </w:p>
        </w:tc>
        <w:tc>
          <w:tcPr>
            <w:tcW w:type="dxa" w:w="1440"/>
          </w:tcPr>
          <w:p>
            <w:r>
              <w:t>2025-12-19 17:32:32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53702.36945152283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58</w:t>
            </w:r>
          </w:p>
        </w:tc>
        <w:tc>
          <w:tcPr>
            <w:tcW w:type="dxa" w:w="1440"/>
          </w:tcPr>
          <w:p>
            <w:r>
              <w:t>2025-12-19 17:32:33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54482.28311538696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2025-12-19 17:32:35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55861.69981956482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2025-12-19 17:32:35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55958.28986167908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94</w:t>
            </w:r>
          </w:p>
        </w:tc>
        <w:tc>
          <w:tcPr>
            <w:tcW w:type="dxa" w:w="1440"/>
          </w:tcPr>
          <w:p>
            <w:r>
              <w:t>2025-12-19 17:32:35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56471.10819816589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51</w:t>
            </w:r>
          </w:p>
        </w:tc>
        <w:tc>
          <w:tcPr>
            <w:tcW w:type="dxa" w:w="1440"/>
          </w:tcPr>
          <w:p>
            <w:r>
              <w:t>2025-12-19 17:32:36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57140.769720077515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57</w:t>
            </w:r>
          </w:p>
        </w:tc>
        <w:tc>
          <w:tcPr>
            <w:tcW w:type="dxa" w:w="1440"/>
          </w:tcPr>
          <w:p>
            <w:r>
              <w:t>2025-12-19 17:32:36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57601.84645652771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91</w:t>
            </w:r>
          </w:p>
        </w:tc>
        <w:tc>
          <w:tcPr>
            <w:tcW w:type="dxa" w:w="1440"/>
          </w:tcPr>
          <w:p>
            <w:r>
              <w:t>2025-12-19 17:32:37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58333.40525627136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56</w:t>
            </w:r>
          </w:p>
        </w:tc>
        <w:tc>
          <w:tcPr>
            <w:tcW w:type="dxa" w:w="1440"/>
          </w:tcPr>
          <w:p>
            <w:r>
              <w:t>2025-12-19 17:32:38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59769.74272727966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73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60012.06016540527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60029.062271118164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54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60038.05732727051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67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60053.062200546265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60050.058364868164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99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60063.05909156799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82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60063.05980682373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60065.059185028076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81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60067.060708999634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60065.06037712097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60066.06078147888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52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60068.06182861328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97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60069.05698776245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60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60067.06118583679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60012.06111907959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70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60008.060932159424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60012.06111907959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60007.062673568726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60031.68296813965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60049.68023300171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59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60065.68241119385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55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60065.680742263794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60068.69339942932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74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60069.206953048706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60067.683935165405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72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60063.68398666382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2025-12-19 17:34:53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60062.68334388733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status_404:&lt;html&gt;</w:t>
              <w:br/>
              <w:br/>
              <w:t>&lt;head&gt;&lt;title&gt;404 Not Found&lt;/title&gt;&lt;/head&gt;</w:t>
              <w:br/>
              <w:br/>
              <w:t>&lt;body&gt;</w:t>
              <w:br/>
              <w:br/>
              <w:t>&lt;center&gt;&lt;h1&gt;404 Not Found&lt;/h1&gt;&lt;/center&gt;</w:t>
              <w:br/>
              <w:br/>
              <w:t>&lt;hr&gt;&lt;center&gt;nginx/1.26.2&lt;/center&gt;</w:t>
              <w:br/>
              <w:br/>
              <w:t>&lt;/body&gt;</w:t>
              <w:br/>
              <w:br/>
              <w:t>&lt;/html&gt;</w:t>
              <w:br/>
              <w:br/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